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化工学院2021年推荐免试研究生基本情况 公示</w:t>
      </w:r>
    </w:p>
    <w:p>
      <w:r>
        <w:t>附件6：化工学院2021年中国矿业大学推荐免试研究生基本情况表及数据库-公示-副本.xlsx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