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2019年学院推荐免试研究生名单（学院公示）</w:t>
      </w:r>
    </w:p>
    <w:p>
      <w:r>
        <w:t>发布时间：2018-09-18点击数量: 2875</w:t>
      </w:r>
    </w:p>
    <w:p>
      <w:r>
        <w:t>新闻来源：力学与土木工程学院</w:t>
      </w:r>
    </w:p>
    <w:p>
      <w:r>
        <w:t>摄影：</w:t>
      </w:r>
    </w:p>
    <w:p>
      <w:r>
        <w:t>责任编辑：</w:t>
      </w:r>
    </w:p>
    <w:p>
      <w:r>
        <w:t>审核：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