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公共管理学院关于推荐2022年优秀应届本科毕业生免试攻读研究生的实施办法</w:t>
      </w:r>
    </w:p>
    <w:p>
      <w:r>
        <w:t>根据学校有关推荐本科毕业生免试攻读研究生的通知精神，现将我院推荐2022年优秀应届本科毕业生免试攻读研究生工作具体安排如下：</w:t>
      </w:r>
    </w:p>
    <w:p>
      <w:r>
        <w:t>一、推荐免试研究生工作领导小组</w:t>
      </w:r>
    </w:p>
    <w:p>
      <w:r>
        <w:t>组长：李长贵王义保</w:t>
      </w:r>
    </w:p>
    <w:p>
      <w:r>
        <w:t>副组长：李效顺王锋刘海明李爱彬</w:t>
      </w:r>
    </w:p>
    <w:p>
      <w:r>
        <w:t>成员：张长立段鑫星陈龙乾王成礼李永峰许超曹明刘蕾</w:t>
      </w:r>
    </w:p>
    <w:p>
      <w:r>
        <w:t>秘书；孙婉</w:t>
      </w:r>
    </w:p>
    <w:p>
      <w:r>
        <w:t>二、推荐免试研究生的条件</w:t>
      </w:r>
    </w:p>
    <w:p>
      <w:r>
        <w:t>推荐免试硕士研究生的基本条件、排序原则等按照校推免工作领导小组修改后的《中国矿业大学免试硕士研究生推荐办法》（以下简称推荐办法）执行。</w:t>
      </w:r>
    </w:p>
    <w:p>
      <w:r>
        <w:t>三、推荐免试研究生名额及排序原则</w:t>
      </w:r>
    </w:p>
    <w:p>
      <w:r>
        <w:t>（一）推荐免试名额计算与分配</w:t>
      </w:r>
    </w:p>
    <w:p>
      <w:r>
        <w:t>1.根据2022年我院推免生名额，以2022年毕业生人数为基本依据，进行名额分配。重点向双一流建设学科、国家重点学科、双万专业倾斜。</w:t>
      </w:r>
    </w:p>
    <w:p>
      <w:r>
        <w:t>2．当某专业推荐人数未达到分配名额数量时，可由院内其它专业递补推荐。递补专业及名额分配由推荐免试研究生领导小组另行讨论研究决定。</w:t>
      </w:r>
    </w:p>
    <w:p>
      <w:r>
        <w:t>各本科专业推荐免试名额分配如下：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专业名称</w:t>
            </w:r>
          </w:p>
        </w:tc>
        <w:tc>
          <w:tcPr>
            <w:tcW w:type="dxa" w:w="2880"/>
          </w:tcPr>
          <w:p>
            <w:r>
              <w:t>推免人数</w:t>
            </w:r>
          </w:p>
        </w:tc>
        <w:tc>
          <w:tcPr>
            <w:tcW w:type="dxa" w:w="2880"/>
          </w:tcPr>
          <w:p>
            <w:r>
              <w:t>候补人数</w:t>
            </w:r>
          </w:p>
        </w:tc>
      </w:tr>
      <w:tr>
        <w:tc>
          <w:tcPr>
            <w:tcW w:type="dxa" w:w="2880"/>
          </w:tcPr>
          <w:p>
            <w:r>
              <w:t>行政管理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土地资源管理（双万专业）</w:t>
            </w:r>
          </w:p>
        </w:tc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合计</w:t>
            </w:r>
          </w:p>
        </w:tc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</w:tbl>
    <w:p>
      <w:r>
        <w:t>（二）排序原则</w:t>
      </w:r>
    </w:p>
    <w:p>
      <w:r>
        <w:t>1．推荐免试硕士研究生的人选，按加权平均成绩（如首次考试不及格，补考、重新学习通过，成绩按60分记）进行专业（专业方向）排序。序号相同者，按《高等数学》加权平均成绩排序。再有序号相同者，按国家大学英语六级、四级成绩依次进行排序。属名额调剂（推荐人数不足需降低学习成绩要求）的学生不参与正常排序，在正常排序名单之后按序列出并予以注明。</w:t>
      </w:r>
    </w:p>
    <w:p>
      <w:r>
        <w:t>2．要严格按照专业（专业方向）排序原则进行推荐。</w:t>
      </w:r>
    </w:p>
    <w:p>
      <w:r>
        <w:t>四、被确定为推荐免试硕士研究生后有下列情况之一者，取消推荐免试硕士研究生资格：</w:t>
      </w:r>
    </w:p>
    <w:p>
      <w:r>
        <w:t>1.受到刑事或行政处分者。</w:t>
      </w:r>
    </w:p>
    <w:p>
      <w:r>
        <w:t>2.修读的课程（通识教育公选课和辅修课程除外）出现不及格者。</w:t>
      </w:r>
    </w:p>
    <w:p>
      <w:r>
        <w:t>3.专业综合能力训练（毕业设计、毕业论文等）成绩达不到“良好”者。</w:t>
      </w:r>
    </w:p>
    <w:p>
      <w:r>
        <w:t>4.违反考试纪律、具有作弊行为者。</w:t>
      </w:r>
    </w:p>
    <w:p>
      <w:r>
        <w:t>5.其他违背推荐条件者。</w:t>
      </w:r>
    </w:p>
    <w:p>
      <w:r>
        <w:t>五、推荐免试硕士研究生工作程序及时间安排</w:t>
      </w:r>
    </w:p>
    <w:p>
      <w:r>
        <w:t>1.9月13日(周一)16:00前，各学院将本学院免试研究生推荐工作实施办法（细则）报教务部备案，电子版发送至xjfw@cumt.edu.cn，纸质版经教学院长签字后报教务部教务与学籍服务中心（行健楼A106），同时在学院网站进行公布。</w:t>
      </w:r>
    </w:p>
    <w:p>
      <w:r>
        <w:t>2.学生本人填写《中国矿业大学推荐免试硕士研究生资格申请表》（附件3）《2022年中国矿业大学推荐免试硕士研究生基本情况表及数据库》（附件4，填写时确保学号、身份证等信息准确无误），于9月15日(周三)上午10:00前将电子档传至学院公示的电子邮箱ggxyjxb@126.com（邮件及邮件内文件名均以“专业姓名推免”命名）。</w:t>
      </w:r>
    </w:p>
    <w:p>
      <w:r>
        <w:t>3.各学院于9月17日(周五)上午10:00前，在公示各类推荐名单（公示时间3天）的同时将《中国矿业大学推荐免试硕士研究生资格申请表》（附件3纸质版）、《2022年中国矿业大学推荐免试硕士研究生基本情况表及数据库》（附件4电子版）和推荐免试硕士研究生个人成绩单电子档（以学院为单位，每位学生成绩单须为pdf格式，以“身份证号_姓名”命名，如320***************_王*.pdf）报教务部，电子版打包发送至xjfw@cumt.edu.cn(文件名：**学院_推免)，经校推免工作领导小组审核同意后，由教务部向学生进行公示，最终确定各类推荐人员名单,并组织填报相关表格。</w:t>
      </w:r>
    </w:p>
    <w:p>
      <w:r>
        <w:t>六、其他</w:t>
      </w:r>
    </w:p>
    <w:p>
      <w:r>
        <w:t>1．获得推免资格后，学生因个人原因放弃保研资格导致本专业保研名额损失的，学院将取消该生参加评奖学金、优秀毕业生等各种奖励荣誉的评选资格；</w:t>
      </w:r>
    </w:p>
    <w:p>
      <w:r>
        <w:t>2．其他未尽事项按照《关于做好2022年推荐优秀应届本科毕业生免试攻读研究生的通知》执行，本办法由公管学院推荐免试研究生工作领导小组负责解释。</w:t>
      </w:r>
    </w:p>
    <w:p>
      <w:r>
        <w:t>公共管理学院</w:t>
      </w:r>
    </w:p>
    <w:p>
      <w:r>
        <w:t>2021年9月10日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