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公管学院2022年推荐免试研究生名单公示</w:t>
      </w:r>
    </w:p>
    <w:p>
      <w:r>
        <w:t>根据教务部《关于做好2022年推荐优秀应届本科毕业生免试攻读研究生工作的通知》和《公共管理学院关于推荐2022年优秀应届本科毕业生免试攻读研究生的实施办法》，学生个人申报、学院资格审查，现将名单公示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序号</w:t>
            </w:r>
          </w:p>
        </w:tc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学号</w:t>
            </w:r>
          </w:p>
        </w:tc>
        <w:tc>
          <w:tcPr>
            <w:tcW w:type="dxa" w:w="1440"/>
          </w:tcPr>
          <w:p>
            <w:r>
              <w:t>专业</w:t>
            </w:r>
          </w:p>
        </w:tc>
        <w:tc>
          <w:tcPr>
            <w:tcW w:type="dxa" w:w="1440"/>
          </w:tcPr>
          <w:p>
            <w:r>
              <w:t>免研类型(ABCD)</w:t>
            </w:r>
          </w:p>
        </w:tc>
        <w:tc>
          <w:tcPr>
            <w:tcW w:type="dxa" w:w="1440"/>
          </w:tcPr>
          <w:p>
            <w:r>
              <w:t>备注（候补））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姜雯惠</w:t>
            </w:r>
          </w:p>
        </w:tc>
        <w:tc>
          <w:tcPr>
            <w:tcW w:type="dxa" w:w="1440"/>
          </w:tcPr>
          <w:p>
            <w:r>
              <w:t>11183825</w:t>
            </w:r>
          </w:p>
        </w:tc>
        <w:tc>
          <w:tcPr>
            <w:tcW w:type="dxa" w:w="1440"/>
          </w:tcPr>
          <w:p>
            <w:r>
              <w:t>行政管理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罗贻文</w:t>
            </w:r>
          </w:p>
        </w:tc>
        <w:tc>
          <w:tcPr>
            <w:tcW w:type="dxa" w:w="1440"/>
          </w:tcPr>
          <w:p>
            <w:r>
              <w:t>11184002</w:t>
            </w:r>
          </w:p>
        </w:tc>
        <w:tc>
          <w:tcPr>
            <w:tcW w:type="dxa" w:w="1440"/>
          </w:tcPr>
          <w:p>
            <w:r>
              <w:t>行政管理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胡兴月</w:t>
            </w:r>
          </w:p>
        </w:tc>
        <w:tc>
          <w:tcPr>
            <w:tcW w:type="dxa" w:w="1440"/>
          </w:tcPr>
          <w:p>
            <w:r>
              <w:t>11183984</w:t>
            </w:r>
          </w:p>
        </w:tc>
        <w:tc>
          <w:tcPr>
            <w:tcW w:type="dxa" w:w="1440"/>
          </w:tcPr>
          <w:p>
            <w:r>
              <w:t>行政管理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沙裕灏</w:t>
            </w:r>
          </w:p>
        </w:tc>
        <w:tc>
          <w:tcPr>
            <w:tcW w:type="dxa" w:w="1440"/>
          </w:tcPr>
          <w:p>
            <w:r>
              <w:t>11183830</w:t>
            </w:r>
          </w:p>
        </w:tc>
        <w:tc>
          <w:tcPr>
            <w:tcW w:type="dxa" w:w="1440"/>
          </w:tcPr>
          <w:p>
            <w:r>
              <w:t>行政管理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黄子怡</w:t>
            </w:r>
          </w:p>
        </w:tc>
        <w:tc>
          <w:tcPr>
            <w:tcW w:type="dxa" w:w="1440"/>
          </w:tcPr>
          <w:p>
            <w:r>
              <w:t>11183805</w:t>
            </w:r>
          </w:p>
        </w:tc>
        <w:tc>
          <w:tcPr>
            <w:tcW w:type="dxa" w:w="1440"/>
          </w:tcPr>
          <w:p>
            <w:r>
              <w:t>行政管理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史钰莹</w:t>
            </w:r>
          </w:p>
        </w:tc>
        <w:tc>
          <w:tcPr>
            <w:tcW w:type="dxa" w:w="1440"/>
          </w:tcPr>
          <w:p>
            <w:r>
              <w:t>11183855</w:t>
            </w:r>
          </w:p>
        </w:tc>
        <w:tc>
          <w:tcPr>
            <w:tcW w:type="dxa" w:w="1440"/>
          </w:tcPr>
          <w:p>
            <w:r>
              <w:t>行政管理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韩利欣</w:t>
            </w:r>
          </w:p>
        </w:tc>
        <w:tc>
          <w:tcPr>
            <w:tcW w:type="dxa" w:w="1440"/>
          </w:tcPr>
          <w:p>
            <w:r>
              <w:t>11184035</w:t>
            </w:r>
          </w:p>
        </w:tc>
        <w:tc>
          <w:tcPr>
            <w:tcW w:type="dxa" w:w="1440"/>
          </w:tcPr>
          <w:p>
            <w:r>
              <w:t>行政管理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王玉</w:t>
            </w:r>
          </w:p>
        </w:tc>
        <w:tc>
          <w:tcPr>
            <w:tcW w:type="dxa" w:w="1440"/>
          </w:tcPr>
          <w:p>
            <w:r>
              <w:t>11184036</w:t>
            </w:r>
          </w:p>
        </w:tc>
        <w:tc>
          <w:tcPr>
            <w:tcW w:type="dxa" w:w="1440"/>
          </w:tcPr>
          <w:p>
            <w:r>
              <w:t>行政管理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李志远</w:t>
            </w:r>
          </w:p>
        </w:tc>
        <w:tc>
          <w:tcPr>
            <w:tcW w:type="dxa" w:w="1440"/>
          </w:tcPr>
          <w:p>
            <w:r>
              <w:t>11183924</w:t>
            </w:r>
          </w:p>
        </w:tc>
        <w:tc>
          <w:tcPr>
            <w:tcW w:type="dxa" w:w="1440"/>
          </w:tcPr>
          <w:p>
            <w:r>
              <w:t>行政管理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彭宇</w:t>
            </w:r>
          </w:p>
        </w:tc>
        <w:tc>
          <w:tcPr>
            <w:tcW w:type="dxa" w:w="1440"/>
          </w:tcPr>
          <w:p>
            <w:r>
              <w:t>11183913</w:t>
            </w:r>
          </w:p>
        </w:tc>
        <w:tc>
          <w:tcPr>
            <w:tcW w:type="dxa" w:w="1440"/>
          </w:tcPr>
          <w:p>
            <w:r>
              <w:t>行政管理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11</w:t>
            </w:r>
          </w:p>
        </w:tc>
        <w:tc>
          <w:tcPr>
            <w:tcW w:type="dxa" w:w="1440"/>
          </w:tcPr>
          <w:p>
            <w:r>
              <w:t>程若晨</w:t>
            </w:r>
          </w:p>
        </w:tc>
        <w:tc>
          <w:tcPr>
            <w:tcW w:type="dxa" w:w="1440"/>
          </w:tcPr>
          <w:p>
            <w:r>
              <w:t>11183918</w:t>
            </w:r>
          </w:p>
        </w:tc>
        <w:tc>
          <w:tcPr>
            <w:tcW w:type="dxa" w:w="1440"/>
          </w:tcPr>
          <w:p>
            <w:r>
              <w:t>行政管理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>
              <w:t>张颖</w:t>
            </w:r>
          </w:p>
        </w:tc>
        <w:tc>
          <w:tcPr>
            <w:tcW w:type="dxa" w:w="1440"/>
          </w:tcPr>
          <w:p>
            <w:r>
              <w:t>11183921</w:t>
            </w:r>
          </w:p>
        </w:tc>
        <w:tc>
          <w:tcPr>
            <w:tcW w:type="dxa" w:w="1440"/>
          </w:tcPr>
          <w:p>
            <w:r>
              <w:t>行政管理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13</w:t>
            </w:r>
          </w:p>
        </w:tc>
        <w:tc>
          <w:tcPr>
            <w:tcW w:type="dxa" w:w="1440"/>
          </w:tcPr>
          <w:p>
            <w:r>
              <w:t>陈心曲</w:t>
            </w:r>
          </w:p>
        </w:tc>
        <w:tc>
          <w:tcPr>
            <w:tcW w:type="dxa" w:w="1440"/>
          </w:tcPr>
          <w:p>
            <w:r>
              <w:t>07182325</w:t>
            </w:r>
          </w:p>
        </w:tc>
        <w:tc>
          <w:tcPr>
            <w:tcW w:type="dxa" w:w="1440"/>
          </w:tcPr>
          <w:p>
            <w:r>
              <w:t>土地资源管理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>
              <w:t>郭梦洁</w:t>
            </w:r>
          </w:p>
        </w:tc>
        <w:tc>
          <w:tcPr>
            <w:tcW w:type="dxa" w:w="1440"/>
          </w:tcPr>
          <w:p>
            <w:r>
              <w:t>07182677</w:t>
            </w:r>
          </w:p>
        </w:tc>
        <w:tc>
          <w:tcPr>
            <w:tcW w:type="dxa" w:w="1440"/>
          </w:tcPr>
          <w:p>
            <w:r>
              <w:t>土地资源管理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15</w:t>
            </w:r>
          </w:p>
        </w:tc>
        <w:tc>
          <w:tcPr>
            <w:tcW w:type="dxa" w:w="1440"/>
          </w:tcPr>
          <w:p>
            <w:r>
              <w:t>袁庆雯</w:t>
            </w:r>
          </w:p>
        </w:tc>
        <w:tc>
          <w:tcPr>
            <w:tcW w:type="dxa" w:w="1440"/>
          </w:tcPr>
          <w:p>
            <w:r>
              <w:t>07182498</w:t>
            </w:r>
          </w:p>
        </w:tc>
        <w:tc>
          <w:tcPr>
            <w:tcW w:type="dxa" w:w="1440"/>
          </w:tcPr>
          <w:p>
            <w:r>
              <w:t>土地资源管理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16</w:t>
            </w:r>
          </w:p>
        </w:tc>
        <w:tc>
          <w:tcPr>
            <w:tcW w:type="dxa" w:w="1440"/>
          </w:tcPr>
          <w:p>
            <w:r>
              <w:t>邹先明</w:t>
            </w:r>
          </w:p>
        </w:tc>
        <w:tc>
          <w:tcPr>
            <w:tcW w:type="dxa" w:w="1440"/>
          </w:tcPr>
          <w:p>
            <w:r>
              <w:t>07182626</w:t>
            </w:r>
          </w:p>
        </w:tc>
        <w:tc>
          <w:tcPr>
            <w:tcW w:type="dxa" w:w="1440"/>
          </w:tcPr>
          <w:p>
            <w:r>
              <w:t>土地资源管理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17</w:t>
            </w:r>
          </w:p>
        </w:tc>
        <w:tc>
          <w:tcPr>
            <w:tcW w:type="dxa" w:w="1440"/>
          </w:tcPr>
          <w:p>
            <w:r>
              <w:t>罗凌志</w:t>
            </w:r>
          </w:p>
        </w:tc>
        <w:tc>
          <w:tcPr>
            <w:tcW w:type="dxa" w:w="1440"/>
          </w:tcPr>
          <w:p>
            <w:r>
              <w:t>07182308</w:t>
            </w:r>
          </w:p>
        </w:tc>
        <w:tc>
          <w:tcPr>
            <w:tcW w:type="dxa" w:w="1440"/>
          </w:tcPr>
          <w:p>
            <w:r>
              <w:t>土地资源管理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>
              <w:t>刘晏君</w:t>
            </w:r>
          </w:p>
        </w:tc>
        <w:tc>
          <w:tcPr>
            <w:tcW w:type="dxa" w:w="1440"/>
          </w:tcPr>
          <w:p>
            <w:r>
              <w:t>07182683</w:t>
            </w:r>
          </w:p>
        </w:tc>
        <w:tc>
          <w:tcPr>
            <w:tcW w:type="dxa" w:w="1440"/>
          </w:tcPr>
          <w:p>
            <w:r>
              <w:t>土地资源管理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19</w:t>
            </w:r>
          </w:p>
        </w:tc>
        <w:tc>
          <w:tcPr>
            <w:tcW w:type="dxa" w:w="1440"/>
          </w:tcPr>
          <w:p>
            <w:r>
              <w:t>林晓宇</w:t>
            </w:r>
          </w:p>
        </w:tc>
        <w:tc>
          <w:tcPr>
            <w:tcW w:type="dxa" w:w="1440"/>
          </w:tcPr>
          <w:p>
            <w:r>
              <w:t>07182412</w:t>
            </w:r>
          </w:p>
        </w:tc>
        <w:tc>
          <w:tcPr>
            <w:tcW w:type="dxa" w:w="1440"/>
          </w:tcPr>
          <w:p>
            <w:r>
              <w:t>土地资源管理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>
              <w:t>刘博文</w:t>
            </w:r>
          </w:p>
        </w:tc>
        <w:tc>
          <w:tcPr>
            <w:tcW w:type="dxa" w:w="1440"/>
          </w:tcPr>
          <w:p>
            <w:r>
              <w:t>07182672</w:t>
            </w:r>
          </w:p>
        </w:tc>
        <w:tc>
          <w:tcPr>
            <w:tcW w:type="dxa" w:w="1440"/>
          </w:tcPr>
          <w:p>
            <w:r>
              <w:t>土地资源管理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21</w:t>
            </w:r>
          </w:p>
        </w:tc>
        <w:tc>
          <w:tcPr>
            <w:tcW w:type="dxa" w:w="1440"/>
          </w:tcPr>
          <w:p>
            <w:r>
              <w:t>李龙</w:t>
            </w:r>
          </w:p>
        </w:tc>
        <w:tc>
          <w:tcPr>
            <w:tcW w:type="dxa" w:w="1440"/>
          </w:tcPr>
          <w:p>
            <w:r>
              <w:t>07182662</w:t>
            </w:r>
          </w:p>
        </w:tc>
        <w:tc>
          <w:tcPr>
            <w:tcW w:type="dxa" w:w="1440"/>
          </w:tcPr>
          <w:p>
            <w:r>
              <w:t>土地资源管理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22</w:t>
            </w:r>
          </w:p>
        </w:tc>
        <w:tc>
          <w:tcPr>
            <w:tcW w:type="dxa" w:w="1440"/>
          </w:tcPr>
          <w:p>
            <w:r>
              <w:t>艾珂</w:t>
            </w:r>
          </w:p>
        </w:tc>
        <w:tc>
          <w:tcPr>
            <w:tcW w:type="dxa" w:w="1440"/>
          </w:tcPr>
          <w:p>
            <w:r>
              <w:t>07182604</w:t>
            </w:r>
          </w:p>
        </w:tc>
        <w:tc>
          <w:tcPr>
            <w:tcW w:type="dxa" w:w="1440"/>
          </w:tcPr>
          <w:p>
            <w:r>
              <w:t>土地资源管理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23</w:t>
            </w:r>
          </w:p>
        </w:tc>
        <w:tc>
          <w:tcPr>
            <w:tcW w:type="dxa" w:w="1440"/>
          </w:tcPr>
          <w:p>
            <w:r>
              <w:t>杨卓林</w:t>
            </w:r>
          </w:p>
        </w:tc>
        <w:tc>
          <w:tcPr>
            <w:tcW w:type="dxa" w:w="1440"/>
          </w:tcPr>
          <w:p>
            <w:r>
              <w:t>07182663</w:t>
            </w:r>
          </w:p>
        </w:tc>
        <w:tc>
          <w:tcPr>
            <w:tcW w:type="dxa" w:w="1440"/>
          </w:tcPr>
          <w:p>
            <w:r>
              <w:t>土地资源管理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24</w:t>
            </w:r>
          </w:p>
        </w:tc>
        <w:tc>
          <w:tcPr>
            <w:tcW w:type="dxa" w:w="1440"/>
          </w:tcPr>
          <w:p>
            <w:r>
              <w:t>蔡萌萌</w:t>
            </w:r>
          </w:p>
        </w:tc>
        <w:tc>
          <w:tcPr>
            <w:tcW w:type="dxa" w:w="1440"/>
          </w:tcPr>
          <w:p>
            <w:r>
              <w:t>07182442</w:t>
            </w:r>
          </w:p>
        </w:tc>
        <w:tc>
          <w:tcPr>
            <w:tcW w:type="dxa" w:w="1440"/>
          </w:tcPr>
          <w:p>
            <w:r>
              <w:t>土地资源管理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25</w:t>
            </w:r>
          </w:p>
        </w:tc>
        <w:tc>
          <w:tcPr>
            <w:tcW w:type="dxa" w:w="1440"/>
          </w:tcPr>
          <w:p>
            <w:r>
              <w:t>李星宇</w:t>
            </w:r>
          </w:p>
        </w:tc>
        <w:tc>
          <w:tcPr>
            <w:tcW w:type="dxa" w:w="1440"/>
          </w:tcPr>
          <w:p>
            <w:r>
              <w:t>07182655</w:t>
            </w:r>
          </w:p>
        </w:tc>
        <w:tc>
          <w:tcPr>
            <w:tcW w:type="dxa" w:w="1440"/>
          </w:tcPr>
          <w:p>
            <w:r>
              <w:t>土地资源管理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26</w:t>
            </w:r>
          </w:p>
        </w:tc>
        <w:tc>
          <w:tcPr>
            <w:tcW w:type="dxa" w:w="1440"/>
          </w:tcPr>
          <w:p>
            <w:r>
              <w:t>赵俊宇</w:t>
            </w:r>
          </w:p>
        </w:tc>
        <w:tc>
          <w:tcPr>
            <w:tcW w:type="dxa" w:w="1440"/>
          </w:tcPr>
          <w:p>
            <w:r>
              <w:t>07182693</w:t>
            </w:r>
          </w:p>
        </w:tc>
        <w:tc>
          <w:tcPr>
            <w:tcW w:type="dxa" w:w="1440"/>
          </w:tcPr>
          <w:p>
            <w:r>
              <w:t>土地资源管理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t>候补</w:t>
            </w:r>
          </w:p>
        </w:tc>
      </w:tr>
    </w:tbl>
    <w:p>
      <w:r>
        <w:t>公示期：2021年9月16日---2021年9月18日中午12：00.</w:t>
      </w:r>
    </w:p>
    <w:p>
      <w:r>
        <w:t>如有疑问请在公示期联系教学办，电话83591486，邮箱sunwan@cumt.edu.cn。</w:t>
      </w:r>
    </w:p>
    <w:p>
      <w:r>
        <w:t>公共管理学院</w:t>
      </w:r>
    </w:p>
    <w:p>
      <w:r>
        <w:t>2021年9月16日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