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体育学院2012年推免生复试方案</w:t>
      </w:r>
    </w:p>
    <w:p>
      <w:r>
        <w:t>为做好2012年推荐免试硕士研究生复试录取工作，切实提高研究生录取选拔质量，根据学校“</w:t>
      </w:r>
    </w:p>
    <w:p>
      <w:r>
        <w:t>?xml:namespace prefix = v ns = "urn:schemas-microsoft-com:vml" /</w:t>
      </w:r>
    </w:p>
    <w:p>
      <w:r>
        <w:t>关于做好推荐及接收2012年优秀应届本科毕业生免试攻读硕士研究生的通知”文件精神，结合我院实际情况，特制订本方案。</w:t>
      </w:r>
    </w:p>
    <w:p>
      <w:r>
        <w:t>一、复试组织</w:t>
      </w:r>
    </w:p>
    <w:p>
      <w:r>
        <w:t>1.成立体育学院“推荐免试硕士研究生工作领导小组”和“复试小组”</w:t>
      </w:r>
    </w:p>
    <w:p>
      <w:r>
        <w:t>组长：王朝军</w:t>
      </w:r>
    </w:p>
    <w:p>
      <w:r>
        <w:t>成员：项立敏、翟丰、郭鹏、曹竞成、张矛矛</w:t>
      </w:r>
    </w:p>
    <w:p>
      <w:r>
        <w:t>2.院“推荐免试硕士研究生工作领导小组”负责制定体育学院推荐及接收工作细则、学院内各专业推荐及接收名额的分配、推荐指标的使用原则、组织学生报名、资格审查以及初步确定推荐及接收免试硕士研究生名单等工作，负责推荐免试学生的复试并向教务处、研究生院提交拟录取学生建议名单。</w:t>
      </w:r>
    </w:p>
    <w:p>
      <w:r>
        <w:t>3.复试时间：2011年10月18日（周二）上午8点30分</w:t>
      </w:r>
    </w:p>
    <w:p>
      <w:r>
        <w:t>4.复试地点：南湖校区体育学院会议室。</w:t>
      </w:r>
    </w:p>
    <w:p>
      <w:r>
        <w:t>二、复试办法及要求</w:t>
      </w:r>
    </w:p>
    <w:p>
      <w:r>
        <w:t>1．复试工作由5位办事公正，教学经验丰富、外语水平较高、无直系亲属报考的教师组成的复试专家小组。（推荐免试硕士研究生工作领导小组）</w:t>
      </w:r>
    </w:p>
    <w:p>
      <w:r>
        <w:t>2．复试小组负责确定考生面试和实践能力考核的具体内容、评分标准、程序，并具体组织实施。复试小组成员须现场独立评分，在评分前可以召开复试小组会议，研究对考生的考察评价意见。</w:t>
      </w:r>
    </w:p>
    <w:p>
      <w:r>
        <w:t>3．复试时学生必须随身携带身份证及其他能证明自己身份的相关证件，否则，不能参加复试。</w:t>
      </w:r>
    </w:p>
    <w:p>
      <w:r>
        <w:t>三、复试内容及成绩评定</w:t>
      </w:r>
    </w:p>
    <w:p>
      <w:r>
        <w:t>1.学生复试包括：综合面试、外语听力和口语、专项运动技术测试等三个方面。</w:t>
      </w:r>
    </w:p>
    <w:p>
      <w:r>
        <w:t>2.成绩评定</w:t>
      </w:r>
    </w:p>
    <w:p>
      <w:r>
        <w:t>学生复试总成绩在没有违法、违纪、弄虚作假等行为，原则上按照学生推免成绩及排序进行评定。</w:t>
      </w:r>
    </w:p>
    <w:p>
      <w:r>
        <w:t>四、录取办法</w:t>
      </w:r>
    </w:p>
    <w:p>
      <w:r>
        <w:t>原则上按照学生推免成绩及排序，按照学校下达的指标择优录取录取。学院以学生复试总成绩排名为依据进行第一学年的奖学金等级评定。经院“推荐免试硕士研究生工作领导小组”审核通过后，上报校教务处、研究生院。</w:t>
      </w:r>
    </w:p>
    <w:p>
      <w:r>
        <w:t>注：参加复试的同学请自带运动服和运动器材。</w:t>
      </w:r>
    </w:p>
    <w:p>
      <w:r>
        <w:t>中国矿业大学体育学院</w:t>
      </w:r>
    </w:p>
    <w:p>
      <w:r>
        <w:t>2011年10月13日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