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2020年体育学院推荐免试研究生名单（报教务部）公示</w:t>
      </w:r>
    </w:p>
    <w:p>
      <w:r>
        <w:t>根据教务部《关于做好推荐及接收2020年优秀应届本科毕业生免试攻读研究生的通知》要求，现对我院上报的2020年推荐免试研究生名单进行公示，公示期3天，如有异议，请于2019年9月20日17:00前向体育学院教学管理办公室反应，电话：83591848，邮箱：scj1015@163.com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