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体育学院_名单公示_未知日期</w:t>
      </w:r>
    </w:p>
    <w:p>
      <w:r>
        <w:t>根据教务部“关于做好2023年推荐优秀应届本科毕业生免试攻读研究生工作的通知”，经学生申报、体育学院推免领导小组审核，现将体育学院2023年拟推荐优秀应届本科毕业生免试攻读研究生名单进行公示，公示期9月19日-21日。公示期间如有任何问题，请与体育学院教学办公室联系，联系电话：83591848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吴蕊</w:t>
            </w:r>
          </w:p>
        </w:tc>
        <w:tc>
          <w:tcPr>
            <w:tcW w:type="dxa" w:w="864"/>
          </w:tcPr>
          <w:p>
            <w:r>
              <w:t>13194194</w:t>
            </w:r>
          </w:p>
        </w:tc>
        <w:tc>
          <w:tcPr>
            <w:tcW w:type="dxa" w:w="864"/>
          </w:tcPr>
          <w:p>
            <w:r>
              <w:t>女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2001.02</w:t>
            </w:r>
          </w:p>
        </w:tc>
        <w:tc>
          <w:tcPr>
            <w:tcW w:type="dxa" w:w="864"/>
          </w:tcPr>
          <w:p>
            <w:r>
              <w:t>中共党员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社会体育指导与管理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封淼</w:t>
            </w:r>
          </w:p>
        </w:tc>
        <w:tc>
          <w:tcPr>
            <w:tcW w:type="dxa" w:w="864"/>
          </w:tcPr>
          <w:p>
            <w:r>
              <w:t>13194224</w:t>
            </w:r>
          </w:p>
        </w:tc>
        <w:tc>
          <w:tcPr>
            <w:tcW w:type="dxa" w:w="864"/>
          </w:tcPr>
          <w:p>
            <w:r>
              <w:t>女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2001.01</w:t>
            </w:r>
          </w:p>
        </w:tc>
        <w:tc>
          <w:tcPr>
            <w:tcW w:type="dxa" w:w="864"/>
          </w:tcPr>
          <w:p>
            <w:r>
              <w:t>中共党员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社会体育指导与管理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魏世伟</w:t>
            </w:r>
          </w:p>
        </w:tc>
        <w:tc>
          <w:tcPr>
            <w:tcW w:type="dxa" w:w="864"/>
          </w:tcPr>
          <w:p>
            <w:r>
              <w:t>13194240</w:t>
            </w:r>
          </w:p>
        </w:tc>
        <w:tc>
          <w:tcPr>
            <w:tcW w:type="dxa" w:w="864"/>
          </w:tcPr>
          <w:p>
            <w:r>
              <w:t>男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1999.06</w:t>
            </w:r>
          </w:p>
        </w:tc>
        <w:tc>
          <w:tcPr>
            <w:tcW w:type="dxa" w:w="864"/>
          </w:tcPr>
          <w:p>
            <w:r>
              <w:t>共青团员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社会体育指导与管理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龙星宇</w:t>
            </w:r>
          </w:p>
        </w:tc>
        <w:tc>
          <w:tcPr>
            <w:tcW w:type="dxa" w:w="864"/>
          </w:tcPr>
          <w:p>
            <w:r>
              <w:t>13194195</w:t>
            </w:r>
          </w:p>
        </w:tc>
        <w:tc>
          <w:tcPr>
            <w:tcW w:type="dxa" w:w="864"/>
          </w:tcPr>
          <w:p>
            <w:r>
              <w:t>女</w:t>
            </w:r>
          </w:p>
        </w:tc>
        <w:tc>
          <w:tcPr>
            <w:tcW w:type="dxa" w:w="864"/>
          </w:tcPr>
          <w:p>
            <w:r>
              <w:t>土家</w:t>
            </w:r>
          </w:p>
        </w:tc>
        <w:tc>
          <w:tcPr>
            <w:tcW w:type="dxa" w:w="864"/>
          </w:tcPr>
          <w:p>
            <w:r>
              <w:t>2001.05</w:t>
            </w:r>
          </w:p>
        </w:tc>
        <w:tc>
          <w:tcPr>
            <w:tcW w:type="dxa" w:w="864"/>
          </w:tcPr>
          <w:p>
            <w:r>
              <w:t>中共党员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社会体育指导与管理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贾世官</w:t>
            </w:r>
          </w:p>
        </w:tc>
        <w:tc>
          <w:tcPr>
            <w:tcW w:type="dxa" w:w="864"/>
          </w:tcPr>
          <w:p>
            <w:r>
              <w:t>13194219</w:t>
            </w:r>
          </w:p>
        </w:tc>
        <w:tc>
          <w:tcPr>
            <w:tcW w:type="dxa" w:w="864"/>
          </w:tcPr>
          <w:p>
            <w:r>
              <w:t>男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2000.07</w:t>
            </w:r>
          </w:p>
        </w:tc>
        <w:tc>
          <w:tcPr>
            <w:tcW w:type="dxa" w:w="864"/>
          </w:tcPr>
          <w:p>
            <w:r>
              <w:t>中共党员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社会体育指导与管理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魏垚茹</w:t>
            </w:r>
          </w:p>
        </w:tc>
        <w:tc>
          <w:tcPr>
            <w:tcW w:type="dxa" w:w="864"/>
          </w:tcPr>
          <w:p>
            <w:r>
              <w:t>13194225</w:t>
            </w:r>
          </w:p>
        </w:tc>
        <w:tc>
          <w:tcPr>
            <w:tcW w:type="dxa" w:w="864"/>
          </w:tcPr>
          <w:p>
            <w:r>
              <w:t>女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2001.01</w:t>
            </w:r>
          </w:p>
        </w:tc>
        <w:tc>
          <w:tcPr>
            <w:tcW w:type="dxa" w:w="864"/>
          </w:tcPr>
          <w:p>
            <w:r>
              <w:t>中共预备党员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社会体育指导与管理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864"/>
          </w:tcPr>
          <w:p>
            <w:r>
              <w:t>王琰炀</w:t>
            </w:r>
          </w:p>
        </w:tc>
        <w:tc>
          <w:tcPr>
            <w:tcW w:type="dxa" w:w="864"/>
          </w:tcPr>
          <w:p>
            <w:r>
              <w:t>13194217</w:t>
            </w:r>
          </w:p>
        </w:tc>
        <w:tc>
          <w:tcPr>
            <w:tcW w:type="dxa" w:w="864"/>
          </w:tcPr>
          <w:p>
            <w:r>
              <w:t>男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2000.12</w:t>
            </w:r>
          </w:p>
        </w:tc>
        <w:tc>
          <w:tcPr>
            <w:tcW w:type="dxa" w:w="864"/>
          </w:tcPr>
          <w:p>
            <w:r>
              <w:t>共青团员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社会体育指导与管理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易俊豪</w:t>
            </w:r>
          </w:p>
        </w:tc>
        <w:tc>
          <w:tcPr>
            <w:tcW w:type="dxa" w:w="864"/>
          </w:tcPr>
          <w:p>
            <w:r>
              <w:t>13194252</w:t>
            </w:r>
          </w:p>
        </w:tc>
        <w:tc>
          <w:tcPr>
            <w:tcW w:type="dxa" w:w="864"/>
          </w:tcPr>
          <w:p>
            <w:r>
              <w:t>男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2000.12</w:t>
            </w:r>
          </w:p>
        </w:tc>
        <w:tc>
          <w:tcPr>
            <w:tcW w:type="dxa" w:w="864"/>
          </w:tcPr>
          <w:p>
            <w:r>
              <w:t>群众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社会体育指导与管理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>
              <w:t>曾健</w:t>
            </w:r>
          </w:p>
        </w:tc>
        <w:tc>
          <w:tcPr>
            <w:tcW w:type="dxa" w:w="864"/>
          </w:tcPr>
          <w:p>
            <w:r>
              <w:t>13194247</w:t>
            </w:r>
          </w:p>
        </w:tc>
        <w:tc>
          <w:tcPr>
            <w:tcW w:type="dxa" w:w="864"/>
          </w:tcPr>
          <w:p>
            <w:r>
              <w:t>男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2001.04</w:t>
            </w:r>
          </w:p>
        </w:tc>
        <w:tc>
          <w:tcPr>
            <w:tcW w:type="dxa" w:w="864"/>
          </w:tcPr>
          <w:p>
            <w:r>
              <w:t>共青团员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社会体育指导与管理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10</w:t>
            </w:r>
          </w:p>
        </w:tc>
        <w:tc>
          <w:tcPr>
            <w:tcW w:type="dxa" w:w="864"/>
          </w:tcPr>
          <w:p>
            <w:r>
              <w:t>王芳</w:t>
            </w:r>
          </w:p>
        </w:tc>
        <w:tc>
          <w:tcPr>
            <w:tcW w:type="dxa" w:w="864"/>
          </w:tcPr>
          <w:p>
            <w:r>
              <w:t>13194260</w:t>
            </w:r>
          </w:p>
        </w:tc>
        <w:tc>
          <w:tcPr>
            <w:tcW w:type="dxa" w:w="864"/>
          </w:tcPr>
          <w:p>
            <w:r>
              <w:t>女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1999.09</w:t>
            </w:r>
          </w:p>
        </w:tc>
        <w:tc>
          <w:tcPr>
            <w:tcW w:type="dxa" w:w="864"/>
          </w:tcPr>
          <w:p>
            <w:r>
              <w:t>共青团员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运动训练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11</w:t>
            </w:r>
          </w:p>
        </w:tc>
        <w:tc>
          <w:tcPr>
            <w:tcW w:type="dxa" w:w="864"/>
          </w:tcPr>
          <w:p>
            <w:r>
              <w:t>周婷</w:t>
            </w:r>
          </w:p>
        </w:tc>
        <w:tc>
          <w:tcPr>
            <w:tcW w:type="dxa" w:w="864"/>
          </w:tcPr>
          <w:p>
            <w:r>
              <w:t>13194254</w:t>
            </w:r>
          </w:p>
        </w:tc>
        <w:tc>
          <w:tcPr>
            <w:tcW w:type="dxa" w:w="864"/>
          </w:tcPr>
          <w:p>
            <w:r>
              <w:t>女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2000.03</w:t>
            </w:r>
          </w:p>
        </w:tc>
        <w:tc>
          <w:tcPr>
            <w:tcW w:type="dxa" w:w="864"/>
          </w:tcPr>
          <w:p>
            <w:r>
              <w:t>共青团员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运动训练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12</w:t>
            </w:r>
          </w:p>
        </w:tc>
        <w:tc>
          <w:tcPr>
            <w:tcW w:type="dxa" w:w="864"/>
          </w:tcPr>
          <w:p>
            <w:r>
              <w:t>李秀莉</w:t>
            </w:r>
          </w:p>
        </w:tc>
        <w:tc>
          <w:tcPr>
            <w:tcW w:type="dxa" w:w="864"/>
          </w:tcPr>
          <w:p>
            <w:r>
              <w:t>13194267</w:t>
            </w:r>
          </w:p>
        </w:tc>
        <w:tc>
          <w:tcPr>
            <w:tcW w:type="dxa" w:w="864"/>
          </w:tcPr>
          <w:p>
            <w:r>
              <w:t>女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2000.09</w:t>
            </w:r>
          </w:p>
        </w:tc>
        <w:tc>
          <w:tcPr>
            <w:tcW w:type="dxa" w:w="864"/>
          </w:tcPr>
          <w:p>
            <w:r>
              <w:t>共青团员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运动训练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石梁雪</w:t>
            </w:r>
          </w:p>
        </w:tc>
        <w:tc>
          <w:tcPr>
            <w:tcW w:type="dxa" w:w="864"/>
          </w:tcPr>
          <w:p>
            <w:r>
              <w:t>13194262</w:t>
            </w:r>
          </w:p>
        </w:tc>
        <w:tc>
          <w:tcPr>
            <w:tcW w:type="dxa" w:w="864"/>
          </w:tcPr>
          <w:p>
            <w:r>
              <w:t>女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2001.01</w:t>
            </w:r>
          </w:p>
        </w:tc>
        <w:tc>
          <w:tcPr>
            <w:tcW w:type="dxa" w:w="864"/>
          </w:tcPr>
          <w:p>
            <w:r>
              <w:t>共青团员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运动训练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14</w:t>
            </w:r>
          </w:p>
        </w:tc>
        <w:tc>
          <w:tcPr>
            <w:tcW w:type="dxa" w:w="864"/>
          </w:tcPr>
          <w:p>
            <w:r>
              <w:t>刘阳</w:t>
            </w:r>
          </w:p>
        </w:tc>
        <w:tc>
          <w:tcPr>
            <w:tcW w:type="dxa" w:w="864"/>
          </w:tcPr>
          <w:p>
            <w:r>
              <w:t>13194261</w:t>
            </w:r>
          </w:p>
        </w:tc>
        <w:tc>
          <w:tcPr>
            <w:tcW w:type="dxa" w:w="864"/>
          </w:tcPr>
          <w:p>
            <w:r>
              <w:t>女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2001.01</w:t>
            </w:r>
          </w:p>
        </w:tc>
        <w:tc>
          <w:tcPr>
            <w:tcW w:type="dxa" w:w="864"/>
          </w:tcPr>
          <w:p>
            <w:r>
              <w:t>共青团员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运动训练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15</w:t>
            </w:r>
          </w:p>
        </w:tc>
        <w:tc>
          <w:tcPr>
            <w:tcW w:type="dxa" w:w="864"/>
          </w:tcPr>
          <w:p>
            <w:r>
              <w:t>刘晓君</w:t>
            </w:r>
          </w:p>
        </w:tc>
        <w:tc>
          <w:tcPr>
            <w:tcW w:type="dxa" w:w="864"/>
          </w:tcPr>
          <w:p>
            <w:r>
              <w:t>09193606</w:t>
            </w:r>
          </w:p>
        </w:tc>
        <w:tc>
          <w:tcPr>
            <w:tcW w:type="dxa" w:w="864"/>
          </w:tcPr>
          <w:p>
            <w:r>
              <w:t>女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2000.09</w:t>
            </w:r>
          </w:p>
        </w:tc>
        <w:tc>
          <w:tcPr>
            <w:tcW w:type="dxa" w:w="864"/>
          </w:tcPr>
          <w:p>
            <w:r>
              <w:t>群众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市场营销（高水平运动队）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16</w:t>
            </w:r>
          </w:p>
        </w:tc>
        <w:tc>
          <w:tcPr>
            <w:tcW w:type="dxa" w:w="864"/>
          </w:tcPr>
          <w:p>
            <w:r>
              <w:t>吴沛树</w:t>
            </w:r>
          </w:p>
        </w:tc>
        <w:tc>
          <w:tcPr>
            <w:tcW w:type="dxa" w:w="864"/>
          </w:tcPr>
          <w:p>
            <w:r>
              <w:t>09193625</w:t>
            </w:r>
          </w:p>
        </w:tc>
        <w:tc>
          <w:tcPr>
            <w:tcW w:type="dxa" w:w="864"/>
          </w:tcPr>
          <w:p>
            <w:r>
              <w:t>男</w:t>
            </w:r>
          </w:p>
        </w:tc>
        <w:tc>
          <w:tcPr>
            <w:tcW w:type="dxa" w:w="864"/>
          </w:tcPr>
          <w:p>
            <w:r>
              <w:t>蒙古</w:t>
            </w:r>
          </w:p>
        </w:tc>
        <w:tc>
          <w:tcPr>
            <w:tcW w:type="dxa" w:w="864"/>
          </w:tcPr>
          <w:p>
            <w:r>
              <w:t>2000.06</w:t>
            </w:r>
          </w:p>
        </w:tc>
        <w:tc>
          <w:tcPr>
            <w:tcW w:type="dxa" w:w="864"/>
          </w:tcPr>
          <w:p>
            <w:r>
              <w:t>共青团员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市场营销（高水平运动队）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17</w:t>
            </w:r>
          </w:p>
        </w:tc>
        <w:tc>
          <w:tcPr>
            <w:tcW w:type="dxa" w:w="864"/>
          </w:tcPr>
          <w:p>
            <w:r>
              <w:t>郭培政</w:t>
            </w:r>
          </w:p>
        </w:tc>
        <w:tc>
          <w:tcPr>
            <w:tcW w:type="dxa" w:w="864"/>
          </w:tcPr>
          <w:p>
            <w:r>
              <w:t>09193624</w:t>
            </w:r>
          </w:p>
        </w:tc>
        <w:tc>
          <w:tcPr>
            <w:tcW w:type="dxa" w:w="864"/>
          </w:tcPr>
          <w:p>
            <w:r>
              <w:t>男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2000.06</w:t>
            </w:r>
          </w:p>
        </w:tc>
        <w:tc>
          <w:tcPr>
            <w:tcW w:type="dxa" w:w="864"/>
          </w:tcPr>
          <w:p>
            <w:r>
              <w:t>共青团员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市场营销（高水平运动队）</w:t>
            </w:r>
          </w:p>
        </w:tc>
        <w:tc>
          <w:tcPr>
            <w:tcW w:type="dxa" w:w="864"/>
          </w:tcPr>
          <w:p>
            <w:r>
              <w:t>A</w:t>
            </w:r>
          </w:p>
        </w:tc>
      </w:tr>
      <w:tr>
        <w:tc>
          <w:tcPr>
            <w:tcW w:type="dxa" w:w="864"/>
          </w:tcPr>
          <w:p>
            <w:r>
              <w:t>18</w:t>
            </w:r>
          </w:p>
        </w:tc>
        <w:tc>
          <w:tcPr>
            <w:tcW w:type="dxa" w:w="864"/>
          </w:tcPr>
          <w:p>
            <w:r>
              <w:t>庄子全</w:t>
            </w:r>
          </w:p>
        </w:tc>
        <w:tc>
          <w:tcPr>
            <w:tcW w:type="dxa" w:w="864"/>
          </w:tcPr>
          <w:p>
            <w:r>
              <w:t>13194279</w:t>
            </w:r>
          </w:p>
        </w:tc>
        <w:tc>
          <w:tcPr>
            <w:tcW w:type="dxa" w:w="864"/>
          </w:tcPr>
          <w:p>
            <w:r>
              <w:t>男</w:t>
            </w:r>
          </w:p>
        </w:tc>
        <w:tc>
          <w:tcPr>
            <w:tcW w:type="dxa" w:w="864"/>
          </w:tcPr>
          <w:p>
            <w:r>
              <w:t>汉</w:t>
            </w:r>
          </w:p>
        </w:tc>
        <w:tc>
          <w:tcPr>
            <w:tcW w:type="dxa" w:w="864"/>
          </w:tcPr>
          <w:p>
            <w:r>
              <w:t>2000.12</w:t>
            </w:r>
          </w:p>
        </w:tc>
        <w:tc>
          <w:tcPr>
            <w:tcW w:type="dxa" w:w="864"/>
          </w:tcPr>
          <w:p>
            <w:r>
              <w:t>中共预备党员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>
              <w:t>运动训练</w:t>
            </w:r>
          </w:p>
        </w:tc>
        <w:tc>
          <w:tcPr>
            <w:tcW w:type="dxa" w:w="864"/>
          </w:tcPr>
          <w:p>
            <w:r>
              <w:t>B</w:t>
            </w:r>
          </w:p>
        </w:tc>
      </w:tr>
    </w:tbl>
    <w:p>
      <w:r>
        <w:t>2023年中国矿业大学推荐免试研究生基本情况表及数据库-体育学院报教务-公示.xls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