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体育学院2018年优秀应届本科毕业生推荐免试硕士研究生基本情况公示</w:t>
      </w:r>
    </w:p>
    <w:p>
      <w:r>
        <w:t>在学生自由申报和学院审核的基础上，经学院推免工作领导小组讨论研究，确定体育学院2018年优秀应届本科毕业生推荐免试攻读研究生名单，现将名单公示，公示期为2017年9月19日-21日。反映问题请联系体育学院教学办公室，邮箱：scj1015@163.com，联系电话：83591848。</w:t>
      </w:r>
    </w:p>
    <w:p>
      <w:r>
        <w:t>推免公示数据.rar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