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体育学院2012年免试攻读硕士学位研究生公示名单（5）</w:t>
      </w:r>
    </w:p>
    <w:p>
      <w:r>
        <w:t>根据学校教务处、研究生院《关于做好推荐及接收2011年优秀应届本科毕业生免试攻读硕士学位研究生的通知》文件精神和要求，研究生推荐工作必须做到公平、公正、公开，严格执行公示制度。</w:t>
      </w:r>
    </w:p>
    <w:p>
      <w:r>
        <w:t>经过前四榜公示后，有学生反映体育教育专业学生的发展素质分数计算不符合规定，经过审核，并与涉及的当事人当面确认，更改学生的发展素质分数，按照学校文件，计算学生的总成绩，名次排序发生变化，现把审核后的学生总分、排序情况予以公示，请有异议的学生，以书面形式向体育学院推免领导小组反映。</w:t>
      </w:r>
    </w:p>
    <w:p>
      <w:r>
        <w:t>社会体育专业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所在班级</w:t>
            </w:r>
          </w:p>
        </w:tc>
        <w:tc>
          <w:tcPr>
            <w:tcW w:type="dxa" w:w="960"/>
          </w:tcPr>
          <w:p>
            <w:r>
              <w:t>加权平均分</w:t>
            </w:r>
          </w:p>
        </w:tc>
        <w:tc>
          <w:tcPr>
            <w:tcW w:type="dxa" w:w="960"/>
          </w:tcPr>
          <w:p>
            <w:r>
              <w:t>英语</w:t>
            </w:r>
          </w:p>
        </w:tc>
        <w:tc>
          <w:tcPr>
            <w:tcW w:type="dxa" w:w="960"/>
          </w:tcPr>
          <w:p>
            <w:r>
              <w:t>发展素质分</w:t>
            </w:r>
          </w:p>
        </w:tc>
        <w:tc>
          <w:tcPr>
            <w:tcW w:type="dxa" w:w="960"/>
          </w:tcPr>
          <w:p>
            <w:r>
              <w:t>总分</w:t>
            </w:r>
          </w:p>
        </w:tc>
        <w:tc>
          <w:tcPr>
            <w:tcW w:type="dxa" w:w="960"/>
          </w:tcPr>
          <w:p>
            <w:r>
              <w:t>排序</w:t>
            </w:r>
          </w:p>
        </w:tc>
        <w:tc>
          <w:tcPr>
            <w:tcW w:type="dxa" w:w="960"/>
          </w:tcPr>
          <w:p>
            <w:r>
              <w:t>备注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李娟娟</w:t>
            </w:r>
          </w:p>
        </w:tc>
        <w:tc>
          <w:tcPr>
            <w:tcW w:type="dxa" w:w="960"/>
          </w:tcPr>
          <w:p>
            <w:r>
              <w:t>社体08级</w:t>
            </w:r>
          </w:p>
        </w:tc>
        <w:tc>
          <w:tcPr>
            <w:tcW w:type="dxa" w:w="960"/>
          </w:tcPr>
          <w:p>
            <w:r>
              <w:t>88.71（85）</w:t>
            </w:r>
          </w:p>
        </w:tc>
        <w:tc>
          <w:tcPr>
            <w:tcW w:type="dxa" w:w="960"/>
          </w:tcPr>
          <w:p>
            <w:r>
              <w:t>六级</w:t>
            </w:r>
          </w:p>
        </w:tc>
        <w:tc>
          <w:tcPr>
            <w:tcW w:type="dxa" w:w="960"/>
          </w:tcPr>
          <w:p>
            <w:r>
              <w:t>217.6（11.03）</w:t>
            </w:r>
          </w:p>
        </w:tc>
        <w:tc>
          <w:tcPr>
            <w:tcW w:type="dxa" w:w="960"/>
          </w:tcPr>
          <w:p>
            <w:r>
              <w:t>96.03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孔祥伦</w:t>
            </w:r>
          </w:p>
        </w:tc>
        <w:tc>
          <w:tcPr>
            <w:tcW w:type="dxa" w:w="960"/>
          </w:tcPr>
          <w:p>
            <w:r>
              <w:t>社体08级</w:t>
            </w:r>
          </w:p>
        </w:tc>
        <w:tc>
          <w:tcPr>
            <w:tcW w:type="dxa" w:w="960"/>
          </w:tcPr>
          <w:p>
            <w:r>
              <w:t>84.78（81.23）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216.5（10.98）</w:t>
            </w:r>
          </w:p>
        </w:tc>
        <w:tc>
          <w:tcPr>
            <w:tcW w:type="dxa" w:w="960"/>
          </w:tcPr>
          <w:p>
            <w:r>
              <w:t>92.21</w:t>
            </w:r>
          </w:p>
        </w:tc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校外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郭辉</w:t>
            </w:r>
          </w:p>
        </w:tc>
        <w:tc>
          <w:tcPr>
            <w:tcW w:type="dxa" w:w="960"/>
          </w:tcPr>
          <w:p>
            <w:r>
              <w:t>社体08级</w:t>
            </w:r>
          </w:p>
        </w:tc>
        <w:tc>
          <w:tcPr>
            <w:tcW w:type="dxa" w:w="960"/>
          </w:tcPr>
          <w:p>
            <w:r>
              <w:t>84.31（80.78）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205（10.40）</w:t>
            </w:r>
          </w:p>
        </w:tc>
        <w:tc>
          <w:tcPr>
            <w:tcW w:type="dxa" w:w="960"/>
          </w:tcPr>
          <w:p>
            <w:r>
              <w:t>91.18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孙志敏</w:t>
            </w:r>
          </w:p>
        </w:tc>
        <w:tc>
          <w:tcPr>
            <w:tcW w:type="dxa" w:w="960"/>
          </w:tcPr>
          <w:p>
            <w:r>
              <w:t>社体08级</w:t>
            </w:r>
          </w:p>
        </w:tc>
        <w:tc>
          <w:tcPr>
            <w:tcW w:type="dxa" w:w="960"/>
          </w:tcPr>
          <w:p>
            <w:r>
              <w:t>83.98（80.46）</w:t>
            </w:r>
          </w:p>
        </w:tc>
        <w:tc>
          <w:tcPr>
            <w:tcW w:type="dxa" w:w="960"/>
          </w:tcPr>
          <w:p>
            <w:r>
              <w:t>六级</w:t>
            </w:r>
          </w:p>
        </w:tc>
        <w:tc>
          <w:tcPr>
            <w:tcW w:type="dxa" w:w="960"/>
          </w:tcPr>
          <w:p>
            <w:r>
              <w:t>210（10.65）</w:t>
            </w:r>
          </w:p>
        </w:tc>
        <w:tc>
          <w:tcPr>
            <w:tcW w:type="dxa" w:w="960"/>
          </w:tcPr>
          <w:p>
            <w:r>
              <w:t>91.11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专业学位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周艳芳</w:t>
            </w:r>
          </w:p>
        </w:tc>
        <w:tc>
          <w:tcPr>
            <w:tcW w:type="dxa" w:w="960"/>
          </w:tcPr>
          <w:p>
            <w:r>
              <w:t>社体08级</w:t>
            </w:r>
          </w:p>
        </w:tc>
        <w:tc>
          <w:tcPr>
            <w:tcW w:type="dxa" w:w="960"/>
          </w:tcPr>
          <w:p>
            <w:r>
              <w:t>83.61（80.11）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145.5（7.38）</w:t>
            </w:r>
          </w:p>
        </w:tc>
        <w:tc>
          <w:tcPr>
            <w:tcW w:type="dxa" w:w="960"/>
          </w:tcPr>
          <w:p>
            <w:r>
              <w:t>87.49</w:t>
            </w:r>
          </w:p>
        </w:tc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</w:tbl>
    <w:p>
      <w:r>
        <w:t>体育教育专业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所在班级</w:t>
            </w:r>
          </w:p>
        </w:tc>
        <w:tc>
          <w:tcPr>
            <w:tcW w:type="dxa" w:w="960"/>
          </w:tcPr>
          <w:p>
            <w:r>
              <w:t>加权平均分</w:t>
            </w:r>
          </w:p>
        </w:tc>
        <w:tc>
          <w:tcPr>
            <w:tcW w:type="dxa" w:w="960"/>
          </w:tcPr>
          <w:p>
            <w:r>
              <w:t>英语</w:t>
            </w:r>
          </w:p>
        </w:tc>
        <w:tc>
          <w:tcPr>
            <w:tcW w:type="dxa" w:w="960"/>
          </w:tcPr>
          <w:p>
            <w:r>
              <w:t>发展素质分</w:t>
            </w:r>
          </w:p>
        </w:tc>
        <w:tc>
          <w:tcPr>
            <w:tcW w:type="dxa" w:w="960"/>
          </w:tcPr>
          <w:p>
            <w:r>
              <w:t>总分</w:t>
            </w:r>
          </w:p>
        </w:tc>
        <w:tc>
          <w:tcPr>
            <w:tcW w:type="dxa" w:w="960"/>
          </w:tcPr>
          <w:p>
            <w:r>
              <w:t>排序</w:t>
            </w:r>
          </w:p>
        </w:tc>
        <w:tc>
          <w:tcPr>
            <w:tcW w:type="dxa" w:w="960"/>
          </w:tcPr>
          <w:p>
            <w:r>
              <w:t>备注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曹司雨</w:t>
            </w:r>
          </w:p>
        </w:tc>
        <w:tc>
          <w:tcPr>
            <w:tcW w:type="dxa" w:w="960"/>
          </w:tcPr>
          <w:p>
            <w:r>
              <w:t>体教08-2</w:t>
            </w:r>
          </w:p>
        </w:tc>
        <w:tc>
          <w:tcPr>
            <w:tcW w:type="dxa" w:w="960"/>
          </w:tcPr>
          <w:p>
            <w:r>
              <w:t>87.31（85）</w:t>
            </w:r>
          </w:p>
        </w:tc>
        <w:tc>
          <w:tcPr>
            <w:tcW w:type="dxa" w:w="960"/>
          </w:tcPr>
          <w:p>
            <w:r>
              <w:t>六级</w:t>
            </w:r>
          </w:p>
        </w:tc>
        <w:tc>
          <w:tcPr>
            <w:tcW w:type="dxa" w:w="960"/>
          </w:tcPr>
          <w:p>
            <w:r>
              <w:t>295.8（15）</w:t>
            </w:r>
          </w:p>
        </w:tc>
        <w:tc>
          <w:tcPr>
            <w:tcW w:type="dxa" w:w="960"/>
          </w:tcPr>
          <w:p>
            <w:r>
              <w:t>100</w:t>
            </w:r>
          </w:p>
        </w:tc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张雷</w:t>
            </w:r>
          </w:p>
        </w:tc>
        <w:tc>
          <w:tcPr>
            <w:tcW w:type="dxa" w:w="960"/>
          </w:tcPr>
          <w:p>
            <w:r>
              <w:t>体教08-1</w:t>
            </w:r>
          </w:p>
        </w:tc>
        <w:tc>
          <w:tcPr>
            <w:tcW w:type="dxa" w:w="960"/>
          </w:tcPr>
          <w:p>
            <w:r>
              <w:t>85.88（83.61）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232（11.76）</w:t>
            </w:r>
          </w:p>
        </w:tc>
        <w:tc>
          <w:tcPr>
            <w:tcW w:type="dxa" w:w="960"/>
          </w:tcPr>
          <w:p>
            <w:r>
              <w:t>95.37</w:t>
            </w:r>
          </w:p>
        </w:tc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李永芳</w:t>
            </w:r>
          </w:p>
        </w:tc>
        <w:tc>
          <w:tcPr>
            <w:tcW w:type="dxa" w:w="960"/>
          </w:tcPr>
          <w:p>
            <w:r>
              <w:t>体教08-3</w:t>
            </w:r>
          </w:p>
        </w:tc>
        <w:tc>
          <w:tcPr>
            <w:tcW w:type="dxa" w:w="960"/>
          </w:tcPr>
          <w:p>
            <w:r>
              <w:t>86.04（83.76）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216（10.95）</w:t>
            </w:r>
          </w:p>
        </w:tc>
        <w:tc>
          <w:tcPr>
            <w:tcW w:type="dxa" w:w="960"/>
          </w:tcPr>
          <w:p>
            <w:r>
              <w:t>94.71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宗增增</w:t>
            </w:r>
          </w:p>
        </w:tc>
        <w:tc>
          <w:tcPr>
            <w:tcW w:type="dxa" w:w="960"/>
          </w:tcPr>
          <w:p>
            <w:r>
              <w:t>体教08-2</w:t>
            </w:r>
          </w:p>
        </w:tc>
        <w:tc>
          <w:tcPr>
            <w:tcW w:type="dxa" w:w="960"/>
          </w:tcPr>
          <w:p>
            <w:r>
              <w:t>85.66（83.39）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218.6（11.09）</w:t>
            </w:r>
          </w:p>
        </w:tc>
        <w:tc>
          <w:tcPr>
            <w:tcW w:type="dxa" w:w="960"/>
          </w:tcPr>
          <w:p>
            <w:r>
              <w:t>94.48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校外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周敏</w:t>
            </w:r>
          </w:p>
        </w:tc>
        <w:tc>
          <w:tcPr>
            <w:tcW w:type="dxa" w:w="960"/>
          </w:tcPr>
          <w:p>
            <w:r>
              <w:t>体教08-3</w:t>
            </w:r>
          </w:p>
        </w:tc>
        <w:tc>
          <w:tcPr>
            <w:tcW w:type="dxa" w:w="960"/>
          </w:tcPr>
          <w:p>
            <w:r>
              <w:t>85.49（83.23）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219.8（11.15）</w:t>
            </w:r>
          </w:p>
        </w:tc>
        <w:tc>
          <w:tcPr>
            <w:tcW w:type="dxa" w:w="960"/>
          </w:tcPr>
          <w:p>
            <w:r>
              <w:t>94.38</w:t>
            </w:r>
          </w:p>
        </w:tc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张丽</w:t>
            </w:r>
          </w:p>
        </w:tc>
        <w:tc>
          <w:tcPr>
            <w:tcW w:type="dxa" w:w="960"/>
          </w:tcPr>
          <w:p>
            <w:r>
              <w:t>体教08-2</w:t>
            </w:r>
          </w:p>
        </w:tc>
        <w:tc>
          <w:tcPr>
            <w:tcW w:type="dxa" w:w="960"/>
          </w:tcPr>
          <w:p>
            <w:r>
              <w:t>85.4（83.14）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188.3（9.55）</w:t>
            </w:r>
          </w:p>
        </w:tc>
        <w:tc>
          <w:tcPr>
            <w:tcW w:type="dxa" w:w="960"/>
          </w:tcPr>
          <w:p>
            <w:r>
              <w:t>92.69</w:t>
            </w:r>
          </w:p>
        </w:tc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权晓刚</w:t>
            </w:r>
          </w:p>
        </w:tc>
        <w:tc>
          <w:tcPr>
            <w:tcW w:type="dxa" w:w="960"/>
          </w:tcPr>
          <w:p>
            <w:r>
              <w:t>体教08-2</w:t>
            </w:r>
          </w:p>
        </w:tc>
        <w:tc>
          <w:tcPr>
            <w:tcW w:type="dxa" w:w="960"/>
          </w:tcPr>
          <w:p>
            <w:r>
              <w:t>82.43（80.25）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158.8（8.05）</w:t>
            </w:r>
          </w:p>
        </w:tc>
        <w:tc>
          <w:tcPr>
            <w:tcW w:type="dxa" w:w="960"/>
          </w:tcPr>
          <w:p>
            <w:r>
              <w:t>88.30</w:t>
            </w:r>
          </w:p>
        </w:tc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校内学术</w:t>
            </w:r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李婷婷</w:t>
            </w:r>
          </w:p>
        </w:tc>
        <w:tc>
          <w:tcPr>
            <w:tcW w:type="dxa" w:w="960"/>
          </w:tcPr>
          <w:p>
            <w:r>
              <w:t>体教08-3</w:t>
            </w:r>
          </w:p>
        </w:tc>
        <w:tc>
          <w:tcPr>
            <w:tcW w:type="dxa" w:w="960"/>
          </w:tcPr>
          <w:p>
            <w:r>
              <w:t>80.98（78.84）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184.5（9.36）</w:t>
            </w:r>
          </w:p>
        </w:tc>
        <w:tc>
          <w:tcPr>
            <w:tcW w:type="dxa" w:w="960"/>
          </w:tcPr>
          <w:p>
            <w:r>
              <w:t>88.20</w:t>
            </w:r>
          </w:p>
        </w:tc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专业学位</w:t>
            </w:r>
          </w:p>
        </w:tc>
      </w:tr>
      <w:tr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李伟</w:t>
            </w:r>
          </w:p>
        </w:tc>
        <w:tc>
          <w:tcPr>
            <w:tcW w:type="dxa" w:w="960"/>
          </w:tcPr>
          <w:p>
            <w:r>
              <w:t>体教08-3</w:t>
            </w:r>
          </w:p>
        </w:tc>
        <w:tc>
          <w:tcPr>
            <w:tcW w:type="dxa" w:w="960"/>
          </w:tcPr>
          <w:p>
            <w:r>
              <w:t>82.08（79.91）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148.5（7.53）</w:t>
            </w:r>
          </w:p>
        </w:tc>
        <w:tc>
          <w:tcPr>
            <w:tcW w:type="dxa" w:w="960"/>
          </w:tcPr>
          <w:p>
            <w:r>
              <w:t>87.44</w:t>
            </w:r>
          </w:p>
        </w:tc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专业学位</w:t>
            </w:r>
          </w:p>
        </w:tc>
      </w:tr>
      <w:tr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王海歌</w:t>
            </w:r>
          </w:p>
        </w:tc>
        <w:tc>
          <w:tcPr>
            <w:tcW w:type="dxa" w:w="960"/>
          </w:tcPr>
          <w:p>
            <w:r>
              <w:t>体教08-2</w:t>
            </w:r>
          </w:p>
        </w:tc>
        <w:tc>
          <w:tcPr>
            <w:tcW w:type="dxa" w:w="960"/>
          </w:tcPr>
          <w:p>
            <w:r>
              <w:t>80.69（78.56）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157.8（8.00）</w:t>
            </w:r>
          </w:p>
        </w:tc>
        <w:tc>
          <w:tcPr>
            <w:tcW w:type="dxa" w:w="960"/>
          </w:tcPr>
          <w:p>
            <w:r>
              <w:t>86.56</w:t>
            </w:r>
          </w:p>
        </w:tc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专业学位</w:t>
            </w:r>
          </w:p>
        </w:tc>
      </w:tr>
      <w:tr>
        <w:tc>
          <w:tcPr>
            <w:tcW w:type="dxa" w:w="960"/>
          </w:tcPr>
          <w:p>
            <w:r>
              <w:t>11</w:t>
            </w:r>
          </w:p>
        </w:tc>
        <w:tc>
          <w:tcPr>
            <w:tcW w:type="dxa" w:w="960"/>
          </w:tcPr>
          <w:p>
            <w:r>
              <w:t>吕方刚</w:t>
            </w:r>
          </w:p>
        </w:tc>
        <w:tc>
          <w:tcPr>
            <w:tcW w:type="dxa" w:w="960"/>
          </w:tcPr>
          <w:p>
            <w:r>
              <w:t>体教08-2</w:t>
            </w:r>
          </w:p>
        </w:tc>
        <w:tc>
          <w:tcPr>
            <w:tcW w:type="dxa" w:w="960"/>
          </w:tcPr>
          <w:p>
            <w:r>
              <w:t>82.49（80.31）</w:t>
            </w:r>
          </w:p>
        </w:tc>
        <w:tc>
          <w:tcPr>
            <w:tcW w:type="dxa" w:w="960"/>
          </w:tcPr>
          <w:p>
            <w:r>
              <w:t>四级</w:t>
            </w:r>
          </w:p>
        </w:tc>
        <w:tc>
          <w:tcPr>
            <w:tcW w:type="dxa" w:w="960"/>
          </w:tcPr>
          <w:p>
            <w:r>
              <w:t>113.5（5.76）</w:t>
            </w:r>
          </w:p>
        </w:tc>
        <w:tc>
          <w:tcPr>
            <w:tcW w:type="dxa" w:w="960"/>
          </w:tcPr>
          <w:p>
            <w:r>
              <w:t>86.07</w:t>
            </w:r>
          </w:p>
        </w:tc>
        <w:tc>
          <w:tcPr>
            <w:tcW w:type="dxa" w:w="960"/>
          </w:tcPr>
          <w:p>
            <w:r>
              <w:t>11</w:t>
            </w:r>
          </w:p>
        </w:tc>
        <w:tc>
          <w:tcPr>
            <w:tcW w:type="dxa" w:w="960"/>
          </w:tcPr>
          <w:p>
            <w:r>
              <w:t>候补</w:t>
            </w:r>
          </w:p>
        </w:tc>
      </w:tr>
    </w:tbl>
    <w:p>
      <w:r>
        <w:t>体育学院推荐免试硕士研究生工作领导小组</w:t>
      </w:r>
    </w:p>
    <w:p>
      <w:r>
        <w:t>?xml:namespace prefix = st1 ns = "urn:schemas-microsoft-com:office:smarttags" /</w:t>
      </w:r>
    </w:p>
    <w:p>
      <w:r>
        <w:t>2011-9-23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