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能动学院2023年推荐免试攻读研究生及本硕博连读优秀学生报名公示</w:t>
      </w:r>
    </w:p>
    <w:p>
      <w:r>
        <w:t>header结束</w:t>
      </w:r>
    </w:p>
    <w:p>
      <w:r>
        <w:t>首页</w:t>
      </w:r>
    </w:p>
    <w:p>
      <w:r>
        <w:t>学校新闻</w:t>
      </w:r>
    </w:p>
    <w:p>
      <w:r>
        <w:t>学校简介</w:t>
      </w:r>
    </w:p>
    <w:p>
      <w:r>
        <w:t>校长致辞</w:t>
      </w:r>
    </w:p>
    <w:p>
      <w:r>
        <w:t>现任领导</w:t>
      </w:r>
    </w:p>
    <w:p>
      <w:r>
        <w:t>历任领导</w:t>
      </w:r>
    </w:p>
    <w:p>
      <w:r>
        <w:t>学校概览</w:t>
      </w:r>
    </w:p>
    <w:p>
      <w:r>
        <w:t>视点新闻</w:t>
      </w:r>
    </w:p>
    <w:p>
      <w:r>
        <w:t>学校章程</w:t>
      </w:r>
    </w:p>
    <w:p>
      <w:r>
        <w:t>校庆特展</w:t>
      </w:r>
    </w:p>
    <w:p>
      <w:pPr>
        <w:pStyle w:val="ListBullet"/>
      </w:pPr>
      <w:r>
        <w:t>&gt;三级导航</w:t>
      </w:r>
    </w:p>
    <w:p>
      <w:pPr>
        <w:pStyle w:val="ListBullet"/>
      </w:pPr>
      <w:r>
        <w:t>&gt;三级导航</w:t>
      </w:r>
    </w:p>
    <w:p>
      <w:pPr>
        <w:pStyle w:val="ListBullet"/>
      </w:pPr>
      <w:r>
        <w:t>&gt;三级导航</w:t>
      </w:r>
    </w:p>
    <w:p>
      <w:pPr>
        <w:pStyle w:val="Heading1"/>
      </w:pPr>
      <w:r>
        <w:t>能动学院2023年推荐优秀应届本科毕业生免试攻读研究生及本硕博连读优秀学生报名公示</w:t>
      </w:r>
    </w:p>
    <w:p>
      <w:r>
        <w:t>撰稿：责任编辑：王信用摄影：审核：日期：2022-09-19阅读：2386</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一审一校</w:t>
            </w:r>
          </w:p>
        </w:tc>
        <w:tc>
          <w:tcPr>
            <w:tcW w:type="dxa" w:w="2160"/>
          </w:tcPr>
          <w:p>
            <w:r/>
          </w:p>
        </w:tc>
        <w:tc>
          <w:tcPr>
            <w:tcW w:type="dxa" w:w="2160"/>
          </w:tcPr>
          <w:p>
            <w:r>
              <w:t>二审二校</w:t>
            </w:r>
          </w:p>
        </w:tc>
        <w:tc>
          <w:tcPr>
            <w:tcW w:type="dxa" w:w="2160"/>
          </w:tcPr>
          <w:p>
            <w:r/>
          </w:p>
        </w:tc>
      </w:tr>
      <w:tr>
        <w:tc>
          <w:tcPr>
            <w:tcW w:type="dxa" w:w="2160"/>
          </w:tcPr>
          <w:p>
            <w:r>
              <w:t>三审三校</w:t>
            </w:r>
          </w:p>
        </w:tc>
        <w:tc>
          <w:tcPr>
            <w:tcW w:type="dxa" w:w="2160"/>
          </w:tcPr>
          <w:p>
            <w:r/>
          </w:p>
        </w:tc>
        <w:tc>
          <w:tcPr>
            <w:tcW w:type="dxa" w:w="2160"/>
          </w:tcPr>
          <w:p>
            <w:r>
              <w:t>图片来源</w:t>
            </w:r>
          </w:p>
        </w:tc>
        <w:tc>
          <w:tcPr>
            <w:tcW w:type="dxa" w:w="2160"/>
          </w:tcPr>
          <w:p>
            <w:r/>
          </w:p>
        </w:tc>
      </w:tr>
      <w:tr>
        <w:tc>
          <w:tcPr>
            <w:tcW w:type="dxa" w:w="2160"/>
          </w:tcPr>
          <w:p>
            <w:r>
              <w:t>摄影</w:t>
            </w:r>
          </w:p>
        </w:tc>
        <w:tc>
          <w:tcPr>
            <w:tcW w:type="dxa" w:w="2160"/>
          </w:tcPr>
          <w:p>
            <w:r/>
          </w:p>
        </w:tc>
        <w:tc>
          <w:tcPr>
            <w:tcW w:type="dxa" w:w="2160"/>
          </w:tcPr>
          <w:p>
            <w:r>
              <w:t>审核</w:t>
            </w:r>
          </w:p>
        </w:tc>
        <w:tc>
          <w:tcPr>
            <w:tcW w:type="dxa" w:w="2160"/>
          </w:tcPr>
          <w:p>
            <w:r/>
          </w:p>
        </w:tc>
      </w:tr>
    </w:tbl>
    <w:p>
      <w:r>
        <w:t>根据教务部《关于做好2023年推荐优秀应届本科毕业生免试攻读研究生工作的通知》以及教务部、研究生院《关于做好选拔2023年本硕博连读、本科直博优秀学生工作的通知》，经学生申报，学院推免工作领导小组审核。现将低碳能源与动力工程学院2023年推荐优秀应届本科毕业生免试攻读研究生及本硕博连读优秀学生报名名单公示，公示期9月19日-21日。公示期间如有任何问题，请与学院教学办公室联系，联系人：王老师；联系电话：83592780。</w:t>
      </w:r>
    </w:p>
    <w:p>
      <w:r>
        <w:t>能动学院2023年中国矿业大学推荐免试研究生基本情况公示.xls</w:t>
      </w:r>
    </w:p>
    <w:p>
      <w:pPr>
        <w:pStyle w:val="ListBullet"/>
      </w:pPr>
      <w:r>
        <w:t>附件【能动学院2023年中国矿业大学推荐免试研究生基本情况公示.xls】已下载2069次</w:t>
      </w:r>
    </w:p>
    <w:p>
      <w:r>
        <w:t>上一篇：2022国庆节值班安排</w:t>
      </w:r>
    </w:p>
    <w:p>
      <w:r>
        <w:t>下一篇：低碳能源与动力工程学院关于接收2023年推荐免试硕士研究生复试录取工作细则</w:t>
      </w:r>
    </w:p>
    <w:p>
      <w:r>
        <w:t>footer结束</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