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人文与艺术学院关于推荐2022年优秀应届本科毕业生免试攻读研究生实施办法</w:t>
      </w:r>
    </w:p>
    <w:p>
      <w:r>
        <w:t>（2021年9月13日由学院推荐免试研究生工作领导小组讨论通过）</w:t>
      </w:r>
    </w:p>
    <w:p>
      <w:r>
        <w:t>根据学校有关推荐本科毕业生免试攻读研究生的通知精神，现将我院推荐2022年优秀应届本科毕业生免试攻读研究生工作具体安排如下：</w:t>
      </w:r>
    </w:p>
    <w:p>
      <w:r>
        <w:t>一、推荐免试研究生工作领导小组</w:t>
      </w:r>
    </w:p>
    <w:p>
      <w:r>
        <w:t>组长：方跃平史修永</w:t>
      </w:r>
    </w:p>
    <w:p>
      <w:r>
        <w:t>副组长：刘振汤道路丁恒星</w:t>
      </w:r>
    </w:p>
    <w:p>
      <w:r>
        <w:t>成员：朱云霞冯浩曹洪洋范潇文张红江</w:t>
      </w:r>
    </w:p>
    <w:p>
      <w:r>
        <w:t>秘书：王艳华任世存李玉雪</w:t>
      </w:r>
    </w:p>
    <w:p>
      <w:r>
        <w:t>二、推荐免试研究生的条件</w:t>
      </w:r>
    </w:p>
    <w:p>
      <w:r>
        <w:t>（一）推荐免试硕士研究生的基本条件、排序原则等按照《中国矿业大学免试硕士研究生推荐办法（修改稿）》（以下简称推荐办法）执行。</w:t>
      </w:r>
    </w:p>
    <w:p>
      <w:r>
        <w:t>（二）其他类型推免生条件</w:t>
      </w:r>
    </w:p>
    <w:p>
      <w:r>
        <w:t>1．直博生和本硕博连读生录取指标由学校单列。</w:t>
      </w:r>
    </w:p>
    <w:p>
      <w:r>
        <w:t>2．研究生支教团录取指标由学校单列，校团委负责选拔推荐。</w:t>
      </w:r>
    </w:p>
    <w:p>
      <w:r>
        <w:t>三、推荐免试研究生名额及排序原则</w:t>
      </w:r>
    </w:p>
    <w:p>
      <w:r>
        <w:t>（一）推荐免试名额计算与分配</w:t>
      </w:r>
    </w:p>
    <w:p>
      <w:r>
        <w:t>1．我院2022年推荐免试硕士研究生名额为26名。按照专业人数比例计算出各专业推荐名额，按照计算数值的绝对值从高到低分配名额。</w:t>
      </w:r>
    </w:p>
    <w:p>
      <w:r>
        <w:t>2．候补名额按照各专业拟推荐人数的20%分配。</w:t>
      </w:r>
    </w:p>
    <w:p>
      <w:r>
        <w:t>3．若出现学校增补指标等增加推免人数的情况，则按照拟推荐人数计算值的余数由小到大依次分配增补指标。</w:t>
      </w:r>
    </w:p>
    <w:p>
      <w:r>
        <w:t>各本科专业推荐免试名额分配如下：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专业名称</w:t>
            </w:r>
          </w:p>
        </w:tc>
        <w:tc>
          <w:tcPr>
            <w:tcW w:type="dxa" w:w="2160"/>
          </w:tcPr>
          <w:p>
            <w:r>
              <w:t>专业人数</w:t>
            </w:r>
          </w:p>
        </w:tc>
        <w:tc>
          <w:tcPr>
            <w:tcW w:type="dxa" w:w="2160"/>
          </w:tcPr>
          <w:p>
            <w:r>
              <w:t>推荐人数</w:t>
            </w:r>
          </w:p>
        </w:tc>
        <w:tc>
          <w:tcPr>
            <w:tcW w:type="dxa" w:w="2160"/>
          </w:tcPr>
          <w:p>
            <w:r>
              <w:t>候补人数</w:t>
            </w:r>
          </w:p>
        </w:tc>
      </w:tr>
      <w:tr>
        <w:tc>
          <w:tcPr>
            <w:tcW w:type="dxa" w:w="2160"/>
          </w:tcPr>
          <w:p>
            <w:r>
              <w:t>汉语言文学</w:t>
            </w:r>
          </w:p>
        </w:tc>
        <w:tc>
          <w:tcPr>
            <w:tcW w:type="dxa" w:w="2160"/>
          </w:tcPr>
          <w:p>
            <w:r>
              <w:t>62</w:t>
            </w:r>
          </w:p>
        </w:tc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法学</w:t>
            </w:r>
          </w:p>
        </w:tc>
        <w:tc>
          <w:tcPr>
            <w:tcW w:type="dxa" w:w="2160"/>
          </w:tcPr>
          <w:p>
            <w:r>
              <w:t>91</w:t>
            </w:r>
          </w:p>
        </w:tc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广播电视学</w:t>
            </w:r>
          </w:p>
        </w:tc>
        <w:tc>
          <w:tcPr>
            <w:tcW w:type="dxa" w:w="2160"/>
          </w:tcPr>
          <w:p>
            <w:r>
              <w:t>37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音乐学</w:t>
            </w:r>
          </w:p>
        </w:tc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合计</w:t>
            </w:r>
          </w:p>
        </w:tc>
        <w:tc>
          <w:tcPr>
            <w:tcW w:type="dxa" w:w="2160"/>
          </w:tcPr>
          <w:p>
            <w:r>
              <w:t>212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</w:tbl>
    <w:p>
      <w:r>
        <w:t>（二）排序原则</w:t>
      </w:r>
    </w:p>
    <w:p>
      <w:r>
        <w:t>1．推荐免试硕士研究生的人选，按加权平均成绩（如首次考试不及格，补考、重新学习通过，成绩按60分记）进行专业排序。序号相同者，按国家大学英语六级、四级成绩依次进行排序。属名额调剂（推荐人数不足需降低学习成绩要求）的学生不参与正常排序。</w:t>
      </w:r>
    </w:p>
    <w:p>
      <w:r>
        <w:t>2．若推荐免试名单中有学生放弃推免资格，由同一专业的候补名额依次递补。</w:t>
      </w:r>
    </w:p>
    <w:p>
      <w:r>
        <w:t>3．若同一专业候补名额递补完毕，仍有空余推免名额时，则按照加权平均成绩由高到低，从其他专业学生中依次递补。</w:t>
      </w:r>
    </w:p>
    <w:p>
      <w:r>
        <w:t>4．经学校选拔派出到国外大学短期交流的，学生出国期间申请学分认证的课程成绩不计入加权平均成绩。</w:t>
      </w:r>
    </w:p>
    <w:p>
      <w:r>
        <w:t>四、被确定为推荐免试硕士研究生后有下列情况之一者，取消推荐免试硕士研究生资格：</w:t>
      </w:r>
    </w:p>
    <w:p>
      <w:r>
        <w:t>1．受到刑事或行政处分者。</w:t>
      </w:r>
    </w:p>
    <w:p>
      <w:r>
        <w:t>2．修读的课程（通识教育公选课和辅修课程除外）出现不及格者。</w:t>
      </w:r>
    </w:p>
    <w:p>
      <w:r>
        <w:t>3．专业综合能力训练（毕业设计、毕业论文等）成绩达不到“良好”者。</w:t>
      </w:r>
    </w:p>
    <w:p>
      <w:r>
        <w:t>4．违反考试纪律、具有作弊行为者。</w:t>
      </w:r>
    </w:p>
    <w:p>
      <w:r>
        <w:t>5．其他违背推荐条件者。</w:t>
      </w:r>
    </w:p>
    <w:p>
      <w:r>
        <w:t>五、推荐免试硕士研究生工作程序及时间安排</w:t>
      </w:r>
    </w:p>
    <w:p>
      <w:r>
        <w:t>1. 2021年9月10—15日，向学生传达学校推荐免试硕士研究生工作精神；（责任人：丁恒星、李玉雪）</w:t>
      </w:r>
    </w:p>
    <w:p>
      <w:r>
        <w:t>2. 2021年9月13日16:00前，制定我院2021年推荐免试研究生工作实施细则并公示；（责任人：刘振、丁恒星）</w:t>
      </w:r>
    </w:p>
    <w:p>
      <w:r>
        <w:t>3．2021年9月15日上午10:00前，学生按照申报类型填写提交《中国矿业大学推荐免试硕士学位研究生资格申请表》，并将相关材料发送至邮箱：2296527096@qq.com；（责任人：李玉雪）</w:t>
      </w:r>
    </w:p>
    <w:p>
      <w:r>
        <w:t>4．2021年9月17日上午10:00前，学院推荐免试研究生工作领导小组进行资格审查，确定初选名单，由学院公示初选名单；（责任人：刘振、丁恒星）</w:t>
      </w:r>
    </w:p>
    <w:p>
      <w:r>
        <w:t>5. 2021年9月17日上午10:00前，在公示各类推荐名单的同时将《2022年中国矿业大学推荐免试硕士研究生基本情况表及数据库》和电子档报教务部，经校推免工作领导小组审核同意后，由教务部正式向学生进行公示。（责任人：王艳华、李玉雪）</w:t>
      </w:r>
    </w:p>
    <w:p>
      <w:r>
        <w:t>六、其他</w:t>
      </w:r>
    </w:p>
    <w:p>
      <w:r>
        <w:t>1．获得推免资格后，学生因个人原因放弃保研资格导致本专业保研名额损失的，学院将取消该生参加评奖学金、优秀毕业生等各种奖励荣誉的评选资格，并承担相应责任；</w:t>
      </w:r>
    </w:p>
    <w:p>
      <w:r>
        <w:t>2．其他未尽事项按照《关于做好2022年推荐优秀应届本科毕业生免试攻读研究生工作的通知》执行，本办法由人文与艺术学院推荐免试研究生工作领导小组负责解释。</w:t>
      </w:r>
    </w:p>
    <w:p>
      <w:r>
        <w:t>人文与艺术学院</w:t>
      </w:r>
    </w:p>
    <w:p>
      <w:r>
        <w:t>2021年9月13日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