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人文与艺术学院2025年推免生复试名单公示（第二批）</w:t>
      </w:r>
    </w:p>
    <w:p>
      <w:r>
        <w:t>根据《中国矿业大学2025年推荐免试研究生复试录取工作公告》等文件精神，现将在国家推免系统中填报我院，经筛选允许参加2025年推免生复试的名单（第二批）进行公示，公示时间：2024年9月29日―10月1日。如有异议，请以书面形式实名向我院研究生管理办公室反映。电话：0516-83590669。地点：文A110-1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复试专业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孔淑敏</w:t>
            </w:r>
          </w:p>
        </w:tc>
        <w:tc>
          <w:tcPr>
            <w:tcW w:type="dxa" w:w="2880"/>
          </w:tcPr>
          <w:p>
            <w:r>
              <w:t>中国语言文学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赵润佳</w:t>
            </w:r>
          </w:p>
        </w:tc>
        <w:tc>
          <w:tcPr>
            <w:tcW w:type="dxa" w:w="2880"/>
          </w:tcPr>
          <w:p>
            <w:r>
              <w:t>中国语言文学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吴文秀</w:t>
            </w:r>
          </w:p>
        </w:tc>
        <w:tc>
          <w:tcPr>
            <w:tcW w:type="dxa" w:w="2880"/>
          </w:tcPr>
          <w:p>
            <w:r>
              <w:t>中国语言文学</w:t>
            </w:r>
          </w:p>
        </w:tc>
      </w:tr>
    </w:tbl>
    <w:p>
      <w:r>
        <w:t>人文与艺术学院</w:t>
      </w:r>
    </w:p>
    <w:p>
      <w:r>
        <w:t>2024年9月29日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