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人文与艺术学院中国语言文学专业2025年推免考生复试成绩公示（第二批）</w:t>
      </w:r>
    </w:p>
    <w:p>
      <w:r>
        <w:t>我院中国语言文学专业对已经在“中国研究生招生信息网的全国推荐免试攻读研究生（免初试、转段）信息公开管理服务系统”中填报我院的学生进行了第二批复试，现将复试成绩进行公示。</w:t>
      </w:r>
    </w:p>
    <w:p>
      <w:r>
        <w:t>公示时间：2024年9月29日―10月1日。</w:t>
      </w:r>
    </w:p>
    <w:p>
      <w:r>
        <w:t>如有异议，请以书面形式实名向人文与艺术学院科研与研究生管理办公室反映。联系人：任老师电话：0516-83590669。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复试专业</w:t>
            </w:r>
          </w:p>
        </w:tc>
        <w:tc>
          <w:tcPr>
            <w:tcW w:type="dxa" w:w="2160"/>
          </w:tcPr>
          <w:p>
            <w:r>
              <w:t>复试成绩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孔淑敏</w:t>
            </w:r>
          </w:p>
        </w:tc>
        <w:tc>
          <w:tcPr>
            <w:tcW w:type="dxa" w:w="2160"/>
          </w:tcPr>
          <w:p>
            <w:r>
              <w:t>中国语言文学</w:t>
            </w:r>
          </w:p>
        </w:tc>
        <w:tc>
          <w:tcPr>
            <w:tcW w:type="dxa" w:w="2160"/>
          </w:tcPr>
          <w:p>
            <w:r>
              <w:t>90.2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赵润佳</w:t>
            </w:r>
          </w:p>
        </w:tc>
        <w:tc>
          <w:tcPr>
            <w:tcW w:type="dxa" w:w="2160"/>
          </w:tcPr>
          <w:p>
            <w:r>
              <w:t>中国语言文学</w:t>
            </w:r>
          </w:p>
        </w:tc>
        <w:tc>
          <w:tcPr>
            <w:tcW w:type="dxa" w:w="2160"/>
          </w:tcPr>
          <w:p>
            <w:r>
              <w:t>86.6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吴文秀</w:t>
            </w:r>
          </w:p>
        </w:tc>
        <w:tc>
          <w:tcPr>
            <w:tcW w:type="dxa" w:w="2160"/>
          </w:tcPr>
          <w:p>
            <w:r>
              <w:t>中国语言文学</w:t>
            </w:r>
          </w:p>
        </w:tc>
        <w:tc>
          <w:tcPr>
            <w:tcW w:type="dxa" w:w="2160"/>
          </w:tcPr>
          <w:p>
            <w:r>
              <w:t>88.2</w:t>
            </w:r>
          </w:p>
        </w:tc>
      </w:tr>
    </w:tbl>
    <w:p>
      <w:r>
        <w:t>人文与艺术学院</w:t>
      </w:r>
    </w:p>
    <w:p>
      <w:r>
        <w:t>2024年9月29日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