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马克思主义学院2027年接收推荐免试研究生综合能力考核结果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报名号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报名专业</w:t>
            </w:r>
          </w:p>
        </w:tc>
        <w:tc>
          <w:tcPr>
            <w:tcW w:type="dxa" w:w="1234"/>
          </w:tcPr>
          <w:p>
            <w:r>
              <w:t>综合成绩</w:t>
            </w:r>
          </w:p>
        </w:tc>
        <w:tc>
          <w:tcPr>
            <w:tcW w:type="dxa" w:w="1234"/>
          </w:tcPr>
          <w:p>
            <w:r>
              <w:t>等级</w:t>
            </w:r>
          </w:p>
        </w:tc>
        <w:tc>
          <w:tcPr>
            <w:tcW w:type="dxa" w:w="1234"/>
          </w:tcPr>
          <w:p>
            <w:r>
              <w:t>备注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20273338559</w:t>
            </w:r>
          </w:p>
        </w:tc>
        <w:tc>
          <w:tcPr>
            <w:tcW w:type="dxa" w:w="1234"/>
          </w:tcPr>
          <w:p>
            <w:r>
              <w:t>侯舒潆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94.38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20273321008</w:t>
            </w:r>
          </w:p>
        </w:tc>
        <w:tc>
          <w:tcPr>
            <w:tcW w:type="dxa" w:w="1234"/>
          </w:tcPr>
          <w:p>
            <w:r>
              <w:t>钱佑祺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94.36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20273336413</w:t>
            </w:r>
          </w:p>
        </w:tc>
        <w:tc>
          <w:tcPr>
            <w:tcW w:type="dxa" w:w="1234"/>
          </w:tcPr>
          <w:p>
            <w:r>
              <w:t>徐熠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92.37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20273322227</w:t>
            </w:r>
          </w:p>
        </w:tc>
        <w:tc>
          <w:tcPr>
            <w:tcW w:type="dxa" w:w="1234"/>
          </w:tcPr>
          <w:p>
            <w:r>
              <w:t>李凯欣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91.73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20273306715</w:t>
            </w:r>
          </w:p>
        </w:tc>
        <w:tc>
          <w:tcPr>
            <w:tcW w:type="dxa" w:w="1234"/>
          </w:tcPr>
          <w:p>
            <w:r>
              <w:t>芮天冀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91.38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20273304390</w:t>
            </w:r>
          </w:p>
        </w:tc>
        <w:tc>
          <w:tcPr>
            <w:tcW w:type="dxa" w:w="1234"/>
          </w:tcPr>
          <w:p>
            <w:r>
              <w:t>刘乙婵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91.04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20273335280</w:t>
            </w:r>
          </w:p>
        </w:tc>
        <w:tc>
          <w:tcPr>
            <w:tcW w:type="dxa" w:w="1234"/>
          </w:tcPr>
          <w:p>
            <w:r>
              <w:t>臧雪含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90.76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20273309793</w:t>
            </w:r>
          </w:p>
        </w:tc>
        <w:tc>
          <w:tcPr>
            <w:tcW w:type="dxa" w:w="1234"/>
          </w:tcPr>
          <w:p>
            <w:r>
              <w:t>徐济尘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90.38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20273300926</w:t>
            </w:r>
          </w:p>
        </w:tc>
        <w:tc>
          <w:tcPr>
            <w:tcW w:type="dxa" w:w="1234"/>
          </w:tcPr>
          <w:p>
            <w:r>
              <w:t>梅钰坤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90.36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20273316736</w:t>
            </w:r>
          </w:p>
        </w:tc>
        <w:tc>
          <w:tcPr>
            <w:tcW w:type="dxa" w:w="1234"/>
          </w:tcPr>
          <w:p>
            <w:r>
              <w:t>田甲申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90.35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20273333993</w:t>
            </w:r>
          </w:p>
        </w:tc>
        <w:tc>
          <w:tcPr>
            <w:tcW w:type="dxa" w:w="1234"/>
          </w:tcPr>
          <w:p>
            <w:r>
              <w:t>陈张悦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90.00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20273302754</w:t>
            </w:r>
          </w:p>
        </w:tc>
        <w:tc>
          <w:tcPr>
            <w:tcW w:type="dxa" w:w="1234"/>
          </w:tcPr>
          <w:p>
            <w:r>
              <w:t>张雅茹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89.55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13</w:t>
            </w:r>
          </w:p>
        </w:tc>
        <w:tc>
          <w:tcPr>
            <w:tcW w:type="dxa" w:w="1234"/>
          </w:tcPr>
          <w:p>
            <w:r>
              <w:t>20273345909</w:t>
            </w:r>
          </w:p>
        </w:tc>
        <w:tc>
          <w:tcPr>
            <w:tcW w:type="dxa" w:w="1234"/>
          </w:tcPr>
          <w:p>
            <w:r>
              <w:t>周恩昕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89.23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14</w:t>
            </w:r>
          </w:p>
        </w:tc>
        <w:tc>
          <w:tcPr>
            <w:tcW w:type="dxa" w:w="1234"/>
          </w:tcPr>
          <w:p>
            <w:r>
              <w:t>20273316029</w:t>
            </w:r>
          </w:p>
        </w:tc>
        <w:tc>
          <w:tcPr>
            <w:tcW w:type="dxa" w:w="1234"/>
          </w:tcPr>
          <w:p>
            <w:r>
              <w:t>杨粤粤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89.04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15</w:t>
            </w:r>
          </w:p>
        </w:tc>
        <w:tc>
          <w:tcPr>
            <w:tcW w:type="dxa" w:w="1234"/>
          </w:tcPr>
          <w:p>
            <w:r>
              <w:t>20273335115</w:t>
            </w:r>
          </w:p>
        </w:tc>
        <w:tc>
          <w:tcPr>
            <w:tcW w:type="dxa" w:w="1234"/>
          </w:tcPr>
          <w:p>
            <w:r>
              <w:t>黄文彦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89.01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16</w:t>
            </w:r>
          </w:p>
        </w:tc>
        <w:tc>
          <w:tcPr>
            <w:tcW w:type="dxa" w:w="1234"/>
          </w:tcPr>
          <w:p>
            <w:r>
              <w:t>20273320489</w:t>
            </w:r>
          </w:p>
        </w:tc>
        <w:tc>
          <w:tcPr>
            <w:tcW w:type="dxa" w:w="1234"/>
          </w:tcPr>
          <w:p>
            <w:r>
              <w:t>陈欣源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88.90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17</w:t>
            </w:r>
          </w:p>
        </w:tc>
        <w:tc>
          <w:tcPr>
            <w:tcW w:type="dxa" w:w="1234"/>
          </w:tcPr>
          <w:p>
            <w:r>
              <w:t>20273302177</w:t>
            </w:r>
          </w:p>
        </w:tc>
        <w:tc>
          <w:tcPr>
            <w:tcW w:type="dxa" w:w="1234"/>
          </w:tcPr>
          <w:p>
            <w:r>
              <w:t>范静宜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88.68</w:t>
            </w:r>
          </w:p>
        </w:tc>
        <w:tc>
          <w:tcPr>
            <w:tcW w:type="dxa" w:w="1234"/>
          </w:tcPr>
          <w:p>
            <w:r>
              <w:t>优秀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18</w:t>
            </w:r>
          </w:p>
        </w:tc>
        <w:tc>
          <w:tcPr>
            <w:tcW w:type="dxa" w:w="1234"/>
          </w:tcPr>
          <w:p>
            <w:r>
              <w:t>20273335775</w:t>
            </w:r>
          </w:p>
        </w:tc>
        <w:tc>
          <w:tcPr>
            <w:tcW w:type="dxa" w:w="1234"/>
          </w:tcPr>
          <w:p>
            <w:r>
              <w:t>罗畅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88.64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19</w:t>
            </w:r>
          </w:p>
        </w:tc>
        <w:tc>
          <w:tcPr>
            <w:tcW w:type="dxa" w:w="1234"/>
          </w:tcPr>
          <w:p>
            <w:r>
              <w:t>20273333768</w:t>
            </w:r>
          </w:p>
        </w:tc>
        <w:tc>
          <w:tcPr>
            <w:tcW w:type="dxa" w:w="1234"/>
          </w:tcPr>
          <w:p>
            <w:r>
              <w:t>任良轩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88.58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20</w:t>
            </w:r>
          </w:p>
        </w:tc>
        <w:tc>
          <w:tcPr>
            <w:tcW w:type="dxa" w:w="1234"/>
          </w:tcPr>
          <w:p>
            <w:r>
              <w:t>20273304826</w:t>
            </w:r>
          </w:p>
        </w:tc>
        <w:tc>
          <w:tcPr>
            <w:tcW w:type="dxa" w:w="1234"/>
          </w:tcPr>
          <w:p>
            <w:r>
              <w:t>范潇航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88.39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21</w:t>
            </w:r>
          </w:p>
        </w:tc>
        <w:tc>
          <w:tcPr>
            <w:tcW w:type="dxa" w:w="1234"/>
          </w:tcPr>
          <w:p>
            <w:r>
              <w:t>20273324528</w:t>
            </w:r>
          </w:p>
        </w:tc>
        <w:tc>
          <w:tcPr>
            <w:tcW w:type="dxa" w:w="1234"/>
          </w:tcPr>
          <w:p>
            <w:r>
              <w:t>张含吟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88.38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22</w:t>
            </w:r>
          </w:p>
        </w:tc>
        <w:tc>
          <w:tcPr>
            <w:tcW w:type="dxa" w:w="1234"/>
          </w:tcPr>
          <w:p>
            <w:r>
              <w:t>20273302893</w:t>
            </w:r>
          </w:p>
        </w:tc>
        <w:tc>
          <w:tcPr>
            <w:tcW w:type="dxa" w:w="1234"/>
          </w:tcPr>
          <w:p>
            <w:r>
              <w:t>舒哲凯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88.36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23</w:t>
            </w:r>
          </w:p>
        </w:tc>
        <w:tc>
          <w:tcPr>
            <w:tcW w:type="dxa" w:w="1234"/>
          </w:tcPr>
          <w:p>
            <w:r>
              <w:t>20273336935</w:t>
            </w:r>
          </w:p>
        </w:tc>
        <w:tc>
          <w:tcPr>
            <w:tcW w:type="dxa" w:w="1234"/>
          </w:tcPr>
          <w:p>
            <w:r>
              <w:t>肖诗宇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88.34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24</w:t>
            </w:r>
          </w:p>
        </w:tc>
        <w:tc>
          <w:tcPr>
            <w:tcW w:type="dxa" w:w="1234"/>
          </w:tcPr>
          <w:p>
            <w:r>
              <w:t>20273340250</w:t>
            </w:r>
          </w:p>
        </w:tc>
        <w:tc>
          <w:tcPr>
            <w:tcW w:type="dxa" w:w="1234"/>
          </w:tcPr>
          <w:p>
            <w:r>
              <w:t>刘思颖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88.04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25</w:t>
            </w:r>
          </w:p>
        </w:tc>
        <w:tc>
          <w:tcPr>
            <w:tcW w:type="dxa" w:w="1234"/>
          </w:tcPr>
          <w:p>
            <w:r>
              <w:t>20273335192</w:t>
            </w:r>
          </w:p>
        </w:tc>
        <w:tc>
          <w:tcPr>
            <w:tcW w:type="dxa" w:w="1234"/>
          </w:tcPr>
          <w:p>
            <w:r>
              <w:t>蒋佩霈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88.00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26</w:t>
            </w:r>
          </w:p>
        </w:tc>
        <w:tc>
          <w:tcPr>
            <w:tcW w:type="dxa" w:w="1234"/>
          </w:tcPr>
          <w:p>
            <w:r>
              <w:t>20273301978</w:t>
            </w:r>
          </w:p>
        </w:tc>
        <w:tc>
          <w:tcPr>
            <w:tcW w:type="dxa" w:w="1234"/>
          </w:tcPr>
          <w:p>
            <w:r>
              <w:t>程语歌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87.98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27</w:t>
            </w:r>
          </w:p>
        </w:tc>
        <w:tc>
          <w:tcPr>
            <w:tcW w:type="dxa" w:w="1234"/>
          </w:tcPr>
          <w:p>
            <w:r>
              <w:t>20273303000</w:t>
            </w:r>
          </w:p>
        </w:tc>
        <w:tc>
          <w:tcPr>
            <w:tcW w:type="dxa" w:w="1234"/>
          </w:tcPr>
          <w:p>
            <w:r>
              <w:t>李佳雯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87.98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28</w:t>
            </w:r>
          </w:p>
        </w:tc>
        <w:tc>
          <w:tcPr>
            <w:tcW w:type="dxa" w:w="1234"/>
          </w:tcPr>
          <w:p>
            <w:r>
              <w:t>20273302583</w:t>
            </w:r>
          </w:p>
        </w:tc>
        <w:tc>
          <w:tcPr>
            <w:tcW w:type="dxa" w:w="1234"/>
          </w:tcPr>
          <w:p>
            <w:r>
              <w:t>张宗雪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87.97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29</w:t>
            </w:r>
          </w:p>
        </w:tc>
        <w:tc>
          <w:tcPr>
            <w:tcW w:type="dxa" w:w="1234"/>
          </w:tcPr>
          <w:p>
            <w:r>
              <w:t>20273335143</w:t>
            </w:r>
          </w:p>
        </w:tc>
        <w:tc>
          <w:tcPr>
            <w:tcW w:type="dxa" w:w="1234"/>
          </w:tcPr>
          <w:p>
            <w:r>
              <w:t>贾敬凯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87.81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30</w:t>
            </w:r>
          </w:p>
        </w:tc>
        <w:tc>
          <w:tcPr>
            <w:tcW w:type="dxa" w:w="1234"/>
          </w:tcPr>
          <w:p>
            <w:r>
              <w:t>20273333796</w:t>
            </w:r>
          </w:p>
        </w:tc>
        <w:tc>
          <w:tcPr>
            <w:tcW w:type="dxa" w:w="1234"/>
          </w:tcPr>
          <w:p>
            <w:r>
              <w:t>陶皖苏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87.71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31</w:t>
            </w:r>
          </w:p>
        </w:tc>
        <w:tc>
          <w:tcPr>
            <w:tcW w:type="dxa" w:w="1234"/>
          </w:tcPr>
          <w:p>
            <w:r>
              <w:t>20273337145</w:t>
            </w:r>
          </w:p>
        </w:tc>
        <w:tc>
          <w:tcPr>
            <w:tcW w:type="dxa" w:w="1234"/>
          </w:tcPr>
          <w:p>
            <w:r>
              <w:t>陆雨瑄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87.71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32</w:t>
            </w:r>
          </w:p>
        </w:tc>
        <w:tc>
          <w:tcPr>
            <w:tcW w:type="dxa" w:w="1234"/>
          </w:tcPr>
          <w:p>
            <w:r>
              <w:t>20273317334</w:t>
            </w:r>
          </w:p>
        </w:tc>
        <w:tc>
          <w:tcPr>
            <w:tcW w:type="dxa" w:w="1234"/>
          </w:tcPr>
          <w:p>
            <w:r>
              <w:t>曾思静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87.66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33</w:t>
            </w:r>
          </w:p>
        </w:tc>
        <w:tc>
          <w:tcPr>
            <w:tcW w:type="dxa" w:w="1234"/>
          </w:tcPr>
          <w:p>
            <w:r>
              <w:t>20273300285</w:t>
            </w:r>
          </w:p>
        </w:tc>
        <w:tc>
          <w:tcPr>
            <w:tcW w:type="dxa" w:w="1234"/>
          </w:tcPr>
          <w:p>
            <w:r>
              <w:t>周卓宁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87.54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34</w:t>
            </w:r>
          </w:p>
        </w:tc>
        <w:tc>
          <w:tcPr>
            <w:tcW w:type="dxa" w:w="1234"/>
          </w:tcPr>
          <w:p>
            <w:r>
              <w:t>20273312349</w:t>
            </w:r>
          </w:p>
        </w:tc>
        <w:tc>
          <w:tcPr>
            <w:tcW w:type="dxa" w:w="1234"/>
          </w:tcPr>
          <w:p>
            <w:r>
              <w:t>高子怡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87.08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35</w:t>
            </w:r>
          </w:p>
        </w:tc>
        <w:tc>
          <w:tcPr>
            <w:tcW w:type="dxa" w:w="1234"/>
          </w:tcPr>
          <w:p>
            <w:r>
              <w:t>20273308027</w:t>
            </w:r>
          </w:p>
        </w:tc>
        <w:tc>
          <w:tcPr>
            <w:tcW w:type="dxa" w:w="1234"/>
          </w:tcPr>
          <w:p>
            <w:r>
              <w:t>孙婉毓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86.95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36</w:t>
            </w:r>
          </w:p>
        </w:tc>
        <w:tc>
          <w:tcPr>
            <w:tcW w:type="dxa" w:w="1234"/>
          </w:tcPr>
          <w:p>
            <w:r>
              <w:t>20273343736</w:t>
            </w:r>
          </w:p>
        </w:tc>
        <w:tc>
          <w:tcPr>
            <w:tcW w:type="dxa" w:w="1234"/>
          </w:tcPr>
          <w:p>
            <w:r>
              <w:t>姚楷林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86.93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37</w:t>
            </w:r>
          </w:p>
        </w:tc>
        <w:tc>
          <w:tcPr>
            <w:tcW w:type="dxa" w:w="1234"/>
          </w:tcPr>
          <w:p>
            <w:r>
              <w:t>20273332546</w:t>
            </w:r>
          </w:p>
        </w:tc>
        <w:tc>
          <w:tcPr>
            <w:tcW w:type="dxa" w:w="1234"/>
          </w:tcPr>
          <w:p>
            <w:r>
              <w:t>赵雨晴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86.69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38</w:t>
            </w:r>
          </w:p>
        </w:tc>
        <w:tc>
          <w:tcPr>
            <w:tcW w:type="dxa" w:w="1234"/>
          </w:tcPr>
          <w:p>
            <w:r>
              <w:t>20273310183</w:t>
            </w:r>
          </w:p>
        </w:tc>
        <w:tc>
          <w:tcPr>
            <w:tcW w:type="dxa" w:w="1234"/>
          </w:tcPr>
          <w:p>
            <w:r>
              <w:t>袁颜宇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86.66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39</w:t>
            </w:r>
          </w:p>
        </w:tc>
        <w:tc>
          <w:tcPr>
            <w:tcW w:type="dxa" w:w="1234"/>
          </w:tcPr>
          <w:p>
            <w:r>
              <w:t>20273303260</w:t>
            </w:r>
          </w:p>
        </w:tc>
        <w:tc>
          <w:tcPr>
            <w:tcW w:type="dxa" w:w="1234"/>
          </w:tcPr>
          <w:p>
            <w:r>
              <w:t>魏微笑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86.61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40</w:t>
            </w:r>
          </w:p>
        </w:tc>
        <w:tc>
          <w:tcPr>
            <w:tcW w:type="dxa" w:w="1234"/>
          </w:tcPr>
          <w:p>
            <w:r>
              <w:t>20273318207</w:t>
            </w:r>
          </w:p>
        </w:tc>
        <w:tc>
          <w:tcPr>
            <w:tcW w:type="dxa" w:w="1234"/>
          </w:tcPr>
          <w:p>
            <w:r>
              <w:t>杨莹莹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86.42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41</w:t>
            </w:r>
          </w:p>
        </w:tc>
        <w:tc>
          <w:tcPr>
            <w:tcW w:type="dxa" w:w="1234"/>
          </w:tcPr>
          <w:p>
            <w:r>
              <w:t>20273320568</w:t>
            </w:r>
          </w:p>
        </w:tc>
        <w:tc>
          <w:tcPr>
            <w:tcW w:type="dxa" w:w="1234"/>
          </w:tcPr>
          <w:p>
            <w:r>
              <w:t>陈嘉铃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86.37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42</w:t>
            </w:r>
          </w:p>
        </w:tc>
        <w:tc>
          <w:tcPr>
            <w:tcW w:type="dxa" w:w="1234"/>
          </w:tcPr>
          <w:p>
            <w:r>
              <w:t>20273316071</w:t>
            </w:r>
          </w:p>
        </w:tc>
        <w:tc>
          <w:tcPr>
            <w:tcW w:type="dxa" w:w="1234"/>
          </w:tcPr>
          <w:p>
            <w:r>
              <w:t>尤燕雯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86.35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43</w:t>
            </w:r>
          </w:p>
        </w:tc>
        <w:tc>
          <w:tcPr>
            <w:tcW w:type="dxa" w:w="1234"/>
          </w:tcPr>
          <w:p>
            <w:r>
              <w:t>20273346394</w:t>
            </w:r>
          </w:p>
        </w:tc>
        <w:tc>
          <w:tcPr>
            <w:tcW w:type="dxa" w:w="1234"/>
          </w:tcPr>
          <w:p>
            <w:r>
              <w:t>李奇瀚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86.32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44</w:t>
            </w:r>
          </w:p>
        </w:tc>
        <w:tc>
          <w:tcPr>
            <w:tcW w:type="dxa" w:w="1234"/>
          </w:tcPr>
          <w:p>
            <w:r>
              <w:t>20273345166</w:t>
            </w:r>
          </w:p>
        </w:tc>
        <w:tc>
          <w:tcPr>
            <w:tcW w:type="dxa" w:w="1234"/>
          </w:tcPr>
          <w:p>
            <w:r>
              <w:t>闫芷毓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86.30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45</w:t>
            </w:r>
          </w:p>
        </w:tc>
        <w:tc>
          <w:tcPr>
            <w:tcW w:type="dxa" w:w="1234"/>
          </w:tcPr>
          <w:p>
            <w:r>
              <w:t>20273311180</w:t>
            </w:r>
          </w:p>
        </w:tc>
        <w:tc>
          <w:tcPr>
            <w:tcW w:type="dxa" w:w="1234"/>
          </w:tcPr>
          <w:p>
            <w:r>
              <w:t>王雅琴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86.30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46</w:t>
            </w:r>
          </w:p>
        </w:tc>
        <w:tc>
          <w:tcPr>
            <w:tcW w:type="dxa" w:w="1234"/>
          </w:tcPr>
          <w:p>
            <w:r>
              <w:t>20273329246</w:t>
            </w:r>
          </w:p>
        </w:tc>
        <w:tc>
          <w:tcPr>
            <w:tcW w:type="dxa" w:w="1234"/>
          </w:tcPr>
          <w:p>
            <w:r>
              <w:t>温家贤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86.06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47</w:t>
            </w:r>
          </w:p>
        </w:tc>
        <w:tc>
          <w:tcPr>
            <w:tcW w:type="dxa" w:w="1234"/>
          </w:tcPr>
          <w:p>
            <w:r>
              <w:t>20273334439</w:t>
            </w:r>
          </w:p>
        </w:tc>
        <w:tc>
          <w:tcPr>
            <w:tcW w:type="dxa" w:w="1234"/>
          </w:tcPr>
          <w:p>
            <w:r>
              <w:t>王欣羽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86.03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48</w:t>
            </w:r>
          </w:p>
        </w:tc>
        <w:tc>
          <w:tcPr>
            <w:tcW w:type="dxa" w:w="1234"/>
          </w:tcPr>
          <w:p>
            <w:r>
              <w:t>20273339408</w:t>
            </w:r>
          </w:p>
        </w:tc>
        <w:tc>
          <w:tcPr>
            <w:tcW w:type="dxa" w:w="1234"/>
          </w:tcPr>
          <w:p>
            <w:r>
              <w:t>丁菁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86.01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49</w:t>
            </w:r>
          </w:p>
        </w:tc>
        <w:tc>
          <w:tcPr>
            <w:tcW w:type="dxa" w:w="1234"/>
          </w:tcPr>
          <w:p>
            <w:r>
              <w:t>20273317902</w:t>
            </w:r>
          </w:p>
        </w:tc>
        <w:tc>
          <w:tcPr>
            <w:tcW w:type="dxa" w:w="1234"/>
          </w:tcPr>
          <w:p>
            <w:r>
              <w:t>韩旭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85.74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50</w:t>
            </w:r>
          </w:p>
        </w:tc>
        <w:tc>
          <w:tcPr>
            <w:tcW w:type="dxa" w:w="1234"/>
          </w:tcPr>
          <w:p>
            <w:r>
              <w:t>20273312033</w:t>
            </w:r>
          </w:p>
        </w:tc>
        <w:tc>
          <w:tcPr>
            <w:tcW w:type="dxa" w:w="1234"/>
          </w:tcPr>
          <w:p>
            <w:r>
              <w:t>刘梦越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85.70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51</w:t>
            </w:r>
          </w:p>
        </w:tc>
        <w:tc>
          <w:tcPr>
            <w:tcW w:type="dxa" w:w="1234"/>
          </w:tcPr>
          <w:p>
            <w:r>
              <w:t>20273316566</w:t>
            </w:r>
          </w:p>
        </w:tc>
        <w:tc>
          <w:tcPr>
            <w:tcW w:type="dxa" w:w="1234"/>
          </w:tcPr>
          <w:p>
            <w:r>
              <w:t>舒博文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85.67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52</w:t>
            </w:r>
          </w:p>
        </w:tc>
        <w:tc>
          <w:tcPr>
            <w:tcW w:type="dxa" w:w="1234"/>
          </w:tcPr>
          <w:p>
            <w:r>
              <w:t>20273315058</w:t>
            </w:r>
          </w:p>
        </w:tc>
        <w:tc>
          <w:tcPr>
            <w:tcW w:type="dxa" w:w="1234"/>
          </w:tcPr>
          <w:p>
            <w:r>
              <w:t>张雨萌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85.64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53</w:t>
            </w:r>
          </w:p>
        </w:tc>
        <w:tc>
          <w:tcPr>
            <w:tcW w:type="dxa" w:w="1234"/>
          </w:tcPr>
          <w:p>
            <w:r>
              <w:t>20273314964</w:t>
            </w:r>
          </w:p>
        </w:tc>
        <w:tc>
          <w:tcPr>
            <w:tcW w:type="dxa" w:w="1234"/>
          </w:tcPr>
          <w:p>
            <w:r>
              <w:t>周司雨彤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85.58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54</w:t>
            </w:r>
          </w:p>
        </w:tc>
        <w:tc>
          <w:tcPr>
            <w:tcW w:type="dxa" w:w="1234"/>
          </w:tcPr>
          <w:p>
            <w:r>
              <w:t>20273318489</w:t>
            </w:r>
          </w:p>
        </w:tc>
        <w:tc>
          <w:tcPr>
            <w:tcW w:type="dxa" w:w="1234"/>
          </w:tcPr>
          <w:p>
            <w:r>
              <w:t>苟鑫鑫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85.41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55</w:t>
            </w:r>
          </w:p>
        </w:tc>
        <w:tc>
          <w:tcPr>
            <w:tcW w:type="dxa" w:w="1234"/>
          </w:tcPr>
          <w:p>
            <w:r>
              <w:t>20273301614</w:t>
            </w:r>
          </w:p>
        </w:tc>
        <w:tc>
          <w:tcPr>
            <w:tcW w:type="dxa" w:w="1234"/>
          </w:tcPr>
          <w:p>
            <w:r>
              <w:t>冯乐平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85.38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56</w:t>
            </w:r>
          </w:p>
        </w:tc>
        <w:tc>
          <w:tcPr>
            <w:tcW w:type="dxa" w:w="1234"/>
          </w:tcPr>
          <w:p>
            <w:r>
              <w:t>20273305595</w:t>
            </w:r>
          </w:p>
        </w:tc>
        <w:tc>
          <w:tcPr>
            <w:tcW w:type="dxa" w:w="1234"/>
          </w:tcPr>
          <w:p>
            <w:r>
              <w:t>陈哲航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85.20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57</w:t>
            </w:r>
          </w:p>
        </w:tc>
        <w:tc>
          <w:tcPr>
            <w:tcW w:type="dxa" w:w="1234"/>
          </w:tcPr>
          <w:p>
            <w:r>
              <w:t>20273335501</w:t>
            </w:r>
          </w:p>
        </w:tc>
        <w:tc>
          <w:tcPr>
            <w:tcW w:type="dxa" w:w="1234"/>
          </w:tcPr>
          <w:p>
            <w:r>
              <w:t>黄敏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85.05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58</w:t>
            </w:r>
          </w:p>
        </w:tc>
        <w:tc>
          <w:tcPr>
            <w:tcW w:type="dxa" w:w="1234"/>
          </w:tcPr>
          <w:p>
            <w:r>
              <w:t>20273303432</w:t>
            </w:r>
          </w:p>
        </w:tc>
        <w:tc>
          <w:tcPr>
            <w:tcW w:type="dxa" w:w="1234"/>
          </w:tcPr>
          <w:p>
            <w:r>
              <w:t>姜明浩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84.99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59</w:t>
            </w:r>
          </w:p>
        </w:tc>
        <w:tc>
          <w:tcPr>
            <w:tcW w:type="dxa" w:w="1234"/>
          </w:tcPr>
          <w:p>
            <w:r>
              <w:t>20273338617</w:t>
            </w:r>
          </w:p>
        </w:tc>
        <w:tc>
          <w:tcPr>
            <w:tcW w:type="dxa" w:w="1234"/>
          </w:tcPr>
          <w:p>
            <w:r>
              <w:t>苏索祎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84.94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60</w:t>
            </w:r>
          </w:p>
        </w:tc>
        <w:tc>
          <w:tcPr>
            <w:tcW w:type="dxa" w:w="1234"/>
          </w:tcPr>
          <w:p>
            <w:r>
              <w:t>20273343024</w:t>
            </w:r>
          </w:p>
        </w:tc>
        <w:tc>
          <w:tcPr>
            <w:tcW w:type="dxa" w:w="1234"/>
          </w:tcPr>
          <w:p>
            <w:r>
              <w:t>刘玉馨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84.39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61</w:t>
            </w:r>
          </w:p>
        </w:tc>
        <w:tc>
          <w:tcPr>
            <w:tcW w:type="dxa" w:w="1234"/>
          </w:tcPr>
          <w:p>
            <w:r>
              <w:t>20273337197</w:t>
            </w:r>
          </w:p>
        </w:tc>
        <w:tc>
          <w:tcPr>
            <w:tcW w:type="dxa" w:w="1234"/>
          </w:tcPr>
          <w:p>
            <w:r>
              <w:t>赵瑞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84.39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62</w:t>
            </w:r>
          </w:p>
        </w:tc>
        <w:tc>
          <w:tcPr>
            <w:tcW w:type="dxa" w:w="1234"/>
          </w:tcPr>
          <w:p>
            <w:r>
              <w:t>20273310104</w:t>
            </w:r>
          </w:p>
        </w:tc>
        <w:tc>
          <w:tcPr>
            <w:tcW w:type="dxa" w:w="1234"/>
          </w:tcPr>
          <w:p>
            <w:r>
              <w:t>杨子昊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84.34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63</w:t>
            </w:r>
          </w:p>
        </w:tc>
        <w:tc>
          <w:tcPr>
            <w:tcW w:type="dxa" w:w="1234"/>
          </w:tcPr>
          <w:p>
            <w:r>
              <w:t>20273342640</w:t>
            </w:r>
          </w:p>
        </w:tc>
        <w:tc>
          <w:tcPr>
            <w:tcW w:type="dxa" w:w="1234"/>
          </w:tcPr>
          <w:p>
            <w:r>
              <w:t>谌柳臻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84.32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64</w:t>
            </w:r>
          </w:p>
        </w:tc>
        <w:tc>
          <w:tcPr>
            <w:tcW w:type="dxa" w:w="1234"/>
          </w:tcPr>
          <w:p>
            <w:r>
              <w:t>20273309440</w:t>
            </w:r>
          </w:p>
        </w:tc>
        <w:tc>
          <w:tcPr>
            <w:tcW w:type="dxa" w:w="1234"/>
          </w:tcPr>
          <w:p>
            <w:r>
              <w:t>胡瑞熙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84.32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>
              <w:t>直博</w:t>
            </w:r>
          </w:p>
        </w:tc>
      </w:tr>
      <w:tr>
        <w:tc>
          <w:tcPr>
            <w:tcW w:type="dxa" w:w="1234"/>
          </w:tcPr>
          <w:p>
            <w:r>
              <w:t>65</w:t>
            </w:r>
          </w:p>
        </w:tc>
        <w:tc>
          <w:tcPr>
            <w:tcW w:type="dxa" w:w="1234"/>
          </w:tcPr>
          <w:p>
            <w:r>
              <w:t>20273342798</w:t>
            </w:r>
          </w:p>
        </w:tc>
        <w:tc>
          <w:tcPr>
            <w:tcW w:type="dxa" w:w="1234"/>
          </w:tcPr>
          <w:p>
            <w:r>
              <w:t>李冰艳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84.22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66</w:t>
            </w:r>
          </w:p>
        </w:tc>
        <w:tc>
          <w:tcPr>
            <w:tcW w:type="dxa" w:w="1234"/>
          </w:tcPr>
          <w:p>
            <w:r>
              <w:t>20273322691</w:t>
            </w:r>
          </w:p>
        </w:tc>
        <w:tc>
          <w:tcPr>
            <w:tcW w:type="dxa" w:w="1234"/>
          </w:tcPr>
          <w:p>
            <w:r>
              <w:t>杜一武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83.98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67</w:t>
            </w:r>
          </w:p>
        </w:tc>
        <w:tc>
          <w:tcPr>
            <w:tcW w:type="dxa" w:w="1234"/>
          </w:tcPr>
          <w:p>
            <w:r>
              <w:t>20273315271</w:t>
            </w:r>
          </w:p>
        </w:tc>
        <w:tc>
          <w:tcPr>
            <w:tcW w:type="dxa" w:w="1234"/>
          </w:tcPr>
          <w:p>
            <w:r>
              <w:t>赵智鹏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83.90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68</w:t>
            </w:r>
          </w:p>
        </w:tc>
        <w:tc>
          <w:tcPr>
            <w:tcW w:type="dxa" w:w="1234"/>
          </w:tcPr>
          <w:p>
            <w:r>
              <w:t>20273302471</w:t>
            </w:r>
          </w:p>
        </w:tc>
        <w:tc>
          <w:tcPr>
            <w:tcW w:type="dxa" w:w="1234"/>
          </w:tcPr>
          <w:p>
            <w:r>
              <w:t>李庭轩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83.74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69</w:t>
            </w:r>
          </w:p>
        </w:tc>
        <w:tc>
          <w:tcPr>
            <w:tcW w:type="dxa" w:w="1234"/>
          </w:tcPr>
          <w:p>
            <w:r>
              <w:t>20273323480</w:t>
            </w:r>
          </w:p>
        </w:tc>
        <w:tc>
          <w:tcPr>
            <w:tcW w:type="dxa" w:w="1234"/>
          </w:tcPr>
          <w:p>
            <w:r>
              <w:t>江叶珊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83.43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70</w:t>
            </w:r>
          </w:p>
        </w:tc>
        <w:tc>
          <w:tcPr>
            <w:tcW w:type="dxa" w:w="1234"/>
          </w:tcPr>
          <w:p>
            <w:r>
              <w:t>20273335342</w:t>
            </w:r>
          </w:p>
        </w:tc>
        <w:tc>
          <w:tcPr>
            <w:tcW w:type="dxa" w:w="1234"/>
          </w:tcPr>
          <w:p>
            <w:r>
              <w:t>赵新颖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83.09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71</w:t>
            </w:r>
          </w:p>
        </w:tc>
        <w:tc>
          <w:tcPr>
            <w:tcW w:type="dxa" w:w="1234"/>
          </w:tcPr>
          <w:p>
            <w:r>
              <w:t>20273345582</w:t>
            </w:r>
          </w:p>
        </w:tc>
        <w:tc>
          <w:tcPr>
            <w:tcW w:type="dxa" w:w="1234"/>
          </w:tcPr>
          <w:p>
            <w:r>
              <w:t>张诗梦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82.98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72</w:t>
            </w:r>
          </w:p>
        </w:tc>
        <w:tc>
          <w:tcPr>
            <w:tcW w:type="dxa" w:w="1234"/>
          </w:tcPr>
          <w:p>
            <w:r>
              <w:t>20273335585</w:t>
            </w:r>
          </w:p>
        </w:tc>
        <w:tc>
          <w:tcPr>
            <w:tcW w:type="dxa" w:w="1234"/>
          </w:tcPr>
          <w:p>
            <w:r>
              <w:t>廖焯莹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82.39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73</w:t>
            </w:r>
          </w:p>
        </w:tc>
        <w:tc>
          <w:tcPr>
            <w:tcW w:type="dxa" w:w="1234"/>
          </w:tcPr>
          <w:p>
            <w:r>
              <w:t>20273300948</w:t>
            </w:r>
          </w:p>
        </w:tc>
        <w:tc>
          <w:tcPr>
            <w:tcW w:type="dxa" w:w="1234"/>
          </w:tcPr>
          <w:p>
            <w:r>
              <w:t>张扬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82.26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74</w:t>
            </w:r>
          </w:p>
        </w:tc>
        <w:tc>
          <w:tcPr>
            <w:tcW w:type="dxa" w:w="1234"/>
          </w:tcPr>
          <w:p>
            <w:r>
              <w:t>20273320050</w:t>
            </w:r>
          </w:p>
        </w:tc>
        <w:tc>
          <w:tcPr>
            <w:tcW w:type="dxa" w:w="1234"/>
          </w:tcPr>
          <w:p>
            <w:r>
              <w:t>胡一敏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81.58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75</w:t>
            </w:r>
          </w:p>
        </w:tc>
        <w:tc>
          <w:tcPr>
            <w:tcW w:type="dxa" w:w="1234"/>
          </w:tcPr>
          <w:p>
            <w:r>
              <w:t>20273303471</w:t>
            </w:r>
          </w:p>
        </w:tc>
        <w:tc>
          <w:tcPr>
            <w:tcW w:type="dxa" w:w="1234"/>
          </w:tcPr>
          <w:p>
            <w:r>
              <w:t>林心愿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81.58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76</w:t>
            </w:r>
          </w:p>
        </w:tc>
        <w:tc>
          <w:tcPr>
            <w:tcW w:type="dxa" w:w="1234"/>
          </w:tcPr>
          <w:p>
            <w:r>
              <w:t>20273311938</w:t>
            </w:r>
          </w:p>
        </w:tc>
        <w:tc>
          <w:tcPr>
            <w:tcW w:type="dxa" w:w="1234"/>
          </w:tcPr>
          <w:p>
            <w:r>
              <w:t>庄婧优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80.97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77</w:t>
            </w:r>
          </w:p>
        </w:tc>
        <w:tc>
          <w:tcPr>
            <w:tcW w:type="dxa" w:w="1234"/>
          </w:tcPr>
          <w:p>
            <w:r>
              <w:t>20273334759</w:t>
            </w:r>
          </w:p>
        </w:tc>
        <w:tc>
          <w:tcPr>
            <w:tcW w:type="dxa" w:w="1234"/>
          </w:tcPr>
          <w:p>
            <w:r>
              <w:t>韩新悦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80.93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78</w:t>
            </w:r>
          </w:p>
        </w:tc>
        <w:tc>
          <w:tcPr>
            <w:tcW w:type="dxa" w:w="1234"/>
          </w:tcPr>
          <w:p>
            <w:r>
              <w:t>20273303326</w:t>
            </w:r>
          </w:p>
        </w:tc>
        <w:tc>
          <w:tcPr>
            <w:tcW w:type="dxa" w:w="1234"/>
          </w:tcPr>
          <w:p>
            <w:r>
              <w:t>赖静娴</w:t>
            </w:r>
          </w:p>
        </w:tc>
        <w:tc>
          <w:tcPr>
            <w:tcW w:type="dxa" w:w="1234"/>
          </w:tcPr>
          <w:p>
            <w:r>
              <w:t>马克思主义理论</w:t>
            </w:r>
          </w:p>
        </w:tc>
        <w:tc>
          <w:tcPr>
            <w:tcW w:type="dxa" w:w="1234"/>
          </w:tcPr>
          <w:p>
            <w:r>
              <w:t>79.44</w:t>
            </w:r>
          </w:p>
        </w:tc>
        <w:tc>
          <w:tcPr>
            <w:tcW w:type="dxa" w:w="1234"/>
          </w:tcPr>
          <w:p>
            <w:r>
              <w:t>合格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备注：1、等级为优秀者，如获得推荐免试资格，在规定时间内通过国家推免系统报考我院并完成规定流程（时间和流程见后续通知），我院将视接收指标数顺次拟录取，额满为止。2、等级为合格者，如获得推荐免试资格，在规定时间内通过国家推免系统报考我院并完成规定流程（时间和流程见后续通知），我院将视接收指标剩余数顺次递补拟录取，额满为止。3、报名直博生的考生，如获得推荐免试资格，须等级优秀且有导师同意接收，方可被拟录取。</w:t>
            </w:r>
          </w:p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  <w:tc>
          <w:tcPr>
            <w:tcW w:type="dxa" w:w="1234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