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关于公布马克思主义学院2024年夏令营暨2025级推免生预选拔入选名单的通知 -------入营同学请加QQ群</w:t>
      </w:r>
    </w:p>
    <w:p>
      <w:r>
        <w:t>各位同学：</w:t>
      </w:r>
    </w:p>
    <w:p>
      <w:r>
        <w:t>经过对各位申报材料的审核，现已初步确定我院2024年暑期夏令营暨2025级推免生预选拔入选名单（详见附表）。现就有关事项通知如下：</w:t>
      </w:r>
    </w:p>
    <w:p>
      <w:r>
        <w:t>一、系统确认</w:t>
      </w:r>
    </w:p>
    <w:p>
      <w:r>
        <w:t>1、请入选者登陆原报名系统（http://gsas.seu.edu.cn），在系统中回复“确认参加”或“确认不参加”。截止时间：2024年8月20日12：00前。</w:t>
      </w:r>
    </w:p>
    <w:p>
      <w:r>
        <w:t>2、请入选者加QQ群：978471323，验证信息：姓名+本人本科学校。入群截止日期是2024年8月20日17：00前。</w:t>
      </w:r>
    </w:p>
    <w:p>
      <w:r>
        <w:t>3、未在规定时间内在系统中确认参加，或未在规定时间内加入QQ群，均视为放弃参加本次夏令营。</w:t>
      </w:r>
    </w:p>
    <w:p>
      <w:r>
        <w:t>二、夏令营活动及面试信息</w:t>
      </w:r>
    </w:p>
    <w:p>
      <w:r>
        <w:t>时间：夏令营线上开营及讲座活动是8月下旬，线下面试考核是8月底或9月初。具体要求和安排后续请关注学院网站或QQ群。</w:t>
      </w:r>
    </w:p>
    <w:p>
      <w:r>
        <w:t>附：入选者名单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报名号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</w:tr>
      <w:tr>
        <w:tc>
          <w:tcPr>
            <w:tcW w:type="dxa" w:w="1440"/>
          </w:tcPr>
          <w:p>
            <w:r>
              <w:t>20252224960</w:t>
            </w:r>
          </w:p>
        </w:tc>
        <w:tc>
          <w:tcPr>
            <w:tcW w:type="dxa" w:w="1440"/>
          </w:tcPr>
          <w:p>
            <w:r>
              <w:t>文垚</w:t>
            </w:r>
          </w:p>
        </w:tc>
        <w:tc>
          <w:tcPr>
            <w:tcW w:type="dxa" w:w="1440"/>
          </w:tcPr>
          <w:p>
            <w:r>
              <w:t>20252217838</w:t>
            </w:r>
          </w:p>
        </w:tc>
        <w:tc>
          <w:tcPr>
            <w:tcW w:type="dxa" w:w="1440"/>
          </w:tcPr>
          <w:p>
            <w:r>
              <w:t>徐佳宁</w:t>
            </w:r>
          </w:p>
        </w:tc>
        <w:tc>
          <w:tcPr>
            <w:tcW w:type="dxa" w:w="1440"/>
          </w:tcPr>
          <w:p>
            <w:r>
              <w:t>20252228562</w:t>
            </w:r>
          </w:p>
        </w:tc>
        <w:tc>
          <w:tcPr>
            <w:tcW w:type="dxa" w:w="1440"/>
          </w:tcPr>
          <w:p>
            <w:r>
              <w:t>齐力凝</w:t>
            </w:r>
          </w:p>
        </w:tc>
      </w:tr>
      <w:tr>
        <w:tc>
          <w:tcPr>
            <w:tcW w:type="dxa" w:w="1440"/>
          </w:tcPr>
          <w:p>
            <w:r>
              <w:t>20252202709</w:t>
            </w:r>
          </w:p>
        </w:tc>
        <w:tc>
          <w:tcPr>
            <w:tcW w:type="dxa" w:w="1440"/>
          </w:tcPr>
          <w:p>
            <w:r>
              <w:t>邓诗颖</w:t>
            </w:r>
          </w:p>
        </w:tc>
        <w:tc>
          <w:tcPr>
            <w:tcW w:type="dxa" w:w="1440"/>
          </w:tcPr>
          <w:p>
            <w:r>
              <w:t>20252227703</w:t>
            </w:r>
          </w:p>
        </w:tc>
        <w:tc>
          <w:tcPr>
            <w:tcW w:type="dxa" w:w="1440"/>
          </w:tcPr>
          <w:p>
            <w:r>
              <w:t>车雨轩</w:t>
            </w:r>
          </w:p>
        </w:tc>
        <w:tc>
          <w:tcPr>
            <w:tcW w:type="dxa" w:w="1440"/>
          </w:tcPr>
          <w:p>
            <w:r>
              <w:t>20252229994</w:t>
            </w:r>
          </w:p>
        </w:tc>
        <w:tc>
          <w:tcPr>
            <w:tcW w:type="dxa" w:w="1440"/>
          </w:tcPr>
          <w:p>
            <w:r>
              <w:t>杨婧晗</w:t>
            </w:r>
          </w:p>
        </w:tc>
      </w:tr>
      <w:tr>
        <w:tc>
          <w:tcPr>
            <w:tcW w:type="dxa" w:w="1440"/>
          </w:tcPr>
          <w:p>
            <w:r>
              <w:t>20252220411</w:t>
            </w:r>
          </w:p>
        </w:tc>
        <w:tc>
          <w:tcPr>
            <w:tcW w:type="dxa" w:w="1440"/>
          </w:tcPr>
          <w:p>
            <w:r>
              <w:t>宁洵</w:t>
            </w:r>
          </w:p>
        </w:tc>
        <w:tc>
          <w:tcPr>
            <w:tcW w:type="dxa" w:w="1440"/>
          </w:tcPr>
          <w:p>
            <w:r>
              <w:t>20252213395</w:t>
            </w:r>
          </w:p>
        </w:tc>
        <w:tc>
          <w:tcPr>
            <w:tcW w:type="dxa" w:w="1440"/>
          </w:tcPr>
          <w:p>
            <w:r>
              <w:t>方浩然</w:t>
            </w:r>
          </w:p>
        </w:tc>
        <w:tc>
          <w:tcPr>
            <w:tcW w:type="dxa" w:w="1440"/>
          </w:tcPr>
          <w:p>
            <w:r>
              <w:t>20252217149</w:t>
            </w:r>
          </w:p>
        </w:tc>
        <w:tc>
          <w:tcPr>
            <w:tcW w:type="dxa" w:w="1440"/>
          </w:tcPr>
          <w:p>
            <w:r>
              <w:t>叶宇洁</w:t>
            </w:r>
          </w:p>
        </w:tc>
      </w:tr>
      <w:tr>
        <w:tc>
          <w:tcPr>
            <w:tcW w:type="dxa" w:w="1440"/>
          </w:tcPr>
          <w:p>
            <w:r>
              <w:t>20252229596</w:t>
            </w:r>
          </w:p>
        </w:tc>
        <w:tc>
          <w:tcPr>
            <w:tcW w:type="dxa" w:w="1440"/>
          </w:tcPr>
          <w:p>
            <w:r>
              <w:t>徐祯桠</w:t>
            </w:r>
          </w:p>
        </w:tc>
        <w:tc>
          <w:tcPr>
            <w:tcW w:type="dxa" w:w="1440"/>
          </w:tcPr>
          <w:p>
            <w:r>
              <w:t>20252232719</w:t>
            </w:r>
          </w:p>
        </w:tc>
        <w:tc>
          <w:tcPr>
            <w:tcW w:type="dxa" w:w="1440"/>
          </w:tcPr>
          <w:p>
            <w:r>
              <w:t>单璐</w:t>
            </w:r>
          </w:p>
        </w:tc>
        <w:tc>
          <w:tcPr>
            <w:tcW w:type="dxa" w:w="1440"/>
          </w:tcPr>
          <w:p>
            <w:r>
              <w:t>20252215865</w:t>
            </w:r>
          </w:p>
        </w:tc>
        <w:tc>
          <w:tcPr>
            <w:tcW w:type="dxa" w:w="1440"/>
          </w:tcPr>
          <w:p>
            <w:r>
              <w:t>冯佳鑫</w:t>
            </w:r>
          </w:p>
        </w:tc>
      </w:tr>
      <w:tr>
        <w:tc>
          <w:tcPr>
            <w:tcW w:type="dxa" w:w="1440"/>
          </w:tcPr>
          <w:p>
            <w:r>
              <w:t>20252226376</w:t>
            </w:r>
          </w:p>
        </w:tc>
        <w:tc>
          <w:tcPr>
            <w:tcW w:type="dxa" w:w="1440"/>
          </w:tcPr>
          <w:p>
            <w:r>
              <w:t>朱培阳</w:t>
            </w:r>
          </w:p>
        </w:tc>
        <w:tc>
          <w:tcPr>
            <w:tcW w:type="dxa" w:w="1440"/>
          </w:tcPr>
          <w:p>
            <w:r>
              <w:t>20252218173</w:t>
            </w:r>
          </w:p>
        </w:tc>
        <w:tc>
          <w:tcPr>
            <w:tcW w:type="dxa" w:w="1440"/>
          </w:tcPr>
          <w:p>
            <w:r>
              <w:t>陈欣悦</w:t>
            </w:r>
          </w:p>
        </w:tc>
        <w:tc>
          <w:tcPr>
            <w:tcW w:type="dxa" w:w="1440"/>
          </w:tcPr>
          <w:p>
            <w:r>
              <w:t>20252225355</w:t>
            </w:r>
          </w:p>
        </w:tc>
        <w:tc>
          <w:tcPr>
            <w:tcW w:type="dxa" w:w="1440"/>
          </w:tcPr>
          <w:p>
            <w:r>
              <w:t>马靖雯</w:t>
            </w:r>
          </w:p>
        </w:tc>
      </w:tr>
      <w:tr>
        <w:tc>
          <w:tcPr>
            <w:tcW w:type="dxa" w:w="1440"/>
          </w:tcPr>
          <w:p>
            <w:r>
              <w:t>20252232763</w:t>
            </w:r>
          </w:p>
        </w:tc>
        <w:tc>
          <w:tcPr>
            <w:tcW w:type="dxa" w:w="1440"/>
          </w:tcPr>
          <w:p>
            <w:r>
              <w:t>于红</w:t>
            </w:r>
          </w:p>
        </w:tc>
        <w:tc>
          <w:tcPr>
            <w:tcW w:type="dxa" w:w="1440"/>
          </w:tcPr>
          <w:p>
            <w:r>
              <w:t>20252206075</w:t>
            </w:r>
          </w:p>
        </w:tc>
        <w:tc>
          <w:tcPr>
            <w:tcW w:type="dxa" w:w="1440"/>
          </w:tcPr>
          <w:p>
            <w:r>
              <w:t>李涵冰</w:t>
            </w:r>
          </w:p>
        </w:tc>
        <w:tc>
          <w:tcPr>
            <w:tcW w:type="dxa" w:w="1440"/>
          </w:tcPr>
          <w:p>
            <w:r>
              <w:t>20252216917</w:t>
            </w:r>
          </w:p>
        </w:tc>
        <w:tc>
          <w:tcPr>
            <w:tcW w:type="dxa" w:w="1440"/>
          </w:tcPr>
          <w:p>
            <w:r>
              <w:t>马晶晶</w:t>
            </w:r>
          </w:p>
        </w:tc>
      </w:tr>
      <w:tr>
        <w:tc>
          <w:tcPr>
            <w:tcW w:type="dxa" w:w="1440"/>
          </w:tcPr>
          <w:p>
            <w:r>
              <w:t>20252228949</w:t>
            </w:r>
          </w:p>
        </w:tc>
        <w:tc>
          <w:tcPr>
            <w:tcW w:type="dxa" w:w="1440"/>
          </w:tcPr>
          <w:p>
            <w:r>
              <w:t>朱子雅</w:t>
            </w:r>
          </w:p>
        </w:tc>
        <w:tc>
          <w:tcPr>
            <w:tcW w:type="dxa" w:w="1440"/>
          </w:tcPr>
          <w:p>
            <w:r>
              <w:t>20252232921</w:t>
            </w:r>
          </w:p>
        </w:tc>
        <w:tc>
          <w:tcPr>
            <w:tcW w:type="dxa" w:w="1440"/>
          </w:tcPr>
          <w:p>
            <w:r>
              <w:t>刘旗跞</w:t>
            </w:r>
          </w:p>
        </w:tc>
        <w:tc>
          <w:tcPr>
            <w:tcW w:type="dxa" w:w="1440"/>
          </w:tcPr>
          <w:p>
            <w:r>
              <w:t>20252233566</w:t>
            </w:r>
          </w:p>
        </w:tc>
        <w:tc>
          <w:tcPr>
            <w:tcW w:type="dxa" w:w="1440"/>
          </w:tcPr>
          <w:p>
            <w:r>
              <w:t>吴若彤</w:t>
            </w:r>
          </w:p>
        </w:tc>
      </w:tr>
      <w:tr>
        <w:tc>
          <w:tcPr>
            <w:tcW w:type="dxa" w:w="1440"/>
          </w:tcPr>
          <w:p>
            <w:r>
              <w:t>20252228485</w:t>
            </w:r>
          </w:p>
        </w:tc>
        <w:tc>
          <w:tcPr>
            <w:tcW w:type="dxa" w:w="1440"/>
          </w:tcPr>
          <w:p>
            <w:r>
              <w:t>程朵朵</w:t>
            </w:r>
          </w:p>
        </w:tc>
        <w:tc>
          <w:tcPr>
            <w:tcW w:type="dxa" w:w="1440"/>
          </w:tcPr>
          <w:p>
            <w:r>
              <w:t>20252233929</w:t>
            </w:r>
          </w:p>
        </w:tc>
        <w:tc>
          <w:tcPr>
            <w:tcW w:type="dxa" w:w="1440"/>
          </w:tcPr>
          <w:p>
            <w:r>
              <w:t>潘金萍</w:t>
            </w:r>
          </w:p>
        </w:tc>
        <w:tc>
          <w:tcPr>
            <w:tcW w:type="dxa" w:w="1440"/>
          </w:tcPr>
          <w:p>
            <w:r>
              <w:t>20252220487</w:t>
            </w:r>
          </w:p>
        </w:tc>
        <w:tc>
          <w:tcPr>
            <w:tcW w:type="dxa" w:w="1440"/>
          </w:tcPr>
          <w:p>
            <w:r>
              <w:t>朱超缨</w:t>
            </w:r>
          </w:p>
        </w:tc>
      </w:tr>
      <w:tr>
        <w:tc>
          <w:tcPr>
            <w:tcW w:type="dxa" w:w="1440"/>
          </w:tcPr>
          <w:p>
            <w:r>
              <w:t>20252212350</w:t>
            </w:r>
          </w:p>
        </w:tc>
        <w:tc>
          <w:tcPr>
            <w:tcW w:type="dxa" w:w="1440"/>
          </w:tcPr>
          <w:p>
            <w:r>
              <w:t>赵梦怡</w:t>
            </w:r>
          </w:p>
        </w:tc>
        <w:tc>
          <w:tcPr>
            <w:tcW w:type="dxa" w:w="1440"/>
          </w:tcPr>
          <w:p>
            <w:r>
              <w:t>20252211525</w:t>
            </w:r>
          </w:p>
        </w:tc>
        <w:tc>
          <w:tcPr>
            <w:tcW w:type="dxa" w:w="1440"/>
          </w:tcPr>
          <w:p>
            <w:r>
              <w:t>鲍景源</w:t>
            </w:r>
          </w:p>
        </w:tc>
        <w:tc>
          <w:tcPr>
            <w:tcW w:type="dxa" w:w="1440"/>
          </w:tcPr>
          <w:p>
            <w:r>
              <w:t>20252207728</w:t>
            </w:r>
          </w:p>
        </w:tc>
        <w:tc>
          <w:tcPr>
            <w:tcW w:type="dxa" w:w="1440"/>
          </w:tcPr>
          <w:p>
            <w:r>
              <w:t>刘涵睿</w:t>
            </w:r>
          </w:p>
        </w:tc>
      </w:tr>
      <w:tr>
        <w:tc>
          <w:tcPr>
            <w:tcW w:type="dxa" w:w="1440"/>
          </w:tcPr>
          <w:p>
            <w:r>
              <w:t>20252221542</w:t>
            </w:r>
          </w:p>
        </w:tc>
        <w:tc>
          <w:tcPr>
            <w:tcW w:type="dxa" w:w="1440"/>
          </w:tcPr>
          <w:p>
            <w:r>
              <w:t>刘婕</w:t>
            </w:r>
          </w:p>
        </w:tc>
        <w:tc>
          <w:tcPr>
            <w:tcW w:type="dxa" w:w="1440"/>
          </w:tcPr>
          <w:p>
            <w:r>
              <w:t>20252232635</w:t>
            </w:r>
          </w:p>
        </w:tc>
        <w:tc>
          <w:tcPr>
            <w:tcW w:type="dxa" w:w="1440"/>
          </w:tcPr>
          <w:p>
            <w:r>
              <w:t>郑志伟</w:t>
            </w:r>
          </w:p>
        </w:tc>
        <w:tc>
          <w:tcPr>
            <w:tcW w:type="dxa" w:w="1440"/>
          </w:tcPr>
          <w:p>
            <w:r>
              <w:t>20252201240</w:t>
            </w:r>
          </w:p>
        </w:tc>
        <w:tc>
          <w:tcPr>
            <w:tcW w:type="dxa" w:w="1440"/>
          </w:tcPr>
          <w:p>
            <w:r>
              <w:t>王珍亦</w:t>
            </w:r>
          </w:p>
        </w:tc>
      </w:tr>
      <w:tr>
        <w:tc>
          <w:tcPr>
            <w:tcW w:type="dxa" w:w="1440"/>
          </w:tcPr>
          <w:p>
            <w:r>
              <w:t>20252233831</w:t>
            </w:r>
          </w:p>
        </w:tc>
        <w:tc>
          <w:tcPr>
            <w:tcW w:type="dxa" w:w="1440"/>
          </w:tcPr>
          <w:p>
            <w:r>
              <w:t>李响</w:t>
            </w:r>
          </w:p>
        </w:tc>
        <w:tc>
          <w:tcPr>
            <w:tcW w:type="dxa" w:w="1440"/>
          </w:tcPr>
          <w:p>
            <w:r>
              <w:t>20252211061</w:t>
            </w:r>
          </w:p>
        </w:tc>
        <w:tc>
          <w:tcPr>
            <w:tcW w:type="dxa" w:w="1440"/>
          </w:tcPr>
          <w:p>
            <w:r>
              <w:t>卜钰萌</w:t>
            </w:r>
          </w:p>
        </w:tc>
        <w:tc>
          <w:tcPr>
            <w:tcW w:type="dxa" w:w="1440"/>
          </w:tcPr>
          <w:p>
            <w:r>
              <w:t>20252209726</w:t>
            </w:r>
          </w:p>
        </w:tc>
        <w:tc>
          <w:tcPr>
            <w:tcW w:type="dxa" w:w="1440"/>
          </w:tcPr>
          <w:p>
            <w:r>
              <w:t>朱育可</w:t>
            </w:r>
          </w:p>
        </w:tc>
      </w:tr>
      <w:tr>
        <w:tc>
          <w:tcPr>
            <w:tcW w:type="dxa" w:w="1440"/>
          </w:tcPr>
          <w:p>
            <w:r>
              <w:t>20252205948</w:t>
            </w:r>
          </w:p>
        </w:tc>
        <w:tc>
          <w:tcPr>
            <w:tcW w:type="dxa" w:w="1440"/>
          </w:tcPr>
          <w:p>
            <w:r>
              <w:t>李郑佳</w:t>
            </w:r>
          </w:p>
        </w:tc>
        <w:tc>
          <w:tcPr>
            <w:tcW w:type="dxa" w:w="1440"/>
          </w:tcPr>
          <w:p>
            <w:r>
              <w:t>20252219533</w:t>
            </w:r>
          </w:p>
        </w:tc>
        <w:tc>
          <w:tcPr>
            <w:tcW w:type="dxa" w:w="1440"/>
          </w:tcPr>
          <w:p>
            <w:r>
              <w:t>徐殊冰</w:t>
            </w:r>
          </w:p>
        </w:tc>
        <w:tc>
          <w:tcPr>
            <w:tcW w:type="dxa" w:w="1440"/>
          </w:tcPr>
          <w:p>
            <w:r>
              <w:t>20252223469</w:t>
            </w:r>
          </w:p>
        </w:tc>
        <w:tc>
          <w:tcPr>
            <w:tcW w:type="dxa" w:w="1440"/>
          </w:tcPr>
          <w:p>
            <w:r>
              <w:t>回芳彤</w:t>
            </w:r>
          </w:p>
        </w:tc>
      </w:tr>
      <w:tr>
        <w:tc>
          <w:tcPr>
            <w:tcW w:type="dxa" w:w="1440"/>
          </w:tcPr>
          <w:p>
            <w:r>
              <w:t>20252219162</w:t>
            </w:r>
          </w:p>
        </w:tc>
        <w:tc>
          <w:tcPr>
            <w:tcW w:type="dxa" w:w="1440"/>
          </w:tcPr>
          <w:p>
            <w:r>
              <w:t>王筝</w:t>
            </w:r>
          </w:p>
        </w:tc>
        <w:tc>
          <w:tcPr>
            <w:tcW w:type="dxa" w:w="1440"/>
          </w:tcPr>
          <w:p>
            <w:r>
              <w:t>20252213026</w:t>
            </w:r>
          </w:p>
        </w:tc>
        <w:tc>
          <w:tcPr>
            <w:tcW w:type="dxa" w:w="1440"/>
          </w:tcPr>
          <w:p>
            <w:r>
              <w:t>冷红超</w:t>
            </w:r>
          </w:p>
        </w:tc>
        <w:tc>
          <w:tcPr>
            <w:tcW w:type="dxa" w:w="1440"/>
          </w:tcPr>
          <w:p>
            <w:r>
              <w:t>20252213574</w:t>
            </w:r>
          </w:p>
        </w:tc>
        <w:tc>
          <w:tcPr>
            <w:tcW w:type="dxa" w:w="1440"/>
          </w:tcPr>
          <w:p>
            <w:r>
              <w:t>谭瑶</w:t>
            </w:r>
          </w:p>
        </w:tc>
      </w:tr>
      <w:tr>
        <w:tc>
          <w:tcPr>
            <w:tcW w:type="dxa" w:w="1440"/>
          </w:tcPr>
          <w:p>
            <w:r>
              <w:t>20252230006</w:t>
            </w:r>
          </w:p>
        </w:tc>
        <w:tc>
          <w:tcPr>
            <w:tcW w:type="dxa" w:w="1440"/>
          </w:tcPr>
          <w:p>
            <w:r>
              <w:t>毕冉</w:t>
            </w:r>
          </w:p>
        </w:tc>
        <w:tc>
          <w:tcPr>
            <w:tcW w:type="dxa" w:w="1440"/>
          </w:tcPr>
          <w:p>
            <w:r>
              <w:t>20252225489</w:t>
            </w:r>
          </w:p>
        </w:tc>
        <w:tc>
          <w:tcPr>
            <w:tcW w:type="dxa" w:w="1440"/>
          </w:tcPr>
          <w:p>
            <w:r>
              <w:t>邓永豪</w:t>
            </w:r>
          </w:p>
        </w:tc>
        <w:tc>
          <w:tcPr>
            <w:tcW w:type="dxa" w:w="1440"/>
          </w:tcPr>
          <w:p>
            <w:r>
              <w:t>20252227863</w:t>
            </w:r>
          </w:p>
        </w:tc>
        <w:tc>
          <w:tcPr>
            <w:tcW w:type="dxa" w:w="1440"/>
          </w:tcPr>
          <w:p>
            <w:r>
              <w:t>蔡金书</w:t>
            </w:r>
          </w:p>
        </w:tc>
      </w:tr>
      <w:tr>
        <w:tc>
          <w:tcPr>
            <w:tcW w:type="dxa" w:w="1440"/>
          </w:tcPr>
          <w:p>
            <w:r>
              <w:t>20252208747</w:t>
            </w:r>
          </w:p>
        </w:tc>
        <w:tc>
          <w:tcPr>
            <w:tcW w:type="dxa" w:w="1440"/>
          </w:tcPr>
          <w:p>
            <w:r>
              <w:t>谢金言</w:t>
            </w:r>
          </w:p>
        </w:tc>
        <w:tc>
          <w:tcPr>
            <w:tcW w:type="dxa" w:w="1440"/>
          </w:tcPr>
          <w:p>
            <w:r>
              <w:t>20252233871</w:t>
            </w:r>
          </w:p>
        </w:tc>
        <w:tc>
          <w:tcPr>
            <w:tcW w:type="dxa" w:w="1440"/>
          </w:tcPr>
          <w:p>
            <w:r>
              <w:t>严蕙兰</w:t>
            </w:r>
          </w:p>
        </w:tc>
        <w:tc>
          <w:tcPr>
            <w:tcW w:type="dxa" w:w="1440"/>
          </w:tcPr>
          <w:p>
            <w:r>
              <w:t>20252232505</w:t>
            </w:r>
          </w:p>
        </w:tc>
        <w:tc>
          <w:tcPr>
            <w:tcW w:type="dxa" w:w="1440"/>
          </w:tcPr>
          <w:p>
            <w:r>
              <w:t>包玉杰</w:t>
            </w:r>
          </w:p>
        </w:tc>
      </w:tr>
      <w:tr>
        <w:tc>
          <w:tcPr>
            <w:tcW w:type="dxa" w:w="1440"/>
          </w:tcPr>
          <w:p>
            <w:r>
              <w:t>20252205877</w:t>
            </w:r>
          </w:p>
        </w:tc>
        <w:tc>
          <w:tcPr>
            <w:tcW w:type="dxa" w:w="1440"/>
          </w:tcPr>
          <w:p>
            <w:r>
              <w:t>贾士苹</w:t>
            </w:r>
          </w:p>
        </w:tc>
        <w:tc>
          <w:tcPr>
            <w:tcW w:type="dxa" w:w="1440"/>
          </w:tcPr>
          <w:p>
            <w:r>
              <w:t>20252214055</w:t>
            </w:r>
          </w:p>
        </w:tc>
        <w:tc>
          <w:tcPr>
            <w:tcW w:type="dxa" w:w="1440"/>
          </w:tcPr>
          <w:p>
            <w:r>
              <w:t>沈启源</w:t>
            </w:r>
          </w:p>
        </w:tc>
        <w:tc>
          <w:tcPr>
            <w:tcW w:type="dxa" w:w="1440"/>
          </w:tcPr>
          <w:p>
            <w:r>
              <w:t>20252217932</w:t>
            </w:r>
          </w:p>
        </w:tc>
        <w:tc>
          <w:tcPr>
            <w:tcW w:type="dxa" w:w="1440"/>
          </w:tcPr>
          <w:p>
            <w:r>
              <w:t>刘佳卉</w:t>
            </w:r>
          </w:p>
        </w:tc>
      </w:tr>
      <w:tr>
        <w:tc>
          <w:tcPr>
            <w:tcW w:type="dxa" w:w="1440"/>
          </w:tcPr>
          <w:p>
            <w:r>
              <w:t>20252231132</w:t>
            </w:r>
          </w:p>
        </w:tc>
        <w:tc>
          <w:tcPr>
            <w:tcW w:type="dxa" w:w="1440"/>
          </w:tcPr>
          <w:p>
            <w:r>
              <w:t>卢文丽</w:t>
            </w:r>
          </w:p>
        </w:tc>
        <w:tc>
          <w:tcPr>
            <w:tcW w:type="dxa" w:w="1440"/>
          </w:tcPr>
          <w:p>
            <w:r>
              <w:t>20252216039</w:t>
            </w:r>
          </w:p>
        </w:tc>
        <w:tc>
          <w:tcPr>
            <w:tcW w:type="dxa" w:w="1440"/>
          </w:tcPr>
          <w:p>
            <w:r>
              <w:t>田艾静</w:t>
            </w:r>
          </w:p>
        </w:tc>
        <w:tc>
          <w:tcPr>
            <w:tcW w:type="dxa" w:w="1440"/>
          </w:tcPr>
          <w:p>
            <w:r>
              <w:t>20252213898</w:t>
            </w:r>
          </w:p>
        </w:tc>
        <w:tc>
          <w:tcPr>
            <w:tcW w:type="dxa" w:w="1440"/>
          </w:tcPr>
          <w:p>
            <w:r>
              <w:t>刘十嘉</w:t>
            </w:r>
          </w:p>
        </w:tc>
      </w:tr>
      <w:tr>
        <w:tc>
          <w:tcPr>
            <w:tcW w:type="dxa" w:w="1440"/>
          </w:tcPr>
          <w:p>
            <w:r>
              <w:t>20252215413</w:t>
            </w:r>
          </w:p>
        </w:tc>
        <w:tc>
          <w:tcPr>
            <w:tcW w:type="dxa" w:w="1440"/>
          </w:tcPr>
          <w:p>
            <w:r>
              <w:t>张昊哲</w:t>
            </w:r>
          </w:p>
        </w:tc>
        <w:tc>
          <w:tcPr>
            <w:tcW w:type="dxa" w:w="1440"/>
          </w:tcPr>
          <w:p>
            <w:r>
              <w:t>20252205453</w:t>
            </w:r>
          </w:p>
        </w:tc>
        <w:tc>
          <w:tcPr>
            <w:tcW w:type="dxa" w:w="1440"/>
          </w:tcPr>
          <w:p>
            <w:r>
              <w:t>薛思晔</w:t>
            </w:r>
          </w:p>
        </w:tc>
        <w:tc>
          <w:tcPr>
            <w:tcW w:type="dxa" w:w="1440"/>
          </w:tcPr>
          <w:p>
            <w:r>
              <w:t>20252220447</w:t>
            </w:r>
          </w:p>
        </w:tc>
        <w:tc>
          <w:tcPr>
            <w:tcW w:type="dxa" w:w="1440"/>
          </w:tcPr>
          <w:p>
            <w:r>
              <w:t>陈怡莘</w:t>
            </w:r>
          </w:p>
        </w:tc>
      </w:tr>
      <w:tr>
        <w:tc>
          <w:tcPr>
            <w:tcW w:type="dxa" w:w="1440"/>
          </w:tcPr>
          <w:p>
            <w:r>
              <w:t>20252207265</w:t>
            </w:r>
          </w:p>
        </w:tc>
        <w:tc>
          <w:tcPr>
            <w:tcW w:type="dxa" w:w="1440"/>
          </w:tcPr>
          <w:p>
            <w:r>
              <w:t>陶映泉</w:t>
            </w:r>
          </w:p>
        </w:tc>
        <w:tc>
          <w:tcPr>
            <w:tcW w:type="dxa" w:w="1440"/>
          </w:tcPr>
          <w:p>
            <w:r>
              <w:t>20252204994</w:t>
            </w:r>
          </w:p>
        </w:tc>
        <w:tc>
          <w:tcPr>
            <w:tcW w:type="dxa" w:w="1440"/>
          </w:tcPr>
          <w:p>
            <w:r>
              <w:t>孙贺</w:t>
            </w:r>
          </w:p>
        </w:tc>
        <w:tc>
          <w:tcPr>
            <w:tcW w:type="dxa" w:w="1440"/>
          </w:tcPr>
          <w:p>
            <w:r>
              <w:t>20252233555</w:t>
            </w:r>
          </w:p>
        </w:tc>
        <w:tc>
          <w:tcPr>
            <w:tcW w:type="dxa" w:w="1440"/>
          </w:tcPr>
          <w:p>
            <w:r>
              <w:t>孙玉</w:t>
            </w:r>
          </w:p>
        </w:tc>
      </w:tr>
      <w:tr>
        <w:tc>
          <w:tcPr>
            <w:tcW w:type="dxa" w:w="1440"/>
          </w:tcPr>
          <w:p>
            <w:r>
              <w:t>20252215529</w:t>
            </w:r>
          </w:p>
        </w:tc>
        <w:tc>
          <w:tcPr>
            <w:tcW w:type="dxa" w:w="1440"/>
          </w:tcPr>
          <w:p>
            <w:r>
              <w:t>陈煦雅</w:t>
            </w:r>
          </w:p>
        </w:tc>
        <w:tc>
          <w:tcPr>
            <w:tcW w:type="dxa" w:w="1440"/>
          </w:tcPr>
          <w:p>
            <w:r>
              <w:t>20252233843</w:t>
            </w:r>
          </w:p>
        </w:tc>
        <w:tc>
          <w:tcPr>
            <w:tcW w:type="dxa" w:w="1440"/>
          </w:tcPr>
          <w:p>
            <w:r>
              <w:t>张骞文</w:t>
            </w:r>
          </w:p>
        </w:tc>
        <w:tc>
          <w:tcPr>
            <w:tcW w:type="dxa" w:w="1440"/>
          </w:tcPr>
          <w:p>
            <w:r>
              <w:t>20252222623</w:t>
            </w:r>
          </w:p>
        </w:tc>
        <w:tc>
          <w:tcPr>
            <w:tcW w:type="dxa" w:w="1440"/>
          </w:tcPr>
          <w:p>
            <w:r>
              <w:t>吴宏骏</w:t>
            </w:r>
          </w:p>
        </w:tc>
      </w:tr>
      <w:tr>
        <w:tc>
          <w:tcPr>
            <w:tcW w:type="dxa" w:w="1440"/>
          </w:tcPr>
          <w:p>
            <w:r>
              <w:t>20252230199</w:t>
            </w:r>
          </w:p>
        </w:tc>
        <w:tc>
          <w:tcPr>
            <w:tcW w:type="dxa" w:w="1440"/>
          </w:tcPr>
          <w:p>
            <w:r>
              <w:t>袁文茜</w:t>
            </w:r>
          </w:p>
        </w:tc>
        <w:tc>
          <w:tcPr>
            <w:tcW w:type="dxa" w:w="1440"/>
          </w:tcPr>
          <w:p>
            <w:r>
              <w:t>20252223976</w:t>
            </w:r>
          </w:p>
        </w:tc>
        <w:tc>
          <w:tcPr>
            <w:tcW w:type="dxa" w:w="1440"/>
          </w:tcPr>
          <w:p>
            <w:r>
              <w:t>索婉清</w:t>
            </w:r>
          </w:p>
        </w:tc>
        <w:tc>
          <w:tcPr>
            <w:tcW w:type="dxa" w:w="1440"/>
          </w:tcPr>
          <w:p>
            <w:r>
              <w:t>20252205980</w:t>
            </w:r>
          </w:p>
        </w:tc>
        <w:tc>
          <w:tcPr>
            <w:tcW w:type="dxa" w:w="1440"/>
          </w:tcPr>
          <w:p>
            <w:r>
              <w:t>王何灵</w:t>
            </w:r>
          </w:p>
        </w:tc>
      </w:tr>
      <w:tr>
        <w:tc>
          <w:tcPr>
            <w:tcW w:type="dxa" w:w="1440"/>
          </w:tcPr>
          <w:p>
            <w:r>
              <w:t>20252231286</w:t>
            </w:r>
          </w:p>
        </w:tc>
        <w:tc>
          <w:tcPr>
            <w:tcW w:type="dxa" w:w="1440"/>
          </w:tcPr>
          <w:p>
            <w:r>
              <w:t>吴焯琪</w:t>
            </w:r>
          </w:p>
        </w:tc>
        <w:tc>
          <w:tcPr>
            <w:tcW w:type="dxa" w:w="1440"/>
          </w:tcPr>
          <w:p>
            <w:r>
              <w:t>20252214973</w:t>
            </w:r>
          </w:p>
        </w:tc>
        <w:tc>
          <w:tcPr>
            <w:tcW w:type="dxa" w:w="1440"/>
          </w:tcPr>
          <w:p>
            <w:r>
              <w:t>丁倩</w:t>
            </w:r>
          </w:p>
        </w:tc>
        <w:tc>
          <w:tcPr>
            <w:tcW w:type="dxa" w:w="1440"/>
          </w:tcPr>
          <w:p>
            <w:r>
              <w:t>20252212203</w:t>
            </w:r>
          </w:p>
        </w:tc>
        <w:tc>
          <w:tcPr>
            <w:tcW w:type="dxa" w:w="1440"/>
          </w:tcPr>
          <w:p>
            <w:r>
              <w:t>高丽怡</w:t>
            </w:r>
          </w:p>
        </w:tc>
      </w:tr>
      <w:tr>
        <w:tc>
          <w:tcPr>
            <w:tcW w:type="dxa" w:w="1440"/>
          </w:tcPr>
          <w:p>
            <w:r>
              <w:t>20252225589</w:t>
            </w:r>
          </w:p>
        </w:tc>
        <w:tc>
          <w:tcPr>
            <w:tcW w:type="dxa" w:w="1440"/>
          </w:tcPr>
          <w:p>
            <w:r>
              <w:t>王维洁</w:t>
            </w:r>
          </w:p>
        </w:tc>
        <w:tc>
          <w:tcPr>
            <w:tcW w:type="dxa" w:w="1440"/>
          </w:tcPr>
          <w:p>
            <w:r>
              <w:t>20252218709</w:t>
            </w:r>
          </w:p>
        </w:tc>
        <w:tc>
          <w:tcPr>
            <w:tcW w:type="dxa" w:w="1440"/>
          </w:tcPr>
          <w:p>
            <w:r>
              <w:t>谭艺杰</w:t>
            </w:r>
          </w:p>
        </w:tc>
        <w:tc>
          <w:tcPr>
            <w:tcW w:type="dxa" w:w="1440"/>
          </w:tcPr>
          <w:p>
            <w:r>
              <w:t>20252214617</w:t>
            </w:r>
          </w:p>
        </w:tc>
        <w:tc>
          <w:tcPr>
            <w:tcW w:type="dxa" w:w="1440"/>
          </w:tcPr>
          <w:p>
            <w:r>
              <w:t>李晓燕</w:t>
            </w:r>
          </w:p>
        </w:tc>
      </w:tr>
      <w:tr>
        <w:tc>
          <w:tcPr>
            <w:tcW w:type="dxa" w:w="1440"/>
          </w:tcPr>
          <w:p>
            <w:r>
              <w:t>20252216978</w:t>
            </w:r>
          </w:p>
        </w:tc>
        <w:tc>
          <w:tcPr>
            <w:tcW w:type="dxa" w:w="1440"/>
          </w:tcPr>
          <w:p>
            <w:r>
              <w:t>王雅宁</w:t>
            </w:r>
          </w:p>
        </w:tc>
        <w:tc>
          <w:tcPr>
            <w:tcW w:type="dxa" w:w="1440"/>
          </w:tcPr>
          <w:p>
            <w:r>
              <w:t>20252233798</w:t>
            </w:r>
          </w:p>
        </w:tc>
        <w:tc>
          <w:tcPr>
            <w:tcW w:type="dxa" w:w="1440"/>
          </w:tcPr>
          <w:p>
            <w:r>
              <w:t>冯博雅</w:t>
            </w:r>
          </w:p>
        </w:tc>
        <w:tc>
          <w:tcPr>
            <w:tcW w:type="dxa" w:w="1440"/>
          </w:tcPr>
          <w:p>
            <w:r>
              <w:t>20252222720</w:t>
            </w:r>
          </w:p>
        </w:tc>
        <w:tc>
          <w:tcPr>
            <w:tcW w:type="dxa" w:w="1440"/>
          </w:tcPr>
          <w:p>
            <w:r>
              <w:t>周薇</w:t>
            </w:r>
          </w:p>
        </w:tc>
      </w:tr>
      <w:tr>
        <w:tc>
          <w:tcPr>
            <w:tcW w:type="dxa" w:w="1440"/>
          </w:tcPr>
          <w:p>
            <w:r>
              <w:t>20252220593</w:t>
            </w:r>
          </w:p>
        </w:tc>
        <w:tc>
          <w:tcPr>
            <w:tcW w:type="dxa" w:w="1440"/>
          </w:tcPr>
          <w:p>
            <w:r>
              <w:t>张远浦</w:t>
            </w:r>
          </w:p>
        </w:tc>
        <w:tc>
          <w:tcPr>
            <w:tcW w:type="dxa" w:w="1440"/>
          </w:tcPr>
          <w:p>
            <w:r>
              <w:t>20252232979</w:t>
            </w:r>
          </w:p>
        </w:tc>
        <w:tc>
          <w:tcPr>
            <w:tcW w:type="dxa" w:w="1440"/>
          </w:tcPr>
          <w:p>
            <w:r>
              <w:t>侯辛夷</w:t>
            </w:r>
          </w:p>
        </w:tc>
        <w:tc>
          <w:tcPr>
            <w:tcW w:type="dxa" w:w="1440"/>
          </w:tcPr>
          <w:p>
            <w:r>
              <w:t>20252212590</w:t>
            </w:r>
          </w:p>
        </w:tc>
        <w:tc>
          <w:tcPr>
            <w:tcW w:type="dxa" w:w="1440"/>
          </w:tcPr>
          <w:p>
            <w:r>
              <w:t>何嘉悦</w:t>
            </w:r>
          </w:p>
        </w:tc>
      </w:tr>
      <w:tr>
        <w:tc>
          <w:tcPr>
            <w:tcW w:type="dxa" w:w="1440"/>
          </w:tcPr>
          <w:p>
            <w:r>
              <w:t>20252233658</w:t>
            </w:r>
          </w:p>
        </w:tc>
        <w:tc>
          <w:tcPr>
            <w:tcW w:type="dxa" w:w="1440"/>
          </w:tcPr>
          <w:p>
            <w:r>
              <w:t>蔡畅</w:t>
            </w:r>
          </w:p>
        </w:tc>
        <w:tc>
          <w:tcPr>
            <w:tcW w:type="dxa" w:w="1440"/>
          </w:tcPr>
          <w:p>
            <w:r>
              <w:t>20252214153</w:t>
            </w:r>
          </w:p>
        </w:tc>
        <w:tc>
          <w:tcPr>
            <w:tcW w:type="dxa" w:w="1440"/>
          </w:tcPr>
          <w:p>
            <w:r>
              <w:t>舒頔</w:t>
            </w:r>
          </w:p>
        </w:tc>
        <w:tc>
          <w:tcPr>
            <w:tcW w:type="dxa" w:w="1440"/>
          </w:tcPr>
          <w:p>
            <w:r>
              <w:t>20252211693</w:t>
            </w:r>
          </w:p>
        </w:tc>
        <w:tc>
          <w:tcPr>
            <w:tcW w:type="dxa" w:w="1440"/>
          </w:tcPr>
          <w:p>
            <w:r>
              <w:t>刘雨霏</w:t>
            </w:r>
          </w:p>
        </w:tc>
      </w:tr>
      <w:tr>
        <w:tc>
          <w:tcPr>
            <w:tcW w:type="dxa" w:w="1440"/>
          </w:tcPr>
          <w:p>
            <w:r>
              <w:t>20252229780</w:t>
            </w:r>
          </w:p>
        </w:tc>
        <w:tc>
          <w:tcPr>
            <w:tcW w:type="dxa" w:w="1440"/>
          </w:tcPr>
          <w:p>
            <w:r>
              <w:t>朱琳琳</w:t>
            </w:r>
          </w:p>
        </w:tc>
        <w:tc>
          <w:tcPr>
            <w:tcW w:type="dxa" w:w="1440"/>
          </w:tcPr>
          <w:p>
            <w:r>
              <w:t>20252233584</w:t>
            </w:r>
          </w:p>
        </w:tc>
        <w:tc>
          <w:tcPr>
            <w:tcW w:type="dxa" w:w="1440"/>
          </w:tcPr>
          <w:p>
            <w:r>
              <w:t>林友智</w:t>
            </w:r>
          </w:p>
        </w:tc>
        <w:tc>
          <w:tcPr>
            <w:tcW w:type="dxa" w:w="1440"/>
          </w:tcPr>
          <w:p>
            <w:r>
              <w:t>20252228571</w:t>
            </w:r>
          </w:p>
        </w:tc>
        <w:tc>
          <w:tcPr>
            <w:tcW w:type="dxa" w:w="1440"/>
          </w:tcPr>
          <w:p>
            <w:r>
              <w:t>徐道彬</w:t>
            </w:r>
          </w:p>
        </w:tc>
      </w:tr>
      <w:tr>
        <w:tc>
          <w:tcPr>
            <w:tcW w:type="dxa" w:w="1440"/>
          </w:tcPr>
          <w:p>
            <w:r>
              <w:t>20252232992</w:t>
            </w:r>
          </w:p>
        </w:tc>
        <w:tc>
          <w:tcPr>
            <w:tcW w:type="dxa" w:w="1440"/>
          </w:tcPr>
          <w:p>
            <w:r>
              <w:t>刘扬宇</w:t>
            </w:r>
          </w:p>
        </w:tc>
        <w:tc>
          <w:tcPr>
            <w:tcW w:type="dxa" w:w="1440"/>
          </w:tcPr>
          <w:p>
            <w:r>
              <w:t>20252220016</w:t>
            </w:r>
          </w:p>
        </w:tc>
        <w:tc>
          <w:tcPr>
            <w:tcW w:type="dxa" w:w="1440"/>
          </w:tcPr>
          <w:p>
            <w:r>
              <w:t>阙小平</w:t>
            </w:r>
          </w:p>
        </w:tc>
        <w:tc>
          <w:tcPr>
            <w:tcW w:type="dxa" w:w="1440"/>
          </w:tcPr>
          <w:p>
            <w:r>
              <w:t>20252219184</w:t>
            </w:r>
          </w:p>
        </w:tc>
        <w:tc>
          <w:tcPr>
            <w:tcW w:type="dxa" w:w="1440"/>
          </w:tcPr>
          <w:p>
            <w:r>
              <w:t>王思瑶</w:t>
            </w:r>
          </w:p>
        </w:tc>
      </w:tr>
      <w:tr>
        <w:tc>
          <w:tcPr>
            <w:tcW w:type="dxa" w:w="1440"/>
          </w:tcPr>
          <w:p>
            <w:r>
              <w:t>20252214068</w:t>
            </w:r>
          </w:p>
        </w:tc>
        <w:tc>
          <w:tcPr>
            <w:tcW w:type="dxa" w:w="1440"/>
          </w:tcPr>
          <w:p>
            <w:r>
              <w:t>王世猛</w:t>
            </w:r>
          </w:p>
        </w:tc>
        <w:tc>
          <w:tcPr>
            <w:tcW w:type="dxa" w:w="1440"/>
          </w:tcPr>
          <w:p>
            <w:r>
              <w:t>20252214382</w:t>
            </w:r>
          </w:p>
        </w:tc>
        <w:tc>
          <w:tcPr>
            <w:tcW w:type="dxa" w:w="1440"/>
          </w:tcPr>
          <w:p>
            <w:r>
              <w:t>张馨予</w:t>
            </w:r>
          </w:p>
        </w:tc>
        <w:tc>
          <w:tcPr>
            <w:tcW w:type="dxa" w:w="1440"/>
          </w:tcPr>
          <w:p>
            <w:r>
              <w:t>20252214054</w:t>
            </w:r>
          </w:p>
        </w:tc>
        <w:tc>
          <w:tcPr>
            <w:tcW w:type="dxa" w:w="1440"/>
          </w:tcPr>
          <w:p>
            <w:r>
              <w:t>高爱花</w:t>
            </w:r>
          </w:p>
        </w:tc>
      </w:tr>
      <w:tr>
        <w:tc>
          <w:tcPr>
            <w:tcW w:type="dxa" w:w="1440"/>
          </w:tcPr>
          <w:p>
            <w:r>
              <w:t>20252231396</w:t>
            </w:r>
          </w:p>
        </w:tc>
        <w:tc>
          <w:tcPr>
            <w:tcW w:type="dxa" w:w="1440"/>
          </w:tcPr>
          <w:p>
            <w:r>
              <w:t>吕鑫豪</w:t>
            </w:r>
          </w:p>
        </w:tc>
        <w:tc>
          <w:tcPr>
            <w:tcW w:type="dxa" w:w="1440"/>
          </w:tcPr>
          <w:p>
            <w:r>
              <w:t>20252231780</w:t>
            </w:r>
          </w:p>
        </w:tc>
        <w:tc>
          <w:tcPr>
            <w:tcW w:type="dxa" w:w="1440"/>
          </w:tcPr>
          <w:p>
            <w:r>
              <w:t>覃柔云</w:t>
            </w:r>
          </w:p>
        </w:tc>
        <w:tc>
          <w:tcPr>
            <w:tcW w:type="dxa" w:w="1440"/>
          </w:tcPr>
          <w:p>
            <w:r>
              <w:t>20252218201</w:t>
            </w:r>
          </w:p>
        </w:tc>
        <w:tc>
          <w:tcPr>
            <w:tcW w:type="dxa" w:w="1440"/>
          </w:tcPr>
          <w:p>
            <w:r>
              <w:t>高若茗</w:t>
            </w:r>
          </w:p>
        </w:tc>
      </w:tr>
      <w:tr>
        <w:tc>
          <w:tcPr>
            <w:tcW w:type="dxa" w:w="1440"/>
          </w:tcPr>
          <w:p>
            <w:r>
              <w:t>20252232669</w:t>
            </w:r>
          </w:p>
        </w:tc>
        <w:tc>
          <w:tcPr>
            <w:tcW w:type="dxa" w:w="1440"/>
          </w:tcPr>
          <w:p>
            <w:r>
              <w:t>张新琪</w:t>
            </w:r>
          </w:p>
        </w:tc>
        <w:tc>
          <w:tcPr>
            <w:tcW w:type="dxa" w:w="1440"/>
          </w:tcPr>
          <w:p>
            <w:r>
              <w:t>20252231774</w:t>
            </w:r>
          </w:p>
        </w:tc>
        <w:tc>
          <w:tcPr>
            <w:tcW w:type="dxa" w:w="1440"/>
          </w:tcPr>
          <w:p>
            <w:r>
              <w:t>解筱冰</w:t>
            </w:r>
          </w:p>
        </w:tc>
        <w:tc>
          <w:tcPr>
            <w:tcW w:type="dxa" w:w="1440"/>
          </w:tcPr>
          <w:p>
            <w:r>
              <w:t>20252220146</w:t>
            </w:r>
          </w:p>
        </w:tc>
        <w:tc>
          <w:tcPr>
            <w:tcW w:type="dxa" w:w="1440"/>
          </w:tcPr>
          <w:p>
            <w:r>
              <w:t>凌星雪</w:t>
            </w:r>
          </w:p>
        </w:tc>
      </w:tr>
      <w:tr>
        <w:tc>
          <w:tcPr>
            <w:tcW w:type="dxa" w:w="1440"/>
          </w:tcPr>
          <w:p>
            <w:r>
              <w:t>20252227364</w:t>
            </w:r>
          </w:p>
        </w:tc>
        <w:tc>
          <w:tcPr>
            <w:tcW w:type="dxa" w:w="1440"/>
          </w:tcPr>
          <w:p>
            <w:r>
              <w:t>李乐婧</w:t>
            </w:r>
          </w:p>
        </w:tc>
        <w:tc>
          <w:tcPr>
            <w:tcW w:type="dxa" w:w="1440"/>
          </w:tcPr>
          <w:p>
            <w:r>
              <w:t>20252207034</w:t>
            </w:r>
          </w:p>
        </w:tc>
        <w:tc>
          <w:tcPr>
            <w:tcW w:type="dxa" w:w="1440"/>
          </w:tcPr>
          <w:p>
            <w:r>
              <w:t>曹文馨</w:t>
            </w:r>
          </w:p>
        </w:tc>
        <w:tc>
          <w:tcPr>
            <w:tcW w:type="dxa" w:w="1440"/>
          </w:tcPr>
          <w:p>
            <w:r>
              <w:t>20252217163</w:t>
            </w:r>
          </w:p>
        </w:tc>
        <w:tc>
          <w:tcPr>
            <w:tcW w:type="dxa" w:w="1440"/>
          </w:tcPr>
          <w:p>
            <w:r>
              <w:t>刘欣茹</w:t>
            </w:r>
          </w:p>
        </w:tc>
      </w:tr>
    </w:tbl>
    <w:p>
      <w:r>
        <w:t>东南大学马克思主义学院</w:t>
      </w:r>
    </w:p>
    <w:p>
      <w:r>
        <w:t>2024年8月17日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