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关于公布马克思主义学院2023年夏令营暨2024级推免生预选拔入选名单的通知</w:t>
      </w:r>
    </w:p>
    <w:p>
      <w:r>
        <w:t>各位同学：</w:t>
      </w:r>
    </w:p>
    <w:p>
      <w:r>
        <w:t>经过对各位申报材料的审核，现已初步确定我院2023年暑期夏令营暨2024级推免生预选拔入选名单（详见附表）。现就有关事项通知如下：</w:t>
      </w:r>
    </w:p>
    <w:p>
      <w:r>
        <w:t>一、系统确认</w:t>
      </w:r>
    </w:p>
    <w:p>
      <w:r>
        <w:t>1、请入选者登陆原报名系统（http://gsas.seu.edu.cn），在系统中回复“确认参加”或“确认不参加”，未在规定时间内回复“确认参加”的，将视为自动放弃。（截止时间：202 3年8月12日12：00前）。</w:t>
      </w:r>
    </w:p>
    <w:p>
      <w:r>
        <w:t>2、请入选者加QQ群：904862180，（验证信息：申请专业+姓名+学校）。</w:t>
      </w:r>
    </w:p>
    <w:p>
      <w:r>
        <w:t>3、未及时在系统中确认参加以及未及时加入QQ群的同学视为放弃参加本次夏令营。</w:t>
      </w:r>
    </w:p>
    <w:p>
      <w:r>
        <w:t>二、夏令营活动及面试信息</w:t>
      </w:r>
    </w:p>
    <w:p>
      <w:r>
        <w:t>时间：夏令营线上开营及讲座活动是8月中下旬，线下面试考核是8月底或9月初。具体要求和安排后续请关注学院网站或QQ群。</w:t>
      </w:r>
    </w:p>
    <w:p>
      <w:r>
        <w:t>附：入选者名单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报名号</w:t>
            </w:r>
          </w:p>
        </w:tc>
        <w:tc>
          <w:tcPr>
            <w:tcW w:type="dxa" w:w="1440"/>
          </w:tcPr>
          <w:p>
            <w:r>
              <w:t>姓名</w:t>
            </w:r>
          </w:p>
        </w:tc>
        <w:tc>
          <w:tcPr>
            <w:tcW w:type="dxa" w:w="1440"/>
          </w:tcPr>
          <w:p>
            <w:r>
              <w:t>报名号</w:t>
            </w:r>
          </w:p>
        </w:tc>
        <w:tc>
          <w:tcPr>
            <w:tcW w:type="dxa" w:w="1440"/>
          </w:tcPr>
          <w:p>
            <w:r>
              <w:t>姓名</w:t>
            </w:r>
          </w:p>
        </w:tc>
        <w:tc>
          <w:tcPr>
            <w:tcW w:type="dxa" w:w="1440"/>
          </w:tcPr>
          <w:p>
            <w:r>
              <w:t>报名号</w:t>
            </w:r>
          </w:p>
        </w:tc>
        <w:tc>
          <w:tcPr>
            <w:tcW w:type="dxa" w:w="1440"/>
          </w:tcPr>
          <w:p>
            <w:r>
              <w:t>姓名</w:t>
            </w:r>
          </w:p>
        </w:tc>
      </w:tr>
      <w:tr>
        <w:tc>
          <w:tcPr>
            <w:tcW w:type="dxa" w:w="1440"/>
          </w:tcPr>
          <w:p>
            <w:r>
              <w:t>20242224894</w:t>
            </w:r>
          </w:p>
        </w:tc>
        <w:tc>
          <w:tcPr>
            <w:tcW w:type="dxa" w:w="1440"/>
          </w:tcPr>
          <w:p>
            <w:r>
              <w:t>谭钰莹</w:t>
            </w:r>
          </w:p>
        </w:tc>
        <w:tc>
          <w:tcPr>
            <w:tcW w:type="dxa" w:w="1440"/>
          </w:tcPr>
          <w:p>
            <w:r>
              <w:t>20242222027</w:t>
            </w:r>
          </w:p>
        </w:tc>
        <w:tc>
          <w:tcPr>
            <w:tcW w:type="dxa" w:w="1440"/>
          </w:tcPr>
          <w:p>
            <w:r>
              <w:t>王烨</w:t>
            </w:r>
          </w:p>
        </w:tc>
        <w:tc>
          <w:tcPr>
            <w:tcW w:type="dxa" w:w="1440"/>
          </w:tcPr>
          <w:p>
            <w:r>
              <w:t>20242226067</w:t>
            </w:r>
          </w:p>
        </w:tc>
        <w:tc>
          <w:tcPr>
            <w:tcW w:type="dxa" w:w="1440"/>
          </w:tcPr>
          <w:p>
            <w:r>
              <w:t>王雪荣</w:t>
            </w:r>
          </w:p>
        </w:tc>
      </w:tr>
      <w:tr>
        <w:tc>
          <w:tcPr>
            <w:tcW w:type="dxa" w:w="1440"/>
          </w:tcPr>
          <w:p>
            <w:r>
              <w:t>20242227935</w:t>
            </w:r>
          </w:p>
        </w:tc>
        <w:tc>
          <w:tcPr>
            <w:tcW w:type="dxa" w:w="1440"/>
          </w:tcPr>
          <w:p>
            <w:r>
              <w:t>李兆山</w:t>
            </w:r>
          </w:p>
        </w:tc>
        <w:tc>
          <w:tcPr>
            <w:tcW w:type="dxa" w:w="1440"/>
          </w:tcPr>
          <w:p>
            <w:r>
              <w:t>20242223251</w:t>
            </w:r>
          </w:p>
        </w:tc>
        <w:tc>
          <w:tcPr>
            <w:tcW w:type="dxa" w:w="1440"/>
          </w:tcPr>
          <w:p>
            <w:r>
              <w:t>高诗桐</w:t>
            </w:r>
          </w:p>
        </w:tc>
        <w:tc>
          <w:tcPr>
            <w:tcW w:type="dxa" w:w="1440"/>
          </w:tcPr>
          <w:p>
            <w:r>
              <w:t>20242215982</w:t>
            </w:r>
          </w:p>
        </w:tc>
        <w:tc>
          <w:tcPr>
            <w:tcW w:type="dxa" w:w="1440"/>
          </w:tcPr>
          <w:p>
            <w:r>
              <w:t>阳艺嘉</w:t>
            </w:r>
          </w:p>
        </w:tc>
      </w:tr>
      <w:tr>
        <w:tc>
          <w:tcPr>
            <w:tcW w:type="dxa" w:w="1440"/>
          </w:tcPr>
          <w:p>
            <w:r>
              <w:t>20242227977</w:t>
            </w:r>
          </w:p>
        </w:tc>
        <w:tc>
          <w:tcPr>
            <w:tcW w:type="dxa" w:w="1440"/>
          </w:tcPr>
          <w:p>
            <w:r>
              <w:t>袁雯莉</w:t>
            </w:r>
          </w:p>
        </w:tc>
        <w:tc>
          <w:tcPr>
            <w:tcW w:type="dxa" w:w="1440"/>
          </w:tcPr>
          <w:p>
            <w:r>
              <w:t>20242226674</w:t>
            </w:r>
          </w:p>
        </w:tc>
        <w:tc>
          <w:tcPr>
            <w:tcW w:type="dxa" w:w="1440"/>
          </w:tcPr>
          <w:p>
            <w:r>
              <w:t>吴童童</w:t>
            </w:r>
          </w:p>
        </w:tc>
        <w:tc>
          <w:tcPr>
            <w:tcW w:type="dxa" w:w="1440"/>
          </w:tcPr>
          <w:p>
            <w:r>
              <w:t>20242218751</w:t>
            </w:r>
          </w:p>
        </w:tc>
        <w:tc>
          <w:tcPr>
            <w:tcW w:type="dxa" w:w="1440"/>
          </w:tcPr>
          <w:p>
            <w:r>
              <w:t>杨舒婷</w:t>
            </w:r>
          </w:p>
        </w:tc>
      </w:tr>
      <w:tr>
        <w:tc>
          <w:tcPr>
            <w:tcW w:type="dxa" w:w="1440"/>
          </w:tcPr>
          <w:p>
            <w:r>
              <w:t>20242200363</w:t>
            </w:r>
          </w:p>
        </w:tc>
        <w:tc>
          <w:tcPr>
            <w:tcW w:type="dxa" w:w="1440"/>
          </w:tcPr>
          <w:p>
            <w:r>
              <w:t>杨万钦</w:t>
            </w:r>
          </w:p>
        </w:tc>
        <w:tc>
          <w:tcPr>
            <w:tcW w:type="dxa" w:w="1440"/>
          </w:tcPr>
          <w:p>
            <w:r>
              <w:t>20242209737</w:t>
            </w:r>
          </w:p>
        </w:tc>
        <w:tc>
          <w:tcPr>
            <w:tcW w:type="dxa" w:w="1440"/>
          </w:tcPr>
          <w:p>
            <w:r>
              <w:t>董进哲</w:t>
            </w:r>
          </w:p>
        </w:tc>
        <w:tc>
          <w:tcPr>
            <w:tcW w:type="dxa" w:w="1440"/>
          </w:tcPr>
          <w:p>
            <w:r>
              <w:t>20242208863</w:t>
            </w:r>
          </w:p>
        </w:tc>
        <w:tc>
          <w:tcPr>
            <w:tcW w:type="dxa" w:w="1440"/>
          </w:tcPr>
          <w:p>
            <w:r>
              <w:t>王思云</w:t>
            </w:r>
          </w:p>
        </w:tc>
      </w:tr>
      <w:tr>
        <w:tc>
          <w:tcPr>
            <w:tcW w:type="dxa" w:w="1440"/>
          </w:tcPr>
          <w:p>
            <w:r>
              <w:t>20242221772</w:t>
            </w:r>
          </w:p>
        </w:tc>
        <w:tc>
          <w:tcPr>
            <w:tcW w:type="dxa" w:w="1440"/>
          </w:tcPr>
          <w:p>
            <w:r>
              <w:t>徐新宇</w:t>
            </w:r>
          </w:p>
        </w:tc>
        <w:tc>
          <w:tcPr>
            <w:tcW w:type="dxa" w:w="1440"/>
          </w:tcPr>
          <w:p>
            <w:r>
              <w:t>20242219503</w:t>
            </w:r>
          </w:p>
        </w:tc>
        <w:tc>
          <w:tcPr>
            <w:tcW w:type="dxa" w:w="1440"/>
          </w:tcPr>
          <w:p>
            <w:r>
              <w:t>姚子艳</w:t>
            </w:r>
          </w:p>
        </w:tc>
        <w:tc>
          <w:tcPr>
            <w:tcW w:type="dxa" w:w="1440"/>
          </w:tcPr>
          <w:p>
            <w:r>
              <w:t>20242213147</w:t>
            </w:r>
          </w:p>
        </w:tc>
        <w:tc>
          <w:tcPr>
            <w:tcW w:type="dxa" w:w="1440"/>
          </w:tcPr>
          <w:p>
            <w:r>
              <w:t>李田歌</w:t>
            </w:r>
          </w:p>
        </w:tc>
      </w:tr>
      <w:tr>
        <w:tc>
          <w:tcPr>
            <w:tcW w:type="dxa" w:w="1440"/>
          </w:tcPr>
          <w:p>
            <w:r>
              <w:t>20242222609</w:t>
            </w:r>
          </w:p>
        </w:tc>
        <w:tc>
          <w:tcPr>
            <w:tcW w:type="dxa" w:w="1440"/>
          </w:tcPr>
          <w:p>
            <w:r>
              <w:t>郑雅文</w:t>
            </w:r>
          </w:p>
        </w:tc>
        <w:tc>
          <w:tcPr>
            <w:tcW w:type="dxa" w:w="1440"/>
          </w:tcPr>
          <w:p>
            <w:r>
              <w:t>20242218526</w:t>
            </w:r>
          </w:p>
        </w:tc>
        <w:tc>
          <w:tcPr>
            <w:tcW w:type="dxa" w:w="1440"/>
          </w:tcPr>
          <w:p>
            <w:r>
              <w:t>张扬</w:t>
            </w:r>
          </w:p>
        </w:tc>
        <w:tc>
          <w:tcPr>
            <w:tcW w:type="dxa" w:w="1440"/>
          </w:tcPr>
          <w:p>
            <w:r>
              <w:t>20242223435</w:t>
            </w:r>
          </w:p>
        </w:tc>
        <w:tc>
          <w:tcPr>
            <w:tcW w:type="dxa" w:w="1440"/>
          </w:tcPr>
          <w:p>
            <w:r>
              <w:t>张茗箫</w:t>
            </w:r>
          </w:p>
        </w:tc>
      </w:tr>
      <w:tr>
        <w:tc>
          <w:tcPr>
            <w:tcW w:type="dxa" w:w="1440"/>
          </w:tcPr>
          <w:p>
            <w:r>
              <w:t>20242220391</w:t>
            </w:r>
          </w:p>
        </w:tc>
        <w:tc>
          <w:tcPr>
            <w:tcW w:type="dxa" w:w="1440"/>
          </w:tcPr>
          <w:p>
            <w:r>
              <w:t>周芮含</w:t>
            </w:r>
          </w:p>
        </w:tc>
        <w:tc>
          <w:tcPr>
            <w:tcW w:type="dxa" w:w="1440"/>
          </w:tcPr>
          <w:p>
            <w:r>
              <w:t>20242224869</w:t>
            </w:r>
          </w:p>
        </w:tc>
        <w:tc>
          <w:tcPr>
            <w:tcW w:type="dxa" w:w="1440"/>
          </w:tcPr>
          <w:p>
            <w:r>
              <w:t>易以慕</w:t>
            </w:r>
          </w:p>
        </w:tc>
        <w:tc>
          <w:tcPr>
            <w:tcW w:type="dxa" w:w="1440"/>
          </w:tcPr>
          <w:p>
            <w:r>
              <w:t>20242223981</w:t>
            </w:r>
          </w:p>
        </w:tc>
        <w:tc>
          <w:tcPr>
            <w:tcW w:type="dxa" w:w="1440"/>
          </w:tcPr>
          <w:p>
            <w:r>
              <w:t>陈美贤</w:t>
            </w:r>
          </w:p>
        </w:tc>
      </w:tr>
      <w:tr>
        <w:tc>
          <w:tcPr>
            <w:tcW w:type="dxa" w:w="1440"/>
          </w:tcPr>
          <w:p>
            <w:r>
              <w:t>20242206479</w:t>
            </w:r>
          </w:p>
        </w:tc>
        <w:tc>
          <w:tcPr>
            <w:tcW w:type="dxa" w:w="1440"/>
          </w:tcPr>
          <w:p>
            <w:r>
              <w:t>邸悦</w:t>
            </w:r>
          </w:p>
        </w:tc>
        <w:tc>
          <w:tcPr>
            <w:tcW w:type="dxa" w:w="1440"/>
          </w:tcPr>
          <w:p>
            <w:r>
              <w:t>20242227938</w:t>
            </w:r>
          </w:p>
        </w:tc>
        <w:tc>
          <w:tcPr>
            <w:tcW w:type="dxa" w:w="1440"/>
          </w:tcPr>
          <w:p>
            <w:r>
              <w:t>赵文琪</w:t>
            </w:r>
          </w:p>
        </w:tc>
        <w:tc>
          <w:tcPr>
            <w:tcW w:type="dxa" w:w="1440"/>
          </w:tcPr>
          <w:p>
            <w:r>
              <w:t>20242219127</w:t>
            </w:r>
          </w:p>
        </w:tc>
        <w:tc>
          <w:tcPr>
            <w:tcW w:type="dxa" w:w="1440"/>
          </w:tcPr>
          <w:p>
            <w:r>
              <w:t>李欣怡</w:t>
            </w:r>
          </w:p>
        </w:tc>
      </w:tr>
      <w:tr>
        <w:tc>
          <w:tcPr>
            <w:tcW w:type="dxa" w:w="1440"/>
          </w:tcPr>
          <w:p>
            <w:r>
              <w:t>20242227153</w:t>
            </w:r>
          </w:p>
        </w:tc>
        <w:tc>
          <w:tcPr>
            <w:tcW w:type="dxa" w:w="1440"/>
          </w:tcPr>
          <w:p>
            <w:r>
              <w:t>王晓凯</w:t>
            </w:r>
          </w:p>
        </w:tc>
        <w:tc>
          <w:tcPr>
            <w:tcW w:type="dxa" w:w="1440"/>
          </w:tcPr>
          <w:p>
            <w:r>
              <w:t>20242224778</w:t>
            </w:r>
          </w:p>
        </w:tc>
        <w:tc>
          <w:tcPr>
            <w:tcW w:type="dxa" w:w="1440"/>
          </w:tcPr>
          <w:p>
            <w:r>
              <w:t>魏士杰</w:t>
            </w:r>
          </w:p>
        </w:tc>
        <w:tc>
          <w:tcPr>
            <w:tcW w:type="dxa" w:w="1440"/>
          </w:tcPr>
          <w:p>
            <w:r>
              <w:t>20242219935</w:t>
            </w:r>
          </w:p>
        </w:tc>
        <w:tc>
          <w:tcPr>
            <w:tcW w:type="dxa" w:w="1440"/>
          </w:tcPr>
          <w:p>
            <w:r>
              <w:t>张可莹</w:t>
            </w:r>
          </w:p>
        </w:tc>
      </w:tr>
      <w:tr>
        <w:tc>
          <w:tcPr>
            <w:tcW w:type="dxa" w:w="1440"/>
          </w:tcPr>
          <w:p>
            <w:r>
              <w:t>20242214136</w:t>
            </w:r>
          </w:p>
        </w:tc>
        <w:tc>
          <w:tcPr>
            <w:tcW w:type="dxa" w:w="1440"/>
          </w:tcPr>
          <w:p>
            <w:r>
              <w:t>杨乐</w:t>
            </w:r>
          </w:p>
        </w:tc>
        <w:tc>
          <w:tcPr>
            <w:tcW w:type="dxa" w:w="1440"/>
          </w:tcPr>
          <w:p>
            <w:r>
              <w:t>20242226648</w:t>
            </w:r>
          </w:p>
        </w:tc>
        <w:tc>
          <w:tcPr>
            <w:tcW w:type="dxa" w:w="1440"/>
          </w:tcPr>
          <w:p>
            <w:r>
              <w:t>李悦</w:t>
            </w:r>
          </w:p>
        </w:tc>
        <w:tc>
          <w:tcPr>
            <w:tcW w:type="dxa" w:w="1440"/>
          </w:tcPr>
          <w:p>
            <w:r>
              <w:t>20242218283</w:t>
            </w:r>
          </w:p>
        </w:tc>
        <w:tc>
          <w:tcPr>
            <w:tcW w:type="dxa" w:w="1440"/>
          </w:tcPr>
          <w:p>
            <w:r>
              <w:t>王姝惠</w:t>
            </w:r>
          </w:p>
        </w:tc>
      </w:tr>
      <w:tr>
        <w:tc>
          <w:tcPr>
            <w:tcW w:type="dxa" w:w="1440"/>
          </w:tcPr>
          <w:p>
            <w:r>
              <w:t>20242213588</w:t>
            </w:r>
          </w:p>
        </w:tc>
        <w:tc>
          <w:tcPr>
            <w:tcW w:type="dxa" w:w="1440"/>
          </w:tcPr>
          <w:p>
            <w:r>
              <w:t>张婧雯</w:t>
            </w:r>
          </w:p>
        </w:tc>
        <w:tc>
          <w:tcPr>
            <w:tcW w:type="dxa" w:w="1440"/>
          </w:tcPr>
          <w:p>
            <w:r>
              <w:t>20242222553</w:t>
            </w:r>
          </w:p>
        </w:tc>
        <w:tc>
          <w:tcPr>
            <w:tcW w:type="dxa" w:w="1440"/>
          </w:tcPr>
          <w:p>
            <w:r>
              <w:t>何子慧</w:t>
            </w:r>
          </w:p>
        </w:tc>
        <w:tc>
          <w:tcPr>
            <w:tcW w:type="dxa" w:w="1440"/>
          </w:tcPr>
          <w:p>
            <w:r>
              <w:t>20242225682</w:t>
            </w:r>
          </w:p>
        </w:tc>
        <w:tc>
          <w:tcPr>
            <w:tcW w:type="dxa" w:w="1440"/>
          </w:tcPr>
          <w:p>
            <w:r>
              <w:t>张乐萌</w:t>
            </w:r>
          </w:p>
        </w:tc>
      </w:tr>
      <w:tr>
        <w:tc>
          <w:tcPr>
            <w:tcW w:type="dxa" w:w="1440"/>
          </w:tcPr>
          <w:p>
            <w:r>
              <w:t>20242212233</w:t>
            </w:r>
          </w:p>
        </w:tc>
        <w:tc>
          <w:tcPr>
            <w:tcW w:type="dxa" w:w="1440"/>
          </w:tcPr>
          <w:p>
            <w:r>
              <w:t>张笑涵</w:t>
            </w:r>
          </w:p>
        </w:tc>
        <w:tc>
          <w:tcPr>
            <w:tcW w:type="dxa" w:w="1440"/>
          </w:tcPr>
          <w:p>
            <w:r>
              <w:t>20242223562</w:t>
            </w:r>
          </w:p>
        </w:tc>
        <w:tc>
          <w:tcPr>
            <w:tcW w:type="dxa" w:w="1440"/>
          </w:tcPr>
          <w:p>
            <w:r>
              <w:t>廖慧</w:t>
            </w:r>
          </w:p>
        </w:tc>
        <w:tc>
          <w:tcPr>
            <w:tcW w:type="dxa" w:w="1440"/>
          </w:tcPr>
          <w:p>
            <w:r>
              <w:t>20242215515</w:t>
            </w:r>
          </w:p>
        </w:tc>
        <w:tc>
          <w:tcPr>
            <w:tcW w:type="dxa" w:w="1440"/>
          </w:tcPr>
          <w:p>
            <w:r>
              <w:t>顾丹雅</w:t>
            </w:r>
          </w:p>
        </w:tc>
      </w:tr>
      <w:tr>
        <w:tc>
          <w:tcPr>
            <w:tcW w:type="dxa" w:w="1440"/>
          </w:tcPr>
          <w:p>
            <w:r>
              <w:t>20242226551</w:t>
            </w:r>
          </w:p>
        </w:tc>
        <w:tc>
          <w:tcPr>
            <w:tcW w:type="dxa" w:w="1440"/>
          </w:tcPr>
          <w:p>
            <w:r>
              <w:t>王楠</w:t>
            </w:r>
          </w:p>
        </w:tc>
        <w:tc>
          <w:tcPr>
            <w:tcW w:type="dxa" w:w="1440"/>
          </w:tcPr>
          <w:p>
            <w:r>
              <w:t>20242223945</w:t>
            </w:r>
          </w:p>
        </w:tc>
        <w:tc>
          <w:tcPr>
            <w:tcW w:type="dxa" w:w="1440"/>
          </w:tcPr>
          <w:p>
            <w:r>
              <w:t>林静</w:t>
            </w:r>
          </w:p>
        </w:tc>
        <w:tc>
          <w:tcPr>
            <w:tcW w:type="dxa" w:w="1440"/>
          </w:tcPr>
          <w:p>
            <w:r>
              <w:t>20242212413</w:t>
            </w:r>
          </w:p>
        </w:tc>
        <w:tc>
          <w:tcPr>
            <w:tcW w:type="dxa" w:w="1440"/>
          </w:tcPr>
          <w:p>
            <w:r>
              <w:t>周曼铮</w:t>
            </w:r>
          </w:p>
        </w:tc>
      </w:tr>
      <w:tr>
        <w:tc>
          <w:tcPr>
            <w:tcW w:type="dxa" w:w="1440"/>
          </w:tcPr>
          <w:p>
            <w:r>
              <w:t>20242225208</w:t>
            </w:r>
          </w:p>
        </w:tc>
        <w:tc>
          <w:tcPr>
            <w:tcW w:type="dxa" w:w="1440"/>
          </w:tcPr>
          <w:p>
            <w:r>
              <w:t>金林琳</w:t>
            </w:r>
          </w:p>
        </w:tc>
        <w:tc>
          <w:tcPr>
            <w:tcW w:type="dxa" w:w="1440"/>
          </w:tcPr>
          <w:p>
            <w:r>
              <w:t>20242215447</w:t>
            </w:r>
          </w:p>
        </w:tc>
        <w:tc>
          <w:tcPr>
            <w:tcW w:type="dxa" w:w="1440"/>
          </w:tcPr>
          <w:p>
            <w:r>
              <w:t>陈颜</w:t>
            </w:r>
          </w:p>
        </w:tc>
        <w:tc>
          <w:tcPr>
            <w:tcW w:type="dxa" w:w="1440"/>
          </w:tcPr>
          <w:p>
            <w:r>
              <w:t>20242220499</w:t>
            </w:r>
          </w:p>
        </w:tc>
        <w:tc>
          <w:tcPr>
            <w:tcW w:type="dxa" w:w="1440"/>
          </w:tcPr>
          <w:p>
            <w:r>
              <w:t>狄书宇</w:t>
            </w:r>
          </w:p>
        </w:tc>
      </w:tr>
      <w:tr>
        <w:tc>
          <w:tcPr>
            <w:tcW w:type="dxa" w:w="1440"/>
          </w:tcPr>
          <w:p>
            <w:r>
              <w:t>20242214936</w:t>
            </w:r>
          </w:p>
        </w:tc>
        <w:tc>
          <w:tcPr>
            <w:tcW w:type="dxa" w:w="1440"/>
          </w:tcPr>
          <w:p>
            <w:r>
              <w:t>杜文昊</w:t>
            </w:r>
          </w:p>
        </w:tc>
        <w:tc>
          <w:tcPr>
            <w:tcW w:type="dxa" w:w="1440"/>
          </w:tcPr>
          <w:p>
            <w:r>
              <w:t>20242213705</w:t>
            </w:r>
          </w:p>
        </w:tc>
        <w:tc>
          <w:tcPr>
            <w:tcW w:type="dxa" w:w="1440"/>
          </w:tcPr>
          <w:p>
            <w:r>
              <w:t>管琦</w:t>
            </w:r>
          </w:p>
        </w:tc>
        <w:tc>
          <w:tcPr>
            <w:tcW w:type="dxa" w:w="1440"/>
          </w:tcPr>
          <w:p>
            <w:r>
              <w:t>20242221788</w:t>
            </w:r>
          </w:p>
        </w:tc>
        <w:tc>
          <w:tcPr>
            <w:tcW w:type="dxa" w:w="1440"/>
          </w:tcPr>
          <w:p>
            <w:r>
              <w:t>鲁丹</w:t>
            </w:r>
          </w:p>
        </w:tc>
      </w:tr>
      <w:tr>
        <w:tc>
          <w:tcPr>
            <w:tcW w:type="dxa" w:w="1440"/>
          </w:tcPr>
          <w:p>
            <w:r>
              <w:t>20242209948</w:t>
            </w:r>
          </w:p>
        </w:tc>
        <w:tc>
          <w:tcPr>
            <w:tcW w:type="dxa" w:w="1440"/>
          </w:tcPr>
          <w:p>
            <w:r>
              <w:t>冯祎</w:t>
            </w:r>
          </w:p>
        </w:tc>
        <w:tc>
          <w:tcPr>
            <w:tcW w:type="dxa" w:w="1440"/>
          </w:tcPr>
          <w:p>
            <w:r>
              <w:t>20242211192</w:t>
            </w:r>
          </w:p>
        </w:tc>
        <w:tc>
          <w:tcPr>
            <w:tcW w:type="dxa" w:w="1440"/>
          </w:tcPr>
          <w:p>
            <w:r>
              <w:t>何子蔓</w:t>
            </w:r>
          </w:p>
        </w:tc>
        <w:tc>
          <w:tcPr>
            <w:tcW w:type="dxa" w:w="1440"/>
          </w:tcPr>
          <w:p>
            <w:r>
              <w:t>20242222632</w:t>
            </w:r>
          </w:p>
        </w:tc>
        <w:tc>
          <w:tcPr>
            <w:tcW w:type="dxa" w:w="1440"/>
          </w:tcPr>
          <w:p>
            <w:r>
              <w:t>王月瑶</w:t>
            </w:r>
          </w:p>
        </w:tc>
      </w:tr>
      <w:tr>
        <w:tc>
          <w:tcPr>
            <w:tcW w:type="dxa" w:w="1440"/>
          </w:tcPr>
          <w:p>
            <w:r>
              <w:t>20242201511</w:t>
            </w:r>
          </w:p>
        </w:tc>
        <w:tc>
          <w:tcPr>
            <w:tcW w:type="dxa" w:w="1440"/>
          </w:tcPr>
          <w:p>
            <w:r>
              <w:t>颜钺</w:t>
            </w:r>
          </w:p>
        </w:tc>
        <w:tc>
          <w:tcPr>
            <w:tcW w:type="dxa" w:w="1440"/>
          </w:tcPr>
          <w:p>
            <w:r>
              <w:t>20242216593</w:t>
            </w:r>
          </w:p>
        </w:tc>
        <w:tc>
          <w:tcPr>
            <w:tcW w:type="dxa" w:w="1440"/>
          </w:tcPr>
          <w:p>
            <w:r>
              <w:t>王娅婷</w:t>
            </w:r>
          </w:p>
        </w:tc>
        <w:tc>
          <w:tcPr>
            <w:tcW w:type="dxa" w:w="1440"/>
          </w:tcPr>
          <w:p>
            <w:r>
              <w:t>20242221942</w:t>
            </w:r>
          </w:p>
        </w:tc>
        <w:tc>
          <w:tcPr>
            <w:tcW w:type="dxa" w:w="1440"/>
          </w:tcPr>
          <w:p>
            <w:r>
              <w:t>李玮辰</w:t>
            </w:r>
          </w:p>
        </w:tc>
      </w:tr>
      <w:tr>
        <w:tc>
          <w:tcPr>
            <w:tcW w:type="dxa" w:w="1440"/>
          </w:tcPr>
          <w:p>
            <w:r>
              <w:t>20242217848</w:t>
            </w:r>
          </w:p>
        </w:tc>
        <w:tc>
          <w:tcPr>
            <w:tcW w:type="dxa" w:w="1440"/>
          </w:tcPr>
          <w:p>
            <w:r>
              <w:t>许晶</w:t>
            </w:r>
          </w:p>
        </w:tc>
        <w:tc>
          <w:tcPr>
            <w:tcW w:type="dxa" w:w="1440"/>
          </w:tcPr>
          <w:p>
            <w:r>
              <w:t>20242208107</w:t>
            </w:r>
          </w:p>
        </w:tc>
        <w:tc>
          <w:tcPr>
            <w:tcW w:type="dxa" w:w="1440"/>
          </w:tcPr>
          <w:p>
            <w:r>
              <w:t>蓝珂</w:t>
            </w:r>
          </w:p>
        </w:tc>
        <w:tc>
          <w:tcPr>
            <w:tcW w:type="dxa" w:w="1440"/>
          </w:tcPr>
          <w:p>
            <w:r>
              <w:t>20242200777</w:t>
            </w:r>
          </w:p>
        </w:tc>
        <w:tc>
          <w:tcPr>
            <w:tcW w:type="dxa" w:w="1440"/>
          </w:tcPr>
          <w:p>
            <w:r>
              <w:t>曹佳露</w:t>
            </w:r>
          </w:p>
        </w:tc>
      </w:tr>
      <w:tr>
        <w:tc>
          <w:tcPr>
            <w:tcW w:type="dxa" w:w="1440"/>
          </w:tcPr>
          <w:p>
            <w:r>
              <w:t>20242210485</w:t>
            </w:r>
          </w:p>
        </w:tc>
        <w:tc>
          <w:tcPr>
            <w:tcW w:type="dxa" w:w="1440"/>
          </w:tcPr>
          <w:p>
            <w:r>
              <w:t>虎荣荣</w:t>
            </w:r>
          </w:p>
        </w:tc>
        <w:tc>
          <w:tcPr>
            <w:tcW w:type="dxa" w:w="1440"/>
          </w:tcPr>
          <w:p>
            <w:r>
              <w:t>20242212901</w:t>
            </w:r>
          </w:p>
        </w:tc>
        <w:tc>
          <w:tcPr>
            <w:tcW w:type="dxa" w:w="1440"/>
          </w:tcPr>
          <w:p>
            <w:r>
              <w:t>李好</w:t>
            </w:r>
          </w:p>
        </w:tc>
        <w:tc>
          <w:tcPr>
            <w:tcW w:type="dxa" w:w="1440"/>
          </w:tcPr>
          <w:p>
            <w:r>
              <w:t>20242227743</w:t>
            </w:r>
          </w:p>
        </w:tc>
        <w:tc>
          <w:tcPr>
            <w:tcW w:type="dxa" w:w="1440"/>
          </w:tcPr>
          <w:p>
            <w:r>
              <w:t>韦方宁</w:t>
            </w:r>
          </w:p>
        </w:tc>
      </w:tr>
      <w:tr>
        <w:tc>
          <w:tcPr>
            <w:tcW w:type="dxa" w:w="1440"/>
          </w:tcPr>
          <w:p>
            <w:r>
              <w:t>20242204863</w:t>
            </w:r>
          </w:p>
        </w:tc>
        <w:tc>
          <w:tcPr>
            <w:tcW w:type="dxa" w:w="1440"/>
          </w:tcPr>
          <w:p>
            <w:r>
              <w:t>李嘉欣</w:t>
            </w:r>
          </w:p>
        </w:tc>
        <w:tc>
          <w:tcPr>
            <w:tcW w:type="dxa" w:w="1440"/>
          </w:tcPr>
          <w:p>
            <w:r>
              <w:t>20242227710</w:t>
            </w:r>
          </w:p>
        </w:tc>
        <w:tc>
          <w:tcPr>
            <w:tcW w:type="dxa" w:w="1440"/>
          </w:tcPr>
          <w:p>
            <w:r>
              <w:t>于淳竞</w:t>
            </w:r>
          </w:p>
        </w:tc>
        <w:tc>
          <w:tcPr>
            <w:tcW w:type="dxa" w:w="1440"/>
          </w:tcPr>
          <w:p>
            <w:r>
              <w:t>20242217135</w:t>
            </w:r>
          </w:p>
        </w:tc>
        <w:tc>
          <w:tcPr>
            <w:tcW w:type="dxa" w:w="1440"/>
          </w:tcPr>
          <w:p>
            <w:r>
              <w:t>刘馥嘉</w:t>
            </w:r>
          </w:p>
        </w:tc>
      </w:tr>
      <w:tr>
        <w:tc>
          <w:tcPr>
            <w:tcW w:type="dxa" w:w="1440"/>
          </w:tcPr>
          <w:p>
            <w:r>
              <w:t>20242226451</w:t>
            </w:r>
          </w:p>
        </w:tc>
        <w:tc>
          <w:tcPr>
            <w:tcW w:type="dxa" w:w="1440"/>
          </w:tcPr>
          <w:p>
            <w:r>
              <w:t>张灵钰</w:t>
            </w:r>
          </w:p>
        </w:tc>
        <w:tc>
          <w:tcPr>
            <w:tcW w:type="dxa" w:w="1440"/>
          </w:tcPr>
          <w:p>
            <w:r>
              <w:t>20242217718</w:t>
            </w:r>
          </w:p>
        </w:tc>
        <w:tc>
          <w:tcPr>
            <w:tcW w:type="dxa" w:w="1440"/>
          </w:tcPr>
          <w:p>
            <w:r>
              <w:t>谢逸飞</w:t>
            </w:r>
          </w:p>
        </w:tc>
        <w:tc>
          <w:tcPr>
            <w:tcW w:type="dxa" w:w="1440"/>
          </w:tcPr>
          <w:p>
            <w:r>
              <w:t>20242226401</w:t>
            </w:r>
          </w:p>
        </w:tc>
        <w:tc>
          <w:tcPr>
            <w:tcW w:type="dxa" w:w="1440"/>
          </w:tcPr>
          <w:p>
            <w:r>
              <w:t>王晴</w:t>
            </w:r>
          </w:p>
        </w:tc>
      </w:tr>
      <w:tr>
        <w:tc>
          <w:tcPr>
            <w:tcW w:type="dxa" w:w="1440"/>
          </w:tcPr>
          <w:p>
            <w:r>
              <w:t>20242225948</w:t>
            </w:r>
          </w:p>
        </w:tc>
        <w:tc>
          <w:tcPr>
            <w:tcW w:type="dxa" w:w="1440"/>
          </w:tcPr>
          <w:p>
            <w:r>
              <w:t>王笑天</w:t>
            </w:r>
          </w:p>
        </w:tc>
        <w:tc>
          <w:tcPr>
            <w:tcW w:type="dxa" w:w="1440"/>
          </w:tcPr>
          <w:p>
            <w:r>
              <w:t>20242221077</w:t>
            </w:r>
          </w:p>
        </w:tc>
        <w:tc>
          <w:tcPr>
            <w:tcW w:type="dxa" w:w="1440"/>
          </w:tcPr>
          <w:p>
            <w:r>
              <w:t>岑海馨</w:t>
            </w:r>
          </w:p>
        </w:tc>
        <w:tc>
          <w:tcPr>
            <w:tcW w:type="dxa" w:w="1440"/>
          </w:tcPr>
          <w:p>
            <w:r>
              <w:t>20242200760</w:t>
            </w:r>
          </w:p>
        </w:tc>
        <w:tc>
          <w:tcPr>
            <w:tcW w:type="dxa" w:w="1440"/>
          </w:tcPr>
          <w:p>
            <w:r>
              <w:t>张钰珩</w:t>
            </w:r>
          </w:p>
        </w:tc>
      </w:tr>
      <w:tr>
        <w:tc>
          <w:tcPr>
            <w:tcW w:type="dxa" w:w="1440"/>
          </w:tcPr>
          <w:p>
            <w:r>
              <w:t>20242224555</w:t>
            </w:r>
          </w:p>
        </w:tc>
        <w:tc>
          <w:tcPr>
            <w:tcW w:type="dxa" w:w="1440"/>
          </w:tcPr>
          <w:p>
            <w:r>
              <w:t>刘芷妍</w:t>
            </w:r>
          </w:p>
        </w:tc>
        <w:tc>
          <w:tcPr>
            <w:tcW w:type="dxa" w:w="1440"/>
          </w:tcPr>
          <w:p>
            <w:r>
              <w:t>20242219089</w:t>
            </w:r>
          </w:p>
        </w:tc>
        <w:tc>
          <w:tcPr>
            <w:tcW w:type="dxa" w:w="1440"/>
          </w:tcPr>
          <w:p>
            <w:r>
              <w:t>孙紫嫣</w:t>
            </w:r>
          </w:p>
        </w:tc>
        <w:tc>
          <w:tcPr>
            <w:tcW w:type="dxa" w:w="1440"/>
          </w:tcPr>
          <w:p>
            <w:r>
              <w:t>20242227616</w:t>
            </w:r>
          </w:p>
        </w:tc>
        <w:tc>
          <w:tcPr>
            <w:tcW w:type="dxa" w:w="1440"/>
          </w:tcPr>
          <w:p>
            <w:r>
              <w:t>祝子豪</w:t>
            </w:r>
          </w:p>
        </w:tc>
      </w:tr>
    </w:tbl>
    <w:p>
      <w:r>
        <w:t>东南大学马克思主义学院</w:t>
      </w:r>
    </w:p>
    <w:p>
      <w:r>
        <w:t>2023年8月8日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