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关于公布马克思主义学院2022年夏令营暨2023级推免生预选拔入选名单的通知</w:t>
      </w:r>
    </w:p>
    <w:p>
      <w:r>
        <w:t>各位同学:</w:t>
      </w:r>
    </w:p>
    <w:p>
      <w:r>
        <w:t>经过对各位申报材料的审核,现已初步确定我院2022年暑期夏令营暨2023级推免生预选拔入选名单（详见附表）。现就有关事项通知如下：</w:t>
      </w:r>
    </w:p>
    <w:p>
      <w:r>
        <w:t>一、系统确认</w:t>
      </w:r>
    </w:p>
    <w:p>
      <w:r>
        <w:t>1、请入选者登陆原报名系统（http://gsas.seu.edu.cn），在系统中回复“确认参加”或“确认不参加”，未在规定时间内回复“确认参加”的，将视为自动放弃。（截止时间：202 2年8月11日12：00前）。</w:t>
      </w:r>
    </w:p>
    <w:p>
      <w:r>
        <w:t>2、请入选者加QQ群：260200376，（验证信息：申请专业+姓名+学校）。</w:t>
      </w:r>
    </w:p>
    <w:p>
      <w:r>
        <w:t>3、未及时在系统中确认参加以及未及时加入QQ群的同学视为放弃参加本次夏令营。</w:t>
      </w:r>
    </w:p>
    <w:p>
      <w:r>
        <w:t>二、夏令营活动及面试</w:t>
      </w:r>
    </w:p>
    <w:p>
      <w:r>
        <w:t>时间：八月中下旬，具体要求后续请关注学院网站或QQ群。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</w:tr>
      <w:tr>
        <w:tc>
          <w:tcPr>
            <w:tcW w:type="dxa" w:w="1440"/>
          </w:tcPr>
          <w:p>
            <w:r>
              <w:t>20232213867</w:t>
            </w:r>
          </w:p>
        </w:tc>
        <w:tc>
          <w:tcPr>
            <w:tcW w:type="dxa" w:w="1440"/>
          </w:tcPr>
          <w:p>
            <w:r>
              <w:t>修珺</w:t>
            </w:r>
          </w:p>
        </w:tc>
        <w:tc>
          <w:tcPr>
            <w:tcW w:type="dxa" w:w="1440"/>
          </w:tcPr>
          <w:p>
            <w:r>
              <w:t>20232215015</w:t>
            </w:r>
          </w:p>
        </w:tc>
        <w:tc>
          <w:tcPr>
            <w:tcW w:type="dxa" w:w="1440"/>
          </w:tcPr>
          <w:p>
            <w:r>
              <w:t>王鑫戈</w:t>
            </w:r>
          </w:p>
        </w:tc>
        <w:tc>
          <w:tcPr>
            <w:tcW w:type="dxa" w:w="1440"/>
          </w:tcPr>
          <w:p>
            <w:r>
              <w:t>20232226875</w:t>
            </w:r>
          </w:p>
        </w:tc>
        <w:tc>
          <w:tcPr>
            <w:tcW w:type="dxa" w:w="1440"/>
          </w:tcPr>
          <w:p>
            <w:r>
              <w:t>孙怡荪</w:t>
            </w:r>
          </w:p>
        </w:tc>
      </w:tr>
      <w:tr>
        <w:tc>
          <w:tcPr>
            <w:tcW w:type="dxa" w:w="1440"/>
          </w:tcPr>
          <w:p>
            <w:r>
              <w:t>20232200244</w:t>
            </w:r>
          </w:p>
        </w:tc>
        <w:tc>
          <w:tcPr>
            <w:tcW w:type="dxa" w:w="1440"/>
          </w:tcPr>
          <w:p>
            <w:r>
              <w:t>赵琦</w:t>
            </w:r>
          </w:p>
        </w:tc>
        <w:tc>
          <w:tcPr>
            <w:tcW w:type="dxa" w:w="1440"/>
          </w:tcPr>
          <w:p>
            <w:r>
              <w:t>20232226283</w:t>
            </w:r>
          </w:p>
        </w:tc>
        <w:tc>
          <w:tcPr>
            <w:tcW w:type="dxa" w:w="1440"/>
          </w:tcPr>
          <w:p>
            <w:r>
              <w:t>贾思思</w:t>
            </w:r>
          </w:p>
        </w:tc>
        <w:tc>
          <w:tcPr>
            <w:tcW w:type="dxa" w:w="1440"/>
          </w:tcPr>
          <w:p>
            <w:r>
              <w:t>20232210861</w:t>
            </w:r>
          </w:p>
        </w:tc>
        <w:tc>
          <w:tcPr>
            <w:tcW w:type="dxa" w:w="1440"/>
          </w:tcPr>
          <w:p>
            <w:r>
              <w:t>邝妃妃</w:t>
            </w:r>
          </w:p>
        </w:tc>
      </w:tr>
      <w:tr>
        <w:tc>
          <w:tcPr>
            <w:tcW w:type="dxa" w:w="1440"/>
          </w:tcPr>
          <w:p>
            <w:r>
              <w:t>20232225150</w:t>
            </w:r>
          </w:p>
        </w:tc>
        <w:tc>
          <w:tcPr>
            <w:tcW w:type="dxa" w:w="1440"/>
          </w:tcPr>
          <w:p>
            <w:r>
              <w:t>付丽航</w:t>
            </w:r>
          </w:p>
        </w:tc>
        <w:tc>
          <w:tcPr>
            <w:tcW w:type="dxa" w:w="1440"/>
          </w:tcPr>
          <w:p>
            <w:r>
              <w:t>20232218830</w:t>
            </w:r>
          </w:p>
        </w:tc>
        <w:tc>
          <w:tcPr>
            <w:tcW w:type="dxa" w:w="1440"/>
          </w:tcPr>
          <w:p>
            <w:r>
              <w:t>许英健</w:t>
            </w:r>
          </w:p>
        </w:tc>
        <w:tc>
          <w:tcPr>
            <w:tcW w:type="dxa" w:w="1440"/>
          </w:tcPr>
          <w:p>
            <w:r>
              <w:t>20232217750</w:t>
            </w:r>
          </w:p>
        </w:tc>
        <w:tc>
          <w:tcPr>
            <w:tcW w:type="dxa" w:w="1440"/>
          </w:tcPr>
          <w:p>
            <w:r>
              <w:t>冯家仪</w:t>
            </w:r>
          </w:p>
        </w:tc>
      </w:tr>
      <w:tr>
        <w:tc>
          <w:tcPr>
            <w:tcW w:type="dxa" w:w="1440"/>
          </w:tcPr>
          <w:p>
            <w:r>
              <w:t>20232216633</w:t>
            </w:r>
          </w:p>
        </w:tc>
        <w:tc>
          <w:tcPr>
            <w:tcW w:type="dxa" w:w="1440"/>
          </w:tcPr>
          <w:p>
            <w:r>
              <w:t>纪宏业</w:t>
            </w:r>
          </w:p>
        </w:tc>
        <w:tc>
          <w:tcPr>
            <w:tcW w:type="dxa" w:w="1440"/>
          </w:tcPr>
          <w:p>
            <w:r>
              <w:t>20232226018</w:t>
            </w:r>
          </w:p>
        </w:tc>
        <w:tc>
          <w:tcPr>
            <w:tcW w:type="dxa" w:w="1440"/>
          </w:tcPr>
          <w:p>
            <w:r>
              <w:t>罗钢</w:t>
            </w:r>
          </w:p>
        </w:tc>
        <w:tc>
          <w:tcPr>
            <w:tcW w:type="dxa" w:w="1440"/>
          </w:tcPr>
          <w:p>
            <w:r>
              <w:t>20232225847</w:t>
            </w:r>
          </w:p>
        </w:tc>
        <w:tc>
          <w:tcPr>
            <w:tcW w:type="dxa" w:w="1440"/>
          </w:tcPr>
          <w:p>
            <w:r>
              <w:t>魏祎</w:t>
            </w:r>
          </w:p>
        </w:tc>
      </w:tr>
      <w:tr>
        <w:tc>
          <w:tcPr>
            <w:tcW w:type="dxa" w:w="1440"/>
          </w:tcPr>
          <w:p>
            <w:r>
              <w:t>20232216809</w:t>
            </w:r>
          </w:p>
        </w:tc>
        <w:tc>
          <w:tcPr>
            <w:tcW w:type="dxa" w:w="1440"/>
          </w:tcPr>
          <w:p>
            <w:r>
              <w:t>董克朋</w:t>
            </w:r>
          </w:p>
        </w:tc>
        <w:tc>
          <w:tcPr>
            <w:tcW w:type="dxa" w:w="1440"/>
          </w:tcPr>
          <w:p>
            <w:r>
              <w:t>20232216412</w:t>
            </w:r>
          </w:p>
        </w:tc>
        <w:tc>
          <w:tcPr>
            <w:tcW w:type="dxa" w:w="1440"/>
          </w:tcPr>
          <w:p>
            <w:r>
              <w:t>孙玉璨</w:t>
            </w:r>
          </w:p>
        </w:tc>
        <w:tc>
          <w:tcPr>
            <w:tcW w:type="dxa" w:w="1440"/>
          </w:tcPr>
          <w:p>
            <w:r>
              <w:t>20232227793</w:t>
            </w:r>
          </w:p>
        </w:tc>
        <w:tc>
          <w:tcPr>
            <w:tcW w:type="dxa" w:w="1440"/>
          </w:tcPr>
          <w:p>
            <w:r>
              <w:t>王贝宁</w:t>
            </w:r>
          </w:p>
        </w:tc>
      </w:tr>
      <w:tr>
        <w:tc>
          <w:tcPr>
            <w:tcW w:type="dxa" w:w="1440"/>
          </w:tcPr>
          <w:p>
            <w:r>
              <w:t>20232223995</w:t>
            </w:r>
          </w:p>
        </w:tc>
        <w:tc>
          <w:tcPr>
            <w:tcW w:type="dxa" w:w="1440"/>
          </w:tcPr>
          <w:p>
            <w:r>
              <w:t>王洁莹</w:t>
            </w:r>
          </w:p>
        </w:tc>
        <w:tc>
          <w:tcPr>
            <w:tcW w:type="dxa" w:w="1440"/>
          </w:tcPr>
          <w:p>
            <w:r>
              <w:t>20232220962</w:t>
            </w:r>
          </w:p>
        </w:tc>
        <w:tc>
          <w:tcPr>
            <w:tcW w:type="dxa" w:w="1440"/>
          </w:tcPr>
          <w:p>
            <w:r>
              <w:t>赵春洋</w:t>
            </w:r>
          </w:p>
        </w:tc>
        <w:tc>
          <w:tcPr>
            <w:tcW w:type="dxa" w:w="1440"/>
          </w:tcPr>
          <w:p>
            <w:r>
              <w:t>20232216190</w:t>
            </w:r>
          </w:p>
        </w:tc>
        <w:tc>
          <w:tcPr>
            <w:tcW w:type="dxa" w:w="1440"/>
          </w:tcPr>
          <w:p>
            <w:r>
              <w:t>黎心韵</w:t>
            </w:r>
          </w:p>
        </w:tc>
      </w:tr>
      <w:tr>
        <w:tc>
          <w:tcPr>
            <w:tcW w:type="dxa" w:w="1440"/>
          </w:tcPr>
          <w:p>
            <w:r>
              <w:t>20232213989</w:t>
            </w:r>
          </w:p>
        </w:tc>
        <w:tc>
          <w:tcPr>
            <w:tcW w:type="dxa" w:w="1440"/>
          </w:tcPr>
          <w:p>
            <w:r>
              <w:t>赵李想</w:t>
            </w:r>
          </w:p>
        </w:tc>
        <w:tc>
          <w:tcPr>
            <w:tcW w:type="dxa" w:w="1440"/>
          </w:tcPr>
          <w:p>
            <w:r>
              <w:t>20232211199</w:t>
            </w:r>
          </w:p>
        </w:tc>
        <w:tc>
          <w:tcPr>
            <w:tcW w:type="dxa" w:w="1440"/>
          </w:tcPr>
          <w:p>
            <w:r>
              <w:t>于淼</w:t>
            </w:r>
          </w:p>
        </w:tc>
        <w:tc>
          <w:tcPr>
            <w:tcW w:type="dxa" w:w="1440"/>
          </w:tcPr>
          <w:p>
            <w:r>
              <w:t>20232201140</w:t>
            </w:r>
          </w:p>
        </w:tc>
        <w:tc>
          <w:tcPr>
            <w:tcW w:type="dxa" w:w="1440"/>
          </w:tcPr>
          <w:p>
            <w:r>
              <w:t>顾诗静</w:t>
            </w:r>
          </w:p>
        </w:tc>
      </w:tr>
      <w:tr>
        <w:tc>
          <w:tcPr>
            <w:tcW w:type="dxa" w:w="1440"/>
          </w:tcPr>
          <w:p>
            <w:r>
              <w:t>20232222586</w:t>
            </w:r>
          </w:p>
        </w:tc>
        <w:tc>
          <w:tcPr>
            <w:tcW w:type="dxa" w:w="1440"/>
          </w:tcPr>
          <w:p>
            <w:r>
              <w:t>王静</w:t>
            </w:r>
          </w:p>
        </w:tc>
        <w:tc>
          <w:tcPr>
            <w:tcW w:type="dxa" w:w="1440"/>
          </w:tcPr>
          <w:p>
            <w:r>
              <w:t>20232227771</w:t>
            </w:r>
          </w:p>
        </w:tc>
        <w:tc>
          <w:tcPr>
            <w:tcW w:type="dxa" w:w="1440"/>
          </w:tcPr>
          <w:p>
            <w:r>
              <w:t>梁昕</w:t>
            </w:r>
          </w:p>
        </w:tc>
        <w:tc>
          <w:tcPr>
            <w:tcW w:type="dxa" w:w="1440"/>
          </w:tcPr>
          <w:p>
            <w:r>
              <w:t>2023221403</w:t>
            </w:r>
          </w:p>
        </w:tc>
        <w:tc>
          <w:tcPr>
            <w:tcW w:type="dxa" w:w="1440"/>
          </w:tcPr>
          <w:p>
            <w:r>
              <w:t>刘亚静</w:t>
            </w:r>
          </w:p>
        </w:tc>
      </w:tr>
      <w:tr>
        <w:tc>
          <w:tcPr>
            <w:tcW w:type="dxa" w:w="1440"/>
          </w:tcPr>
          <w:p>
            <w:r>
              <w:t>20232210613</w:t>
            </w:r>
          </w:p>
        </w:tc>
        <w:tc>
          <w:tcPr>
            <w:tcW w:type="dxa" w:w="1440"/>
          </w:tcPr>
          <w:p>
            <w:r>
              <w:t>杨忻</w:t>
            </w:r>
          </w:p>
        </w:tc>
        <w:tc>
          <w:tcPr>
            <w:tcW w:type="dxa" w:w="1440"/>
          </w:tcPr>
          <w:p>
            <w:r>
              <w:t>20232218045</w:t>
            </w:r>
          </w:p>
        </w:tc>
        <w:tc>
          <w:tcPr>
            <w:tcW w:type="dxa" w:w="1440"/>
          </w:tcPr>
          <w:p>
            <w:r>
              <w:t>陈蓉</w:t>
            </w:r>
          </w:p>
        </w:tc>
        <w:tc>
          <w:tcPr>
            <w:tcW w:type="dxa" w:w="1440"/>
          </w:tcPr>
          <w:p>
            <w:r>
              <w:t>20232227522</w:t>
            </w:r>
          </w:p>
        </w:tc>
        <w:tc>
          <w:tcPr>
            <w:tcW w:type="dxa" w:w="1440"/>
          </w:tcPr>
          <w:p>
            <w:r>
              <w:t>李溪然</w:t>
            </w:r>
          </w:p>
        </w:tc>
      </w:tr>
      <w:tr>
        <w:tc>
          <w:tcPr>
            <w:tcW w:type="dxa" w:w="1440"/>
          </w:tcPr>
          <w:p>
            <w:r>
              <w:t>20232226501</w:t>
            </w:r>
          </w:p>
        </w:tc>
        <w:tc>
          <w:tcPr>
            <w:tcW w:type="dxa" w:w="1440"/>
          </w:tcPr>
          <w:p>
            <w:r>
              <w:t>白芷茵</w:t>
            </w:r>
          </w:p>
        </w:tc>
        <w:tc>
          <w:tcPr>
            <w:tcW w:type="dxa" w:w="1440"/>
          </w:tcPr>
          <w:p>
            <w:r>
              <w:t>20232200962</w:t>
            </w:r>
          </w:p>
        </w:tc>
        <w:tc>
          <w:tcPr>
            <w:tcW w:type="dxa" w:w="1440"/>
          </w:tcPr>
          <w:p>
            <w:r>
              <w:t>薛晴月</w:t>
            </w:r>
          </w:p>
        </w:tc>
        <w:tc>
          <w:tcPr>
            <w:tcW w:type="dxa" w:w="1440"/>
          </w:tcPr>
          <w:p>
            <w:r>
              <w:t>20232227496</w:t>
            </w:r>
          </w:p>
        </w:tc>
        <w:tc>
          <w:tcPr>
            <w:tcW w:type="dxa" w:w="1440"/>
          </w:tcPr>
          <w:p>
            <w:r>
              <w:t>赵蕊</w:t>
            </w:r>
          </w:p>
        </w:tc>
      </w:tr>
      <w:tr>
        <w:tc>
          <w:tcPr>
            <w:tcW w:type="dxa" w:w="1440"/>
          </w:tcPr>
          <w:p>
            <w:r>
              <w:t>20232227827</w:t>
            </w:r>
          </w:p>
        </w:tc>
        <w:tc>
          <w:tcPr>
            <w:tcW w:type="dxa" w:w="1440"/>
          </w:tcPr>
          <w:p>
            <w:r>
              <w:t>赵柏滢</w:t>
            </w:r>
          </w:p>
        </w:tc>
        <w:tc>
          <w:tcPr>
            <w:tcW w:type="dxa" w:w="1440"/>
          </w:tcPr>
          <w:p>
            <w:r>
              <w:t>20232208563</w:t>
            </w:r>
          </w:p>
        </w:tc>
        <w:tc>
          <w:tcPr>
            <w:tcW w:type="dxa" w:w="1440"/>
          </w:tcPr>
          <w:p>
            <w:r>
              <w:t>丁子桓</w:t>
            </w:r>
          </w:p>
        </w:tc>
        <w:tc>
          <w:tcPr>
            <w:tcW w:type="dxa" w:w="1440"/>
          </w:tcPr>
          <w:p>
            <w:r>
              <w:t>20232218332</w:t>
            </w:r>
          </w:p>
        </w:tc>
        <w:tc>
          <w:tcPr>
            <w:tcW w:type="dxa" w:w="1440"/>
          </w:tcPr>
          <w:p>
            <w:r>
              <w:t>宋鹏慧</w:t>
            </w:r>
          </w:p>
        </w:tc>
      </w:tr>
      <w:tr>
        <w:tc>
          <w:tcPr>
            <w:tcW w:type="dxa" w:w="1440"/>
          </w:tcPr>
          <w:p>
            <w:r>
              <w:t>20232223724</w:t>
            </w:r>
          </w:p>
        </w:tc>
        <w:tc>
          <w:tcPr>
            <w:tcW w:type="dxa" w:w="1440"/>
          </w:tcPr>
          <w:p>
            <w:r>
              <w:t>马芳婷</w:t>
            </w:r>
          </w:p>
        </w:tc>
        <w:tc>
          <w:tcPr>
            <w:tcW w:type="dxa" w:w="1440"/>
          </w:tcPr>
          <w:p>
            <w:r>
              <w:t>20232205279</w:t>
            </w:r>
          </w:p>
        </w:tc>
        <w:tc>
          <w:tcPr>
            <w:tcW w:type="dxa" w:w="1440"/>
          </w:tcPr>
          <w:p>
            <w:r>
              <w:t>唐静怡</w:t>
            </w:r>
          </w:p>
        </w:tc>
        <w:tc>
          <w:tcPr>
            <w:tcW w:type="dxa" w:w="1440"/>
          </w:tcPr>
          <w:p>
            <w:r>
              <w:t>20232224698</w:t>
            </w:r>
          </w:p>
        </w:tc>
        <w:tc>
          <w:tcPr>
            <w:tcW w:type="dxa" w:w="1440"/>
          </w:tcPr>
          <w:p>
            <w:r>
              <w:t>梁琳虹</w:t>
            </w:r>
          </w:p>
        </w:tc>
      </w:tr>
      <w:tr>
        <w:tc>
          <w:tcPr>
            <w:tcW w:type="dxa" w:w="1440"/>
          </w:tcPr>
          <w:p>
            <w:r>
              <w:t>20232211778</w:t>
            </w:r>
          </w:p>
        </w:tc>
        <w:tc>
          <w:tcPr>
            <w:tcW w:type="dxa" w:w="1440"/>
          </w:tcPr>
          <w:p>
            <w:r>
              <w:t>徐飞越</w:t>
            </w:r>
          </w:p>
        </w:tc>
        <w:tc>
          <w:tcPr>
            <w:tcW w:type="dxa" w:w="1440"/>
          </w:tcPr>
          <w:p>
            <w:r>
              <w:t>20232225604</w:t>
            </w:r>
          </w:p>
        </w:tc>
        <w:tc>
          <w:tcPr>
            <w:tcW w:type="dxa" w:w="1440"/>
          </w:tcPr>
          <w:p>
            <w:r>
              <w:t>李惟笑</w:t>
            </w:r>
          </w:p>
        </w:tc>
        <w:tc>
          <w:tcPr>
            <w:tcW w:type="dxa" w:w="1440"/>
          </w:tcPr>
          <w:p>
            <w:r>
              <w:t>20232211333</w:t>
            </w:r>
          </w:p>
        </w:tc>
        <w:tc>
          <w:tcPr>
            <w:tcW w:type="dxa" w:w="1440"/>
          </w:tcPr>
          <w:p>
            <w:r>
              <w:t>付玉</w:t>
            </w:r>
          </w:p>
        </w:tc>
      </w:tr>
      <w:tr>
        <w:tc>
          <w:tcPr>
            <w:tcW w:type="dxa" w:w="1440"/>
          </w:tcPr>
          <w:p>
            <w:r>
              <w:t>20232211220</w:t>
            </w:r>
          </w:p>
        </w:tc>
        <w:tc>
          <w:tcPr>
            <w:tcW w:type="dxa" w:w="1440"/>
          </w:tcPr>
          <w:p>
            <w:r>
              <w:t>王亚格</w:t>
            </w:r>
          </w:p>
        </w:tc>
        <w:tc>
          <w:tcPr>
            <w:tcW w:type="dxa" w:w="1440"/>
          </w:tcPr>
          <w:p>
            <w:r>
              <w:t>20232211169</w:t>
            </w:r>
          </w:p>
        </w:tc>
        <w:tc>
          <w:tcPr>
            <w:tcW w:type="dxa" w:w="1440"/>
          </w:tcPr>
          <w:p>
            <w:r>
              <w:t>张益瑄</w:t>
            </w:r>
          </w:p>
        </w:tc>
        <w:tc>
          <w:tcPr>
            <w:tcW w:type="dxa" w:w="1440"/>
          </w:tcPr>
          <w:p>
            <w:r>
              <w:t>20232215670</w:t>
            </w:r>
          </w:p>
        </w:tc>
        <w:tc>
          <w:tcPr>
            <w:tcW w:type="dxa" w:w="1440"/>
          </w:tcPr>
          <w:p>
            <w:r>
              <w:t>谢咏琪</w:t>
            </w:r>
          </w:p>
        </w:tc>
      </w:tr>
      <w:tr>
        <w:tc>
          <w:tcPr>
            <w:tcW w:type="dxa" w:w="1440"/>
          </w:tcPr>
          <w:p>
            <w:r>
              <w:t>20232210915</w:t>
            </w:r>
          </w:p>
        </w:tc>
        <w:tc>
          <w:tcPr>
            <w:tcW w:type="dxa" w:w="1440"/>
          </w:tcPr>
          <w:p>
            <w:r>
              <w:t>陈晨</w:t>
            </w:r>
          </w:p>
        </w:tc>
        <w:tc>
          <w:tcPr>
            <w:tcW w:type="dxa" w:w="1440"/>
          </w:tcPr>
          <w:p>
            <w:r>
              <w:t>20232221982</w:t>
            </w:r>
          </w:p>
        </w:tc>
        <w:tc>
          <w:tcPr>
            <w:tcW w:type="dxa" w:w="1440"/>
          </w:tcPr>
          <w:p>
            <w:r>
              <w:t>张宝今</w:t>
            </w:r>
          </w:p>
        </w:tc>
        <w:tc>
          <w:tcPr>
            <w:tcW w:type="dxa" w:w="1440"/>
          </w:tcPr>
          <w:p>
            <w:r>
              <w:t>20232210819</w:t>
            </w:r>
          </w:p>
        </w:tc>
        <w:tc>
          <w:tcPr>
            <w:tcW w:type="dxa" w:w="1440"/>
          </w:tcPr>
          <w:p>
            <w:r>
              <w:t>梁富添</w:t>
            </w:r>
          </w:p>
        </w:tc>
      </w:tr>
      <w:tr>
        <w:tc>
          <w:tcPr>
            <w:tcW w:type="dxa" w:w="1440"/>
          </w:tcPr>
          <w:p>
            <w:r>
              <w:t>20232219577</w:t>
            </w:r>
          </w:p>
        </w:tc>
        <w:tc>
          <w:tcPr>
            <w:tcW w:type="dxa" w:w="1440"/>
          </w:tcPr>
          <w:p>
            <w:r>
              <w:t>陈霄宵</w:t>
            </w:r>
          </w:p>
        </w:tc>
        <w:tc>
          <w:tcPr>
            <w:tcW w:type="dxa" w:w="1440"/>
          </w:tcPr>
          <w:p>
            <w:r>
              <w:t>20232225370</w:t>
            </w:r>
          </w:p>
        </w:tc>
        <w:tc>
          <w:tcPr>
            <w:tcW w:type="dxa" w:w="1440"/>
          </w:tcPr>
          <w:p>
            <w:r>
              <w:t>张好</w:t>
            </w:r>
          </w:p>
        </w:tc>
        <w:tc>
          <w:tcPr>
            <w:tcW w:type="dxa" w:w="1440"/>
          </w:tcPr>
          <w:p>
            <w:r>
              <w:t>20232212021</w:t>
            </w:r>
          </w:p>
        </w:tc>
        <w:tc>
          <w:tcPr>
            <w:tcW w:type="dxa" w:w="1440"/>
          </w:tcPr>
          <w:p>
            <w:r>
              <w:t>成双</w:t>
            </w:r>
          </w:p>
        </w:tc>
      </w:tr>
      <w:tr>
        <w:tc>
          <w:tcPr>
            <w:tcW w:type="dxa" w:w="1440"/>
          </w:tcPr>
          <w:p>
            <w:r>
              <w:t>20232211572</w:t>
            </w:r>
          </w:p>
        </w:tc>
        <w:tc>
          <w:tcPr>
            <w:tcW w:type="dxa" w:w="1440"/>
          </w:tcPr>
          <w:p>
            <w:r>
              <w:t>李亚伦</w:t>
            </w:r>
          </w:p>
        </w:tc>
        <w:tc>
          <w:tcPr>
            <w:tcW w:type="dxa" w:w="1440"/>
          </w:tcPr>
          <w:p>
            <w:r>
              <w:t>20232208904</w:t>
            </w:r>
          </w:p>
        </w:tc>
        <w:tc>
          <w:tcPr>
            <w:tcW w:type="dxa" w:w="1440"/>
          </w:tcPr>
          <w:p>
            <w:r>
              <w:t>覃扬帆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r>
        <w:t>东南大学马克思主义学院</w:t>
      </w:r>
    </w:p>
    <w:p>
      <w:r>
        <w:t>2022年8月8日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