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关于公布马克思主义学院2021年推免生预选拔面试入选名单的通知</w:t>
      </w:r>
    </w:p>
    <w:p>
      <w:r>
        <w:t>各位申请我院推免生预选拔的同学：</w:t>
      </w:r>
    </w:p>
    <w:p>
      <w:r>
        <w:t>经过对各位申请报名信息的审核，现已初步确定我院2021年推免生预选拔入选名单（详见附表）。现就有关事项通知如下：</w:t>
      </w:r>
    </w:p>
    <w:p>
      <w:r>
        <w:t>1、请入选者登录原报名系统（http://121.248.63.139/zsgl/tmsgl/）查看申请状态，及时在系统中确认是否参加考核（截止确认时间：2021年9月8日24：00）。</w:t>
      </w:r>
    </w:p>
    <w:p>
      <w:r>
        <w:t>2、请入选并确认参加考核者加入QQ群：群号：961947773，或扫描附件二维码（验证信息：姓名+学校）。</w:t>
      </w:r>
    </w:p>
    <w:p>
      <w:r>
        <w:t>3、未及时在系统里确认参加、未及时加入QQ群的同学视为放弃参加本次推免生预选拔面试。</w:t>
      </w:r>
    </w:p>
    <w:p>
      <w:r>
        <w:t>4、推免生预选拔考核安排请随时关注我院官网和QQ群通知。</w:t>
      </w:r>
    </w:p>
    <w:p>
      <w:r>
        <w:t>附：1、QQ群二维码</w:t>
      </w:r>
    </w:p>
    <w:p>
      <w:r>
        <w:t>附：2、马克思主义学院2021年推免生预选拔入选名单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申请编号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  <w:tc>
          <w:tcPr>
            <w:tcW w:type="dxa" w:w="2160"/>
          </w:tcPr>
          <w:p>
            <w:r>
              <w:t>申请编号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</w:tr>
      <w:tr>
        <w:tc>
          <w:tcPr>
            <w:tcW w:type="dxa" w:w="2160"/>
          </w:tcPr>
          <w:p>
            <w:r>
              <w:t>2224038</w:t>
            </w:r>
          </w:p>
        </w:tc>
        <w:tc>
          <w:tcPr>
            <w:tcW w:type="dxa" w:w="2160"/>
          </w:tcPr>
          <w:p>
            <w:r>
              <w:t>田鑫妍</w:t>
            </w:r>
          </w:p>
        </w:tc>
        <w:tc>
          <w:tcPr>
            <w:tcW w:type="dxa" w:w="2160"/>
          </w:tcPr>
          <w:p>
            <w:r>
              <w:t>2214038</w:t>
            </w:r>
          </w:p>
        </w:tc>
        <w:tc>
          <w:tcPr>
            <w:tcW w:type="dxa" w:w="2160"/>
          </w:tcPr>
          <w:p>
            <w:r>
              <w:t>卿铭雪</w:t>
            </w:r>
          </w:p>
        </w:tc>
      </w:tr>
      <w:tr>
        <w:tc>
          <w:tcPr>
            <w:tcW w:type="dxa" w:w="2160"/>
          </w:tcPr>
          <w:p>
            <w:r>
              <w:t>2220963</w:t>
            </w:r>
          </w:p>
        </w:tc>
        <w:tc>
          <w:tcPr>
            <w:tcW w:type="dxa" w:w="2160"/>
          </w:tcPr>
          <w:p>
            <w:r>
              <w:t>施钰滢</w:t>
            </w:r>
          </w:p>
        </w:tc>
        <w:tc>
          <w:tcPr>
            <w:tcW w:type="dxa" w:w="2160"/>
          </w:tcPr>
          <w:p>
            <w:r>
              <w:t>2222570</w:t>
            </w:r>
          </w:p>
        </w:tc>
        <w:tc>
          <w:tcPr>
            <w:tcW w:type="dxa" w:w="2160"/>
          </w:tcPr>
          <w:p>
            <w:r>
              <w:t>李雪洁</w:t>
            </w:r>
          </w:p>
        </w:tc>
      </w:tr>
      <w:tr>
        <w:tc>
          <w:tcPr>
            <w:tcW w:type="dxa" w:w="2160"/>
          </w:tcPr>
          <w:p>
            <w:r>
              <w:t>2212477</w:t>
            </w:r>
          </w:p>
        </w:tc>
        <w:tc>
          <w:tcPr>
            <w:tcW w:type="dxa" w:w="2160"/>
          </w:tcPr>
          <w:p>
            <w:r>
              <w:t>邓婉莹</w:t>
            </w:r>
          </w:p>
        </w:tc>
        <w:tc>
          <w:tcPr>
            <w:tcW w:type="dxa" w:w="2160"/>
          </w:tcPr>
          <w:p>
            <w:r>
              <w:t>2223946</w:t>
            </w:r>
          </w:p>
        </w:tc>
        <w:tc>
          <w:tcPr>
            <w:tcW w:type="dxa" w:w="2160"/>
          </w:tcPr>
          <w:p>
            <w:r>
              <w:t>黄雪琦</w:t>
            </w:r>
          </w:p>
        </w:tc>
      </w:tr>
      <w:tr>
        <w:tc>
          <w:tcPr>
            <w:tcW w:type="dxa" w:w="2160"/>
          </w:tcPr>
          <w:p>
            <w:r>
              <w:t>2205150</w:t>
            </w:r>
          </w:p>
        </w:tc>
        <w:tc>
          <w:tcPr>
            <w:tcW w:type="dxa" w:w="2160"/>
          </w:tcPr>
          <w:p>
            <w:r>
              <w:t>章瑜益</w:t>
            </w:r>
          </w:p>
        </w:tc>
        <w:tc>
          <w:tcPr>
            <w:tcW w:type="dxa" w:w="2160"/>
          </w:tcPr>
          <w:p>
            <w:r>
              <w:t>2218936</w:t>
            </w:r>
          </w:p>
        </w:tc>
        <w:tc>
          <w:tcPr>
            <w:tcW w:type="dxa" w:w="2160"/>
          </w:tcPr>
          <w:p>
            <w:r>
              <w:t>伊妍雪</w:t>
            </w:r>
          </w:p>
        </w:tc>
      </w:tr>
      <w:tr>
        <w:tc>
          <w:tcPr>
            <w:tcW w:type="dxa" w:w="2160"/>
          </w:tcPr>
          <w:p>
            <w:r>
              <w:t>2222958</w:t>
            </w:r>
          </w:p>
        </w:tc>
        <w:tc>
          <w:tcPr>
            <w:tcW w:type="dxa" w:w="2160"/>
          </w:tcPr>
          <w:p>
            <w:r>
              <w:t>周维</w:t>
            </w:r>
          </w:p>
        </w:tc>
        <w:tc>
          <w:tcPr>
            <w:tcW w:type="dxa" w:w="2160"/>
          </w:tcPr>
          <w:p>
            <w:r>
              <w:t>2212242</w:t>
            </w:r>
          </w:p>
        </w:tc>
        <w:tc>
          <w:tcPr>
            <w:tcW w:type="dxa" w:w="2160"/>
          </w:tcPr>
          <w:p>
            <w:r>
              <w:t>吴月佳</w:t>
            </w:r>
          </w:p>
        </w:tc>
      </w:tr>
      <w:tr>
        <w:tc>
          <w:tcPr>
            <w:tcW w:type="dxa" w:w="2160"/>
          </w:tcPr>
          <w:p>
            <w:r>
              <w:t>2210484</w:t>
            </w:r>
          </w:p>
        </w:tc>
        <w:tc>
          <w:tcPr>
            <w:tcW w:type="dxa" w:w="2160"/>
          </w:tcPr>
          <w:p>
            <w:r>
              <w:t>毛婉婷</w:t>
            </w:r>
          </w:p>
        </w:tc>
        <w:tc>
          <w:tcPr>
            <w:tcW w:type="dxa" w:w="2160"/>
          </w:tcPr>
          <w:p>
            <w:r>
              <w:t>2224092</w:t>
            </w:r>
          </w:p>
        </w:tc>
        <w:tc>
          <w:tcPr>
            <w:tcW w:type="dxa" w:w="2160"/>
          </w:tcPr>
          <w:p>
            <w:r>
              <w:t>陈昕</w:t>
            </w:r>
          </w:p>
        </w:tc>
      </w:tr>
      <w:tr>
        <w:tc>
          <w:tcPr>
            <w:tcW w:type="dxa" w:w="2160"/>
          </w:tcPr>
          <w:p>
            <w:r>
              <w:t>2204046</w:t>
            </w:r>
          </w:p>
        </w:tc>
        <w:tc>
          <w:tcPr>
            <w:tcW w:type="dxa" w:w="2160"/>
          </w:tcPr>
          <w:p>
            <w:r>
              <w:t>张楠</w:t>
            </w:r>
          </w:p>
        </w:tc>
        <w:tc>
          <w:tcPr>
            <w:tcW w:type="dxa" w:w="2160"/>
          </w:tcPr>
          <w:p>
            <w:r>
              <w:t>2224381</w:t>
            </w:r>
          </w:p>
        </w:tc>
        <w:tc>
          <w:tcPr>
            <w:tcW w:type="dxa" w:w="2160"/>
          </w:tcPr>
          <w:p>
            <w:r>
              <w:t>向羽丽</w:t>
            </w:r>
          </w:p>
        </w:tc>
      </w:tr>
      <w:tr>
        <w:tc>
          <w:tcPr>
            <w:tcW w:type="dxa" w:w="2160"/>
          </w:tcPr>
          <w:p>
            <w:r>
              <w:t>2223746</w:t>
            </w:r>
          </w:p>
        </w:tc>
        <w:tc>
          <w:tcPr>
            <w:tcW w:type="dxa" w:w="2160"/>
          </w:tcPr>
          <w:p>
            <w:r>
              <w:t>魏秋瑶</w:t>
            </w:r>
          </w:p>
        </w:tc>
        <w:tc>
          <w:tcPr>
            <w:tcW w:type="dxa" w:w="2160"/>
          </w:tcPr>
          <w:p>
            <w:r>
              <w:t>2221311</w:t>
            </w:r>
          </w:p>
        </w:tc>
        <w:tc>
          <w:tcPr>
            <w:tcW w:type="dxa" w:w="2160"/>
          </w:tcPr>
          <w:p>
            <w:r>
              <w:t>刘璇</w:t>
            </w:r>
          </w:p>
        </w:tc>
      </w:tr>
      <w:tr>
        <w:tc>
          <w:tcPr>
            <w:tcW w:type="dxa" w:w="2160"/>
          </w:tcPr>
          <w:p>
            <w:r>
              <w:t>2224101</w:t>
            </w:r>
          </w:p>
        </w:tc>
        <w:tc>
          <w:tcPr>
            <w:tcW w:type="dxa" w:w="2160"/>
          </w:tcPr>
          <w:p>
            <w:r>
              <w:t>刘自英</w:t>
            </w:r>
          </w:p>
        </w:tc>
        <w:tc>
          <w:tcPr>
            <w:tcW w:type="dxa" w:w="2160"/>
          </w:tcPr>
          <w:p>
            <w:r>
              <w:t>2216380</w:t>
            </w:r>
          </w:p>
        </w:tc>
        <w:tc>
          <w:tcPr>
            <w:tcW w:type="dxa" w:w="2160"/>
          </w:tcPr>
          <w:p>
            <w:r>
              <w:t>陈雪薇</w:t>
            </w:r>
          </w:p>
        </w:tc>
      </w:tr>
      <w:tr>
        <w:tc>
          <w:tcPr>
            <w:tcW w:type="dxa" w:w="2160"/>
          </w:tcPr>
          <w:p>
            <w:r>
              <w:t>2224361</w:t>
            </w:r>
          </w:p>
        </w:tc>
        <w:tc>
          <w:tcPr>
            <w:tcW w:type="dxa" w:w="2160"/>
          </w:tcPr>
          <w:p>
            <w:r>
              <w:t>柴金来</w:t>
            </w:r>
          </w:p>
        </w:tc>
        <w:tc>
          <w:tcPr>
            <w:tcW w:type="dxa" w:w="2160"/>
          </w:tcPr>
          <w:p>
            <w:r>
              <w:t>2224209</w:t>
            </w:r>
          </w:p>
        </w:tc>
        <w:tc>
          <w:tcPr>
            <w:tcW w:type="dxa" w:w="2160"/>
          </w:tcPr>
          <w:p>
            <w:r>
              <w:t>刘佩霞</w:t>
            </w:r>
          </w:p>
        </w:tc>
      </w:tr>
      <w:tr>
        <w:tc>
          <w:tcPr>
            <w:tcW w:type="dxa" w:w="2160"/>
          </w:tcPr>
          <w:p>
            <w:r>
              <w:t>2220890</w:t>
            </w:r>
          </w:p>
        </w:tc>
        <w:tc>
          <w:tcPr>
            <w:tcW w:type="dxa" w:w="2160"/>
          </w:tcPr>
          <w:p>
            <w:r>
              <w:t>卢一丹</w:t>
            </w:r>
          </w:p>
        </w:tc>
        <w:tc>
          <w:tcPr>
            <w:tcW w:type="dxa" w:w="2160"/>
          </w:tcPr>
          <w:p>
            <w:r>
              <w:t>2223248</w:t>
            </w:r>
          </w:p>
        </w:tc>
        <w:tc>
          <w:tcPr>
            <w:tcW w:type="dxa" w:w="2160"/>
          </w:tcPr>
          <w:p>
            <w:r>
              <w:t>孙伟</w:t>
            </w:r>
          </w:p>
        </w:tc>
      </w:tr>
      <w:tr>
        <w:tc>
          <w:tcPr>
            <w:tcW w:type="dxa" w:w="2160"/>
          </w:tcPr>
          <w:p>
            <w:r>
              <w:t>2203412</w:t>
            </w:r>
          </w:p>
        </w:tc>
        <w:tc>
          <w:tcPr>
            <w:tcW w:type="dxa" w:w="2160"/>
          </w:tcPr>
          <w:p>
            <w:r>
              <w:t>张晨</w:t>
            </w:r>
          </w:p>
        </w:tc>
        <w:tc>
          <w:tcPr>
            <w:tcW w:type="dxa" w:w="2160"/>
          </w:tcPr>
          <w:p>
            <w:r>
              <w:t>2224422</w:t>
            </w:r>
          </w:p>
        </w:tc>
        <w:tc>
          <w:tcPr>
            <w:tcW w:type="dxa" w:w="2160"/>
          </w:tcPr>
          <w:p>
            <w:r>
              <w:t>崔颖文</w:t>
            </w:r>
          </w:p>
        </w:tc>
      </w:tr>
      <w:tr>
        <w:tc>
          <w:tcPr>
            <w:tcW w:type="dxa" w:w="2160"/>
          </w:tcPr>
          <w:p>
            <w:r>
              <w:t>2219944</w:t>
            </w:r>
          </w:p>
        </w:tc>
        <w:tc>
          <w:tcPr>
            <w:tcW w:type="dxa" w:w="2160"/>
          </w:tcPr>
          <w:p>
            <w:r>
              <w:t>余亚楠</w:t>
            </w:r>
          </w:p>
        </w:tc>
        <w:tc>
          <w:tcPr>
            <w:tcW w:type="dxa" w:w="2160"/>
          </w:tcPr>
          <w:p>
            <w:r>
              <w:t>2224307</w:t>
            </w:r>
          </w:p>
        </w:tc>
        <w:tc>
          <w:tcPr>
            <w:tcW w:type="dxa" w:w="2160"/>
          </w:tcPr>
          <w:p>
            <w:r>
              <w:t>徐冰夷</w:t>
            </w:r>
          </w:p>
        </w:tc>
      </w:tr>
      <w:tr>
        <w:tc>
          <w:tcPr>
            <w:tcW w:type="dxa" w:w="2160"/>
          </w:tcPr>
          <w:p>
            <w:r>
              <w:t>2224028</w:t>
            </w:r>
          </w:p>
        </w:tc>
        <w:tc>
          <w:tcPr>
            <w:tcW w:type="dxa" w:w="2160"/>
          </w:tcPr>
          <w:p>
            <w:r>
              <w:t>郑开心</w:t>
            </w:r>
          </w:p>
        </w:tc>
        <w:tc>
          <w:tcPr>
            <w:tcW w:type="dxa" w:w="2160"/>
          </w:tcPr>
          <w:p>
            <w:r>
              <w:t>2205267</w:t>
            </w:r>
          </w:p>
        </w:tc>
        <w:tc>
          <w:tcPr>
            <w:tcW w:type="dxa" w:w="2160"/>
          </w:tcPr>
          <w:p>
            <w:r>
              <w:t>水淼君</w:t>
            </w:r>
          </w:p>
        </w:tc>
      </w:tr>
      <w:tr>
        <w:tc>
          <w:tcPr>
            <w:tcW w:type="dxa" w:w="2160"/>
          </w:tcPr>
          <w:p>
            <w:r>
              <w:t>2218783</w:t>
            </w:r>
          </w:p>
        </w:tc>
        <w:tc>
          <w:tcPr>
            <w:tcW w:type="dxa" w:w="2160"/>
          </w:tcPr>
          <w:p>
            <w:r>
              <w:t>迟敏</w:t>
            </w:r>
          </w:p>
        </w:tc>
        <w:tc>
          <w:tcPr>
            <w:tcW w:type="dxa" w:w="2160"/>
          </w:tcPr>
          <w:p>
            <w:r>
              <w:t>2222946</w:t>
            </w:r>
          </w:p>
        </w:tc>
        <w:tc>
          <w:tcPr>
            <w:tcW w:type="dxa" w:w="2160"/>
          </w:tcPr>
          <w:p>
            <w:r>
              <w:t>刘欣悦</w:t>
            </w:r>
          </w:p>
        </w:tc>
      </w:tr>
      <w:tr>
        <w:tc>
          <w:tcPr>
            <w:tcW w:type="dxa" w:w="2160"/>
          </w:tcPr>
          <w:p>
            <w:r>
              <w:t>2223940</w:t>
            </w:r>
          </w:p>
        </w:tc>
        <w:tc>
          <w:tcPr>
            <w:tcW w:type="dxa" w:w="2160"/>
          </w:tcPr>
          <w:p>
            <w:r>
              <w:t>刘佳</w:t>
            </w:r>
          </w:p>
        </w:tc>
        <w:tc>
          <w:tcPr>
            <w:tcW w:type="dxa" w:w="2160"/>
          </w:tcPr>
          <w:p>
            <w:r>
              <w:t>2222118</w:t>
            </w:r>
          </w:p>
        </w:tc>
        <w:tc>
          <w:tcPr>
            <w:tcW w:type="dxa" w:w="2160"/>
          </w:tcPr>
          <w:p>
            <w:r>
              <w:t>刘倩如</w:t>
            </w:r>
          </w:p>
        </w:tc>
      </w:tr>
      <w:tr>
        <w:tc>
          <w:tcPr>
            <w:tcW w:type="dxa" w:w="2160"/>
          </w:tcPr>
          <w:p>
            <w:r>
              <w:t>2224325</w:t>
            </w:r>
          </w:p>
        </w:tc>
        <w:tc>
          <w:tcPr>
            <w:tcW w:type="dxa" w:w="2160"/>
          </w:tcPr>
          <w:p>
            <w:r>
              <w:t>王旭瑶</w:t>
            </w:r>
          </w:p>
        </w:tc>
        <w:tc>
          <w:tcPr>
            <w:tcW w:type="dxa" w:w="2160"/>
          </w:tcPr>
          <w:p>
            <w:r>
              <w:t>2224416</w:t>
            </w:r>
          </w:p>
        </w:tc>
        <w:tc>
          <w:tcPr>
            <w:tcW w:type="dxa" w:w="2160"/>
          </w:tcPr>
          <w:p>
            <w:r>
              <w:t>石佳</w:t>
            </w:r>
          </w:p>
        </w:tc>
      </w:tr>
      <w:tr>
        <w:tc>
          <w:tcPr>
            <w:tcW w:type="dxa" w:w="2160"/>
          </w:tcPr>
          <w:p>
            <w:r>
              <w:t>2219416</w:t>
            </w:r>
          </w:p>
        </w:tc>
        <w:tc>
          <w:tcPr>
            <w:tcW w:type="dxa" w:w="2160"/>
          </w:tcPr>
          <w:p>
            <w:r>
              <w:t>刘晗琪</w:t>
            </w:r>
          </w:p>
        </w:tc>
        <w:tc>
          <w:tcPr>
            <w:tcW w:type="dxa" w:w="2160"/>
          </w:tcPr>
          <w:p>
            <w:r>
              <w:t>2224317</w:t>
            </w:r>
          </w:p>
        </w:tc>
        <w:tc>
          <w:tcPr>
            <w:tcW w:type="dxa" w:w="2160"/>
          </w:tcPr>
          <w:p>
            <w:r>
              <w:t>李嘉琪</w:t>
            </w:r>
          </w:p>
        </w:tc>
      </w:tr>
      <w:tr>
        <w:tc>
          <w:tcPr>
            <w:tcW w:type="dxa" w:w="2160"/>
          </w:tcPr>
          <w:p>
            <w:r>
              <w:t>2216147</w:t>
            </w:r>
          </w:p>
        </w:tc>
        <w:tc>
          <w:tcPr>
            <w:tcW w:type="dxa" w:w="2160"/>
          </w:tcPr>
          <w:p>
            <w:r>
              <w:t>徐靓婧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r>
        <w:t>东南大学马克思主义学院</w:t>
      </w:r>
    </w:p>
    <w:p>
      <w:r>
        <w:t>2021年9月6日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