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关于公布马克思主义学院2021年推免生预选拔入选名单的通知</w:t>
      </w:r>
    </w:p>
    <w:p>
      <w:r>
        <w:t>各位申请我院推免生预选拔的同学：</w:t>
      </w:r>
    </w:p>
    <w:p>
      <w:r>
        <w:t>经过对各位申请报名信息的审核，现已初步确定我院2021年推免生预选拔入选名单（详见附表）。现就有关事项通知如下：</w:t>
      </w:r>
    </w:p>
    <w:p>
      <w:r>
        <w:t>1、请入选者登录原报名系统（http://121.248.63.139/zsgl/tmsgl/）查看申请状态，及时在系统中确认是否参加考核（截止确认时间：2020年8月27日24：00）。加入QQ群：群号：765499025，或扫描附件二维码（验证信息：姓名+学校）。</w:t>
      </w:r>
    </w:p>
    <w:p>
      <w:r>
        <w:t>2、请入选者准备以下材料：</w:t>
      </w:r>
    </w:p>
    <w:p>
      <w:r>
        <w:t>1)《东南大学接收推荐免试研究生申请表》（可通过“系统”打印）。</w:t>
      </w:r>
    </w:p>
    <w:p>
      <w:r>
        <w:t>2)本人居民身份证和学生证原件。</w:t>
      </w:r>
    </w:p>
    <w:p>
      <w:r>
        <w:t>3)现有本科阶段成绩单与专业总评成绩排名原件（须学校教务部门或学院盖章）。</w:t>
      </w:r>
    </w:p>
    <w:p>
      <w:r>
        <w:t>4)外语水平证明（如CET-4、CET-6、TOEFL、IELTS等的证书或成绩单）。</w:t>
      </w:r>
    </w:p>
    <w:p>
      <w:r>
        <w:t>5)其他材料，如校级及以上获奖证书、公开发表的学术论文、资格证书等。</w:t>
      </w:r>
    </w:p>
    <w:p>
      <w:r>
        <w:t>6)如申请本科直博，还须提交与申请学科相关的两位具有副教授及以上（或相当）职称的专家填写的“专家推荐信”，表格在yzb.seu.edu.cn下载区域中下载。</w:t>
      </w:r>
    </w:p>
    <w:p>
      <w:r>
        <w:t>请入选者在8月28日之前，将以上材料按序号整理排序，放在一个PDF中，要求有目录、页数和页眉，在每一页的右上角页眉处做好内容标记，方便专家查看。PDF命名方式：申请编号+姓名。PDF文件需压缩后，发送邮箱为zhoui19_80@163.com，请勿重复发送。所提交的材料必须保证真实准确，若弄虚作假，一经发现，立即取消申请资格。未及时在系统中确认参加、未及时发送材料的同学视为放弃参加本次选拔。</w:t>
      </w:r>
    </w:p>
    <w:p>
      <w:r>
        <w:t>3、推免生预选拔考核安排请随时关注我院官网和QQ群通知。</w:t>
      </w:r>
    </w:p>
    <w:p>
      <w:r>
        <w:t>东南大学马克思主义学院</w:t>
      </w:r>
    </w:p>
    <w:p>
      <w:r>
        <w:t>2020年8月24日</w:t>
      </w:r>
    </w:p>
    <w:p>
      <w:r>
        <w:t>附：1、QQ群二维码</w:t>
      </w:r>
    </w:p>
    <w:p>
      <w:r>
        <w:t>附：2、马克思主义学院2021年推免生预选拔入选名单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申请编号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申请编号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2101091</w:t>
            </w:r>
          </w:p>
        </w:tc>
        <w:tc>
          <w:tcPr>
            <w:tcW w:type="dxa" w:w="2160"/>
          </w:tcPr>
          <w:p>
            <w:r>
              <w:t>毕娟</w:t>
            </w:r>
          </w:p>
        </w:tc>
        <w:tc>
          <w:tcPr>
            <w:tcW w:type="dxa" w:w="2160"/>
          </w:tcPr>
          <w:p>
            <w:r>
              <w:t>2113431</w:t>
            </w:r>
          </w:p>
        </w:tc>
        <w:tc>
          <w:tcPr>
            <w:tcW w:type="dxa" w:w="2160"/>
          </w:tcPr>
          <w:p>
            <w:r>
              <w:t>贾姣妹</w:t>
            </w:r>
          </w:p>
        </w:tc>
      </w:tr>
      <w:tr>
        <w:tc>
          <w:tcPr>
            <w:tcW w:type="dxa" w:w="2160"/>
          </w:tcPr>
          <w:p>
            <w:r>
              <w:t>2101106</w:t>
            </w:r>
          </w:p>
        </w:tc>
        <w:tc>
          <w:tcPr>
            <w:tcW w:type="dxa" w:w="2160"/>
          </w:tcPr>
          <w:p>
            <w:r>
              <w:t>任玉琦</w:t>
            </w:r>
          </w:p>
        </w:tc>
        <w:tc>
          <w:tcPr>
            <w:tcW w:type="dxa" w:w="2160"/>
          </w:tcPr>
          <w:p>
            <w:r>
              <w:t>2116204</w:t>
            </w:r>
          </w:p>
        </w:tc>
        <w:tc>
          <w:tcPr>
            <w:tcW w:type="dxa" w:w="2160"/>
          </w:tcPr>
          <w:p>
            <w:r>
              <w:t>吕筱冉</w:t>
            </w:r>
          </w:p>
        </w:tc>
      </w:tr>
      <w:tr>
        <w:tc>
          <w:tcPr>
            <w:tcW w:type="dxa" w:w="2160"/>
          </w:tcPr>
          <w:p>
            <w:r>
              <w:t>2101707</w:t>
            </w:r>
          </w:p>
        </w:tc>
        <w:tc>
          <w:tcPr>
            <w:tcW w:type="dxa" w:w="2160"/>
          </w:tcPr>
          <w:p>
            <w:r>
              <w:t>马乐惠</w:t>
            </w:r>
          </w:p>
        </w:tc>
        <w:tc>
          <w:tcPr>
            <w:tcW w:type="dxa" w:w="2160"/>
          </w:tcPr>
          <w:p>
            <w:r>
              <w:t>2116388</w:t>
            </w:r>
          </w:p>
        </w:tc>
        <w:tc>
          <w:tcPr>
            <w:tcW w:type="dxa" w:w="2160"/>
          </w:tcPr>
          <w:p>
            <w:r>
              <w:t>张衡</w:t>
            </w:r>
          </w:p>
        </w:tc>
      </w:tr>
      <w:tr>
        <w:tc>
          <w:tcPr>
            <w:tcW w:type="dxa" w:w="2160"/>
          </w:tcPr>
          <w:p>
            <w:r>
              <w:t>2102854</w:t>
            </w:r>
          </w:p>
        </w:tc>
        <w:tc>
          <w:tcPr>
            <w:tcW w:type="dxa" w:w="2160"/>
          </w:tcPr>
          <w:p>
            <w:r>
              <w:t>牟家莹</w:t>
            </w:r>
          </w:p>
        </w:tc>
        <w:tc>
          <w:tcPr>
            <w:tcW w:type="dxa" w:w="2160"/>
          </w:tcPr>
          <w:p>
            <w:r>
              <w:t>2116419</w:t>
            </w:r>
          </w:p>
        </w:tc>
        <w:tc>
          <w:tcPr>
            <w:tcW w:type="dxa" w:w="2160"/>
          </w:tcPr>
          <w:p>
            <w:r>
              <w:t>韩东甫</w:t>
            </w:r>
          </w:p>
        </w:tc>
      </w:tr>
      <w:tr>
        <w:tc>
          <w:tcPr>
            <w:tcW w:type="dxa" w:w="2160"/>
          </w:tcPr>
          <w:p>
            <w:r>
              <w:t>2102920</w:t>
            </w:r>
          </w:p>
        </w:tc>
        <w:tc>
          <w:tcPr>
            <w:tcW w:type="dxa" w:w="2160"/>
          </w:tcPr>
          <w:p>
            <w:r>
              <w:t>邹思怡</w:t>
            </w:r>
          </w:p>
        </w:tc>
        <w:tc>
          <w:tcPr>
            <w:tcW w:type="dxa" w:w="2160"/>
          </w:tcPr>
          <w:p>
            <w:r>
              <w:t>2116564</w:t>
            </w:r>
          </w:p>
        </w:tc>
        <w:tc>
          <w:tcPr>
            <w:tcW w:type="dxa" w:w="2160"/>
          </w:tcPr>
          <w:p>
            <w:r>
              <w:t>祝惠芸</w:t>
            </w:r>
          </w:p>
        </w:tc>
      </w:tr>
      <w:tr>
        <w:tc>
          <w:tcPr>
            <w:tcW w:type="dxa" w:w="2160"/>
          </w:tcPr>
          <w:p>
            <w:r>
              <w:t>2103615</w:t>
            </w:r>
          </w:p>
        </w:tc>
        <w:tc>
          <w:tcPr>
            <w:tcW w:type="dxa" w:w="2160"/>
          </w:tcPr>
          <w:p>
            <w:r>
              <w:t>吴家臣</w:t>
            </w:r>
          </w:p>
        </w:tc>
        <w:tc>
          <w:tcPr>
            <w:tcW w:type="dxa" w:w="2160"/>
          </w:tcPr>
          <w:p>
            <w:r>
              <w:t>2116784</w:t>
            </w:r>
          </w:p>
        </w:tc>
        <w:tc>
          <w:tcPr>
            <w:tcW w:type="dxa" w:w="2160"/>
          </w:tcPr>
          <w:p>
            <w:r>
              <w:t>王丽雅</w:t>
            </w:r>
          </w:p>
        </w:tc>
      </w:tr>
      <w:tr>
        <w:tc>
          <w:tcPr>
            <w:tcW w:type="dxa" w:w="2160"/>
          </w:tcPr>
          <w:p>
            <w:r>
              <w:t>2105329</w:t>
            </w:r>
          </w:p>
        </w:tc>
        <w:tc>
          <w:tcPr>
            <w:tcW w:type="dxa" w:w="2160"/>
          </w:tcPr>
          <w:p>
            <w:r>
              <w:t>杨宇</w:t>
            </w:r>
          </w:p>
        </w:tc>
        <w:tc>
          <w:tcPr>
            <w:tcW w:type="dxa" w:w="2160"/>
          </w:tcPr>
          <w:p>
            <w:r>
              <w:t>2116826</w:t>
            </w:r>
          </w:p>
        </w:tc>
        <w:tc>
          <w:tcPr>
            <w:tcW w:type="dxa" w:w="2160"/>
          </w:tcPr>
          <w:p>
            <w:r>
              <w:t>孔昕瑜</w:t>
            </w:r>
          </w:p>
        </w:tc>
      </w:tr>
      <w:tr>
        <w:tc>
          <w:tcPr>
            <w:tcW w:type="dxa" w:w="2160"/>
          </w:tcPr>
          <w:p>
            <w:r>
              <w:t>2105770</w:t>
            </w:r>
          </w:p>
        </w:tc>
        <w:tc>
          <w:tcPr>
            <w:tcW w:type="dxa" w:w="2160"/>
          </w:tcPr>
          <w:p>
            <w:r>
              <w:t>孙钰涵</w:t>
            </w:r>
          </w:p>
        </w:tc>
        <w:tc>
          <w:tcPr>
            <w:tcW w:type="dxa" w:w="2160"/>
          </w:tcPr>
          <w:p>
            <w:r>
              <w:t>2116979</w:t>
            </w:r>
          </w:p>
        </w:tc>
        <w:tc>
          <w:tcPr>
            <w:tcW w:type="dxa" w:w="2160"/>
          </w:tcPr>
          <w:p>
            <w:r>
              <w:t>温颖奇</w:t>
            </w:r>
          </w:p>
        </w:tc>
      </w:tr>
      <w:tr>
        <w:tc>
          <w:tcPr>
            <w:tcW w:type="dxa" w:w="2160"/>
          </w:tcPr>
          <w:p>
            <w:r>
              <w:t>2108131</w:t>
            </w:r>
          </w:p>
        </w:tc>
        <w:tc>
          <w:tcPr>
            <w:tcW w:type="dxa" w:w="2160"/>
          </w:tcPr>
          <w:p>
            <w:r>
              <w:t>吴雅婷</w:t>
            </w:r>
          </w:p>
        </w:tc>
        <w:tc>
          <w:tcPr>
            <w:tcW w:type="dxa" w:w="2160"/>
          </w:tcPr>
          <w:p>
            <w:r>
              <w:t>2116981</w:t>
            </w:r>
          </w:p>
        </w:tc>
        <w:tc>
          <w:tcPr>
            <w:tcW w:type="dxa" w:w="2160"/>
          </w:tcPr>
          <w:p>
            <w:r>
              <w:t>李德邻</w:t>
            </w:r>
          </w:p>
        </w:tc>
      </w:tr>
      <w:tr>
        <w:tc>
          <w:tcPr>
            <w:tcW w:type="dxa" w:w="2160"/>
          </w:tcPr>
          <w:p>
            <w:r>
              <w:t>2108349</w:t>
            </w:r>
          </w:p>
        </w:tc>
        <w:tc>
          <w:tcPr>
            <w:tcW w:type="dxa" w:w="2160"/>
          </w:tcPr>
          <w:p>
            <w:r>
              <w:t>金云</w:t>
            </w:r>
          </w:p>
        </w:tc>
        <w:tc>
          <w:tcPr>
            <w:tcW w:type="dxa" w:w="2160"/>
          </w:tcPr>
          <w:p>
            <w:r>
              <w:t>2117439</w:t>
            </w:r>
          </w:p>
        </w:tc>
        <w:tc>
          <w:tcPr>
            <w:tcW w:type="dxa" w:w="2160"/>
          </w:tcPr>
          <w:p>
            <w:r>
              <w:t>谢丝丝</w:t>
            </w:r>
          </w:p>
        </w:tc>
      </w:tr>
      <w:tr>
        <w:tc>
          <w:tcPr>
            <w:tcW w:type="dxa" w:w="2160"/>
          </w:tcPr>
          <w:p>
            <w:r>
              <w:t>2108629</w:t>
            </w:r>
          </w:p>
        </w:tc>
        <w:tc>
          <w:tcPr>
            <w:tcW w:type="dxa" w:w="2160"/>
          </w:tcPr>
          <w:p>
            <w:r>
              <w:t>李璐</w:t>
            </w:r>
          </w:p>
        </w:tc>
        <w:tc>
          <w:tcPr>
            <w:tcW w:type="dxa" w:w="2160"/>
          </w:tcPr>
          <w:p>
            <w:r>
              <w:t>2117633</w:t>
            </w:r>
          </w:p>
        </w:tc>
        <w:tc>
          <w:tcPr>
            <w:tcW w:type="dxa" w:w="2160"/>
          </w:tcPr>
          <w:p>
            <w:r>
              <w:t>王梦雅</w:t>
            </w:r>
          </w:p>
        </w:tc>
      </w:tr>
      <w:tr>
        <w:tc>
          <w:tcPr>
            <w:tcW w:type="dxa" w:w="2160"/>
          </w:tcPr>
          <w:p>
            <w:r>
              <w:t>2109046</w:t>
            </w:r>
          </w:p>
        </w:tc>
        <w:tc>
          <w:tcPr>
            <w:tcW w:type="dxa" w:w="2160"/>
          </w:tcPr>
          <w:p>
            <w:r>
              <w:t>路浩轩</w:t>
            </w:r>
          </w:p>
        </w:tc>
        <w:tc>
          <w:tcPr>
            <w:tcW w:type="dxa" w:w="2160"/>
          </w:tcPr>
          <w:p>
            <w:r>
              <w:t>2117675</w:t>
            </w:r>
          </w:p>
        </w:tc>
        <w:tc>
          <w:tcPr>
            <w:tcW w:type="dxa" w:w="2160"/>
          </w:tcPr>
          <w:p>
            <w:r>
              <w:t>刘岩</w:t>
            </w:r>
          </w:p>
        </w:tc>
      </w:tr>
      <w:tr>
        <w:tc>
          <w:tcPr>
            <w:tcW w:type="dxa" w:w="2160"/>
          </w:tcPr>
          <w:p>
            <w:r>
              <w:t>2110042</w:t>
            </w:r>
          </w:p>
        </w:tc>
        <w:tc>
          <w:tcPr>
            <w:tcW w:type="dxa" w:w="2160"/>
          </w:tcPr>
          <w:p>
            <w:r>
              <w:t>乐娟</w:t>
            </w:r>
          </w:p>
        </w:tc>
        <w:tc>
          <w:tcPr>
            <w:tcW w:type="dxa" w:w="2160"/>
          </w:tcPr>
          <w:p>
            <w:r>
              <w:t>2117932</w:t>
            </w:r>
          </w:p>
        </w:tc>
        <w:tc>
          <w:tcPr>
            <w:tcW w:type="dxa" w:w="2160"/>
          </w:tcPr>
          <w:p>
            <w:r>
              <w:t>周炎</w:t>
            </w:r>
          </w:p>
        </w:tc>
      </w:tr>
      <w:tr>
        <w:tc>
          <w:tcPr>
            <w:tcW w:type="dxa" w:w="2160"/>
          </w:tcPr>
          <w:p>
            <w:r>
              <w:t>2110074</w:t>
            </w:r>
          </w:p>
        </w:tc>
        <w:tc>
          <w:tcPr>
            <w:tcW w:type="dxa" w:w="2160"/>
          </w:tcPr>
          <w:p>
            <w:r>
              <w:t>张悦</w:t>
            </w:r>
          </w:p>
        </w:tc>
        <w:tc>
          <w:tcPr>
            <w:tcW w:type="dxa" w:w="2160"/>
          </w:tcPr>
          <w:p>
            <w:r>
              <w:t>2118187</w:t>
            </w:r>
          </w:p>
        </w:tc>
        <w:tc>
          <w:tcPr>
            <w:tcW w:type="dxa" w:w="2160"/>
          </w:tcPr>
          <w:p>
            <w:r>
              <w:t>易雨凤</w:t>
            </w:r>
          </w:p>
        </w:tc>
      </w:tr>
      <w:tr>
        <w:tc>
          <w:tcPr>
            <w:tcW w:type="dxa" w:w="2160"/>
          </w:tcPr>
          <w:p>
            <w:r>
              <w:t>2110188</w:t>
            </w:r>
          </w:p>
        </w:tc>
        <w:tc>
          <w:tcPr>
            <w:tcW w:type="dxa" w:w="2160"/>
          </w:tcPr>
          <w:p>
            <w:r>
              <w:t>曹粤茗</w:t>
            </w:r>
          </w:p>
        </w:tc>
        <w:tc>
          <w:tcPr>
            <w:tcW w:type="dxa" w:w="2160"/>
          </w:tcPr>
          <w:p>
            <w:r>
              <w:t>2118280</w:t>
            </w:r>
          </w:p>
        </w:tc>
        <w:tc>
          <w:tcPr>
            <w:tcW w:type="dxa" w:w="2160"/>
          </w:tcPr>
          <w:p>
            <w:r>
              <w:t>罗馨蕊</w:t>
            </w:r>
          </w:p>
        </w:tc>
      </w:tr>
      <w:tr>
        <w:tc>
          <w:tcPr>
            <w:tcW w:type="dxa" w:w="2160"/>
          </w:tcPr>
          <w:p>
            <w:r>
              <w:t>2110736</w:t>
            </w:r>
          </w:p>
        </w:tc>
        <w:tc>
          <w:tcPr>
            <w:tcW w:type="dxa" w:w="2160"/>
          </w:tcPr>
          <w:p>
            <w:r>
              <w:t>陈嘉琪</w:t>
            </w:r>
          </w:p>
        </w:tc>
        <w:tc>
          <w:tcPr>
            <w:tcW w:type="dxa" w:w="2160"/>
          </w:tcPr>
          <w:p>
            <w:r>
              <w:t>2118356</w:t>
            </w:r>
          </w:p>
        </w:tc>
        <w:tc>
          <w:tcPr>
            <w:tcW w:type="dxa" w:w="2160"/>
          </w:tcPr>
          <w:p>
            <w:r>
              <w:t>张安琪</w:t>
            </w:r>
          </w:p>
        </w:tc>
      </w:tr>
      <w:tr>
        <w:tc>
          <w:tcPr>
            <w:tcW w:type="dxa" w:w="2160"/>
          </w:tcPr>
          <w:p>
            <w:r>
              <w:t>2110759</w:t>
            </w:r>
          </w:p>
        </w:tc>
        <w:tc>
          <w:tcPr>
            <w:tcW w:type="dxa" w:w="2160"/>
          </w:tcPr>
          <w:p>
            <w:r>
              <w:t>高玉平</w:t>
            </w:r>
          </w:p>
        </w:tc>
        <w:tc>
          <w:tcPr>
            <w:tcW w:type="dxa" w:w="2160"/>
          </w:tcPr>
          <w:p>
            <w:r>
              <w:t>2118514</w:t>
            </w:r>
          </w:p>
        </w:tc>
        <w:tc>
          <w:tcPr>
            <w:tcW w:type="dxa" w:w="2160"/>
          </w:tcPr>
          <w:p>
            <w:r>
              <w:t>丁政方</w:t>
            </w:r>
          </w:p>
        </w:tc>
      </w:tr>
      <w:tr>
        <w:tc>
          <w:tcPr>
            <w:tcW w:type="dxa" w:w="2160"/>
          </w:tcPr>
          <w:p>
            <w:r>
              <w:t>2111128</w:t>
            </w:r>
          </w:p>
        </w:tc>
        <w:tc>
          <w:tcPr>
            <w:tcW w:type="dxa" w:w="2160"/>
          </w:tcPr>
          <w:p>
            <w:r>
              <w:t>刘宏蕊</w:t>
            </w:r>
          </w:p>
        </w:tc>
        <w:tc>
          <w:tcPr>
            <w:tcW w:type="dxa" w:w="2160"/>
          </w:tcPr>
          <w:p>
            <w:r>
              <w:t>2118572</w:t>
            </w:r>
          </w:p>
        </w:tc>
        <w:tc>
          <w:tcPr>
            <w:tcW w:type="dxa" w:w="2160"/>
          </w:tcPr>
          <w:p>
            <w:r>
              <w:t>王云鹏</w:t>
            </w:r>
          </w:p>
        </w:tc>
      </w:tr>
      <w:tr>
        <w:tc>
          <w:tcPr>
            <w:tcW w:type="dxa" w:w="2160"/>
          </w:tcPr>
          <w:p>
            <w:r>
              <w:t>2111391</w:t>
            </w:r>
          </w:p>
        </w:tc>
        <w:tc>
          <w:tcPr>
            <w:tcW w:type="dxa" w:w="2160"/>
          </w:tcPr>
          <w:p>
            <w:r>
              <w:t>张钰涓</w:t>
            </w:r>
          </w:p>
        </w:tc>
        <w:tc>
          <w:tcPr>
            <w:tcW w:type="dxa" w:w="2160"/>
          </w:tcPr>
          <w:p>
            <w:r>
              <w:t>2118576</w:t>
            </w:r>
          </w:p>
        </w:tc>
        <w:tc>
          <w:tcPr>
            <w:tcW w:type="dxa" w:w="2160"/>
          </w:tcPr>
          <w:p>
            <w:r>
              <w:t>王天宇</w:t>
            </w:r>
          </w:p>
        </w:tc>
      </w:tr>
      <w:tr>
        <w:tc>
          <w:tcPr>
            <w:tcW w:type="dxa" w:w="2160"/>
          </w:tcPr>
          <w:p>
            <w:r>
              <w:t>2111423</w:t>
            </w:r>
          </w:p>
        </w:tc>
        <w:tc>
          <w:tcPr>
            <w:tcW w:type="dxa" w:w="2160"/>
          </w:tcPr>
          <w:p>
            <w:r>
              <w:t>张路易</w:t>
            </w:r>
          </w:p>
        </w:tc>
        <w:tc>
          <w:tcPr>
            <w:tcW w:type="dxa" w:w="2160"/>
          </w:tcPr>
          <w:p>
            <w:r>
              <w:t>2118700</w:t>
            </w:r>
          </w:p>
        </w:tc>
        <w:tc>
          <w:tcPr>
            <w:tcW w:type="dxa" w:w="2160"/>
          </w:tcPr>
          <w:p>
            <w:r>
              <w:t>朱毅煊</w:t>
            </w:r>
          </w:p>
        </w:tc>
      </w:tr>
      <w:tr>
        <w:tc>
          <w:tcPr>
            <w:tcW w:type="dxa" w:w="2160"/>
          </w:tcPr>
          <w:p>
            <w:r>
              <w:t>2111469</w:t>
            </w:r>
          </w:p>
        </w:tc>
        <w:tc>
          <w:tcPr>
            <w:tcW w:type="dxa" w:w="2160"/>
          </w:tcPr>
          <w:p>
            <w:r>
              <w:t>蒋梦真</w:t>
            </w:r>
          </w:p>
        </w:tc>
        <w:tc>
          <w:tcPr>
            <w:tcW w:type="dxa" w:w="2160"/>
          </w:tcPr>
          <w:p>
            <w:r>
              <w:t>2118721</w:t>
            </w:r>
          </w:p>
        </w:tc>
        <w:tc>
          <w:tcPr>
            <w:tcW w:type="dxa" w:w="2160"/>
          </w:tcPr>
          <w:p>
            <w:r>
              <w:t>王俊铮</w:t>
            </w:r>
          </w:p>
        </w:tc>
      </w:tr>
      <w:tr>
        <w:tc>
          <w:tcPr>
            <w:tcW w:type="dxa" w:w="2160"/>
          </w:tcPr>
          <w:p>
            <w:r>
              <w:t>2113154</w:t>
            </w:r>
          </w:p>
        </w:tc>
        <w:tc>
          <w:tcPr>
            <w:tcW w:type="dxa" w:w="2160"/>
          </w:tcPr>
          <w:p>
            <w:r>
              <w:t>孔奕博</w:t>
            </w:r>
          </w:p>
        </w:tc>
        <w:tc>
          <w:tcPr>
            <w:tcW w:type="dxa" w:w="2160"/>
          </w:tcPr>
          <w:p>
            <w:r>
              <w:t>2118752</w:t>
            </w:r>
          </w:p>
        </w:tc>
        <w:tc>
          <w:tcPr>
            <w:tcW w:type="dxa" w:w="2160"/>
          </w:tcPr>
          <w:p>
            <w:r>
              <w:t>王佩秀</w:t>
            </w:r>
          </w:p>
        </w:tc>
      </w:tr>
      <w:tr>
        <w:tc>
          <w:tcPr>
            <w:tcW w:type="dxa" w:w="2160"/>
          </w:tcPr>
          <w:p>
            <w:r>
              <w:t>2113256</w:t>
            </w:r>
          </w:p>
        </w:tc>
        <w:tc>
          <w:tcPr>
            <w:tcW w:type="dxa" w:w="2160"/>
          </w:tcPr>
          <w:p>
            <w:r>
              <w:t>陈蓉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