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东南大学艺术学院2027年接收推荐免试研究生考核结果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报考专业</w:t>
            </w:r>
          </w:p>
        </w:tc>
        <w:tc>
          <w:tcPr>
            <w:tcW w:type="dxa" w:w="1440"/>
          </w:tcPr>
          <w:p>
            <w:r>
              <w:t>综合成绩</w:t>
            </w:r>
          </w:p>
        </w:tc>
        <w:tc>
          <w:tcPr>
            <w:tcW w:type="dxa" w:w="1440"/>
          </w:tcPr>
          <w:p>
            <w:r>
              <w:t>等级</w:t>
            </w:r>
          </w:p>
        </w:tc>
      </w:tr>
      <w:tr>
        <w:tc>
          <w:tcPr>
            <w:tcW w:type="dxa" w:w="1440"/>
          </w:tcPr>
          <w:p>
            <w:r>
              <w:t>艺术学1组（规格化分数）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20273345383</w:t>
            </w:r>
          </w:p>
        </w:tc>
        <w:tc>
          <w:tcPr>
            <w:tcW w:type="dxa" w:w="1440"/>
          </w:tcPr>
          <w:p>
            <w:r>
              <w:t>张木籽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145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20273329937</w:t>
            </w:r>
          </w:p>
        </w:tc>
        <w:tc>
          <w:tcPr>
            <w:tcW w:type="dxa" w:w="1440"/>
          </w:tcPr>
          <w:p>
            <w:r>
              <w:t>王子佩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145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20273345379</w:t>
            </w:r>
          </w:p>
        </w:tc>
        <w:tc>
          <w:tcPr>
            <w:tcW w:type="dxa" w:w="1440"/>
          </w:tcPr>
          <w:p>
            <w:r>
              <w:t>章朵灿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139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20273336084</w:t>
            </w:r>
          </w:p>
        </w:tc>
        <w:tc>
          <w:tcPr>
            <w:tcW w:type="dxa" w:w="1440"/>
          </w:tcPr>
          <w:p>
            <w:r>
              <w:t>黄静怡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20273309888</w:t>
            </w:r>
          </w:p>
        </w:tc>
        <w:tc>
          <w:tcPr>
            <w:tcW w:type="dxa" w:w="1440"/>
          </w:tcPr>
          <w:p>
            <w:r>
              <w:t>吴晨曦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20273331633</w:t>
            </w:r>
          </w:p>
        </w:tc>
        <w:tc>
          <w:tcPr>
            <w:tcW w:type="dxa" w:w="1440"/>
          </w:tcPr>
          <w:p>
            <w:r>
              <w:t>王乐言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20273346226</w:t>
            </w:r>
          </w:p>
        </w:tc>
        <w:tc>
          <w:tcPr>
            <w:tcW w:type="dxa" w:w="1440"/>
          </w:tcPr>
          <w:p>
            <w:r>
              <w:t>朱迪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20273323256</w:t>
            </w:r>
          </w:p>
        </w:tc>
        <w:tc>
          <w:tcPr>
            <w:tcW w:type="dxa" w:w="1440"/>
          </w:tcPr>
          <w:p>
            <w:r>
              <w:t>连一璇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20273337245</w:t>
            </w:r>
          </w:p>
        </w:tc>
        <w:tc>
          <w:tcPr>
            <w:tcW w:type="dxa" w:w="1440"/>
          </w:tcPr>
          <w:p>
            <w:r>
              <w:t>闫紫璇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121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20273347847</w:t>
            </w:r>
          </w:p>
        </w:tc>
        <w:tc>
          <w:tcPr>
            <w:tcW w:type="dxa" w:w="1440"/>
          </w:tcPr>
          <w:p>
            <w:r>
              <w:t>赵雪婷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121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20273333184</w:t>
            </w:r>
          </w:p>
        </w:tc>
        <w:tc>
          <w:tcPr>
            <w:tcW w:type="dxa" w:w="1440"/>
          </w:tcPr>
          <w:p>
            <w:r>
              <w:t>杨一诺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115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20273319203</w:t>
            </w:r>
          </w:p>
        </w:tc>
        <w:tc>
          <w:tcPr>
            <w:tcW w:type="dxa" w:w="1440"/>
          </w:tcPr>
          <w:p>
            <w:r>
              <w:t>魏美如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20273326723</w:t>
            </w:r>
          </w:p>
        </w:tc>
        <w:tc>
          <w:tcPr>
            <w:tcW w:type="dxa" w:w="1440"/>
          </w:tcPr>
          <w:p>
            <w:r>
              <w:t>赵洋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109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20273337694</w:t>
            </w:r>
          </w:p>
        </w:tc>
        <w:tc>
          <w:tcPr>
            <w:tcW w:type="dxa" w:w="1440"/>
          </w:tcPr>
          <w:p>
            <w:r>
              <w:t>王佳一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20273342182</w:t>
            </w:r>
          </w:p>
        </w:tc>
        <w:tc>
          <w:tcPr>
            <w:tcW w:type="dxa" w:w="1440"/>
          </w:tcPr>
          <w:p>
            <w:r>
              <w:t>周琼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20273315614</w:t>
            </w:r>
          </w:p>
        </w:tc>
        <w:tc>
          <w:tcPr>
            <w:tcW w:type="dxa" w:w="1440"/>
          </w:tcPr>
          <w:p>
            <w:r>
              <w:t>杨云琪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20273346899</w:t>
            </w:r>
          </w:p>
        </w:tc>
        <w:tc>
          <w:tcPr>
            <w:tcW w:type="dxa" w:w="1440"/>
          </w:tcPr>
          <w:p>
            <w:r>
              <w:t>陈若瑜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20273319203</w:t>
            </w:r>
          </w:p>
        </w:tc>
        <w:tc>
          <w:tcPr>
            <w:tcW w:type="dxa" w:w="1440"/>
          </w:tcPr>
          <w:p>
            <w:r>
              <w:t>黄惠若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20273347191</w:t>
            </w:r>
          </w:p>
        </w:tc>
        <w:tc>
          <w:tcPr>
            <w:tcW w:type="dxa" w:w="1440"/>
          </w:tcPr>
          <w:p>
            <w:r>
              <w:t>柳楚晗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艺术学2组（规格化分数）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20273318937</w:t>
            </w:r>
          </w:p>
        </w:tc>
        <w:tc>
          <w:tcPr>
            <w:tcW w:type="dxa" w:w="1440"/>
          </w:tcPr>
          <w:p>
            <w:r>
              <w:t>殷诗然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145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20273310150</w:t>
            </w:r>
          </w:p>
        </w:tc>
        <w:tc>
          <w:tcPr>
            <w:tcW w:type="dxa" w:w="1440"/>
          </w:tcPr>
          <w:p>
            <w:r>
              <w:t>陈嘉诺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142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20273308117</w:t>
            </w:r>
          </w:p>
        </w:tc>
        <w:tc>
          <w:tcPr>
            <w:tcW w:type="dxa" w:w="1440"/>
          </w:tcPr>
          <w:p>
            <w:r>
              <w:t>范予希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139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20273325070</w:t>
            </w:r>
          </w:p>
        </w:tc>
        <w:tc>
          <w:tcPr>
            <w:tcW w:type="dxa" w:w="1440"/>
          </w:tcPr>
          <w:p>
            <w:r>
              <w:t>杨如许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20273325320</w:t>
            </w:r>
          </w:p>
        </w:tc>
        <w:tc>
          <w:tcPr>
            <w:tcW w:type="dxa" w:w="1440"/>
          </w:tcPr>
          <w:p>
            <w:r>
              <w:t>张之桁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20273310037</w:t>
            </w:r>
          </w:p>
        </w:tc>
        <w:tc>
          <w:tcPr>
            <w:tcW w:type="dxa" w:w="1440"/>
          </w:tcPr>
          <w:p>
            <w:r>
              <w:t>朱增冉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20273344919</w:t>
            </w:r>
          </w:p>
        </w:tc>
        <w:tc>
          <w:tcPr>
            <w:tcW w:type="dxa" w:w="1440"/>
          </w:tcPr>
          <w:p>
            <w:r>
              <w:t>蔡思蕾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20273345160</w:t>
            </w:r>
          </w:p>
        </w:tc>
        <w:tc>
          <w:tcPr>
            <w:tcW w:type="dxa" w:w="1440"/>
          </w:tcPr>
          <w:p>
            <w:r>
              <w:t>马康康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20273319574</w:t>
            </w:r>
          </w:p>
        </w:tc>
        <w:tc>
          <w:tcPr>
            <w:tcW w:type="dxa" w:w="1440"/>
          </w:tcPr>
          <w:p>
            <w:r>
              <w:t>陈怡婧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121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20273308737</w:t>
            </w:r>
          </w:p>
        </w:tc>
        <w:tc>
          <w:tcPr>
            <w:tcW w:type="dxa" w:w="1440"/>
          </w:tcPr>
          <w:p>
            <w:r>
              <w:t>宋明蔚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118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20273325379</w:t>
            </w:r>
          </w:p>
        </w:tc>
        <w:tc>
          <w:tcPr>
            <w:tcW w:type="dxa" w:w="1440"/>
          </w:tcPr>
          <w:p>
            <w:r>
              <w:t>孔令仪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115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20273335330</w:t>
            </w:r>
          </w:p>
        </w:tc>
        <w:tc>
          <w:tcPr>
            <w:tcW w:type="dxa" w:w="1440"/>
          </w:tcPr>
          <w:p>
            <w:r>
              <w:t>宋瑞璇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20273345728</w:t>
            </w:r>
          </w:p>
        </w:tc>
        <w:tc>
          <w:tcPr>
            <w:tcW w:type="dxa" w:w="1440"/>
          </w:tcPr>
          <w:p>
            <w:r>
              <w:t>张续续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109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20273317968</w:t>
            </w:r>
          </w:p>
        </w:tc>
        <w:tc>
          <w:tcPr>
            <w:tcW w:type="dxa" w:w="1440"/>
          </w:tcPr>
          <w:p>
            <w:r>
              <w:t>吴优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106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20273331918</w:t>
            </w:r>
          </w:p>
        </w:tc>
        <w:tc>
          <w:tcPr>
            <w:tcW w:type="dxa" w:w="1440"/>
          </w:tcPr>
          <w:p>
            <w:r>
              <w:t>余果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103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20273321449</w:t>
            </w:r>
          </w:p>
        </w:tc>
        <w:tc>
          <w:tcPr>
            <w:tcW w:type="dxa" w:w="1440"/>
          </w:tcPr>
          <w:p>
            <w:r>
              <w:t>吴东莲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100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20273346555</w:t>
            </w:r>
          </w:p>
        </w:tc>
        <w:tc>
          <w:tcPr>
            <w:tcW w:type="dxa" w:w="1440"/>
          </w:tcPr>
          <w:p>
            <w:r>
              <w:t>高燊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97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20273347646</w:t>
            </w:r>
          </w:p>
        </w:tc>
        <w:tc>
          <w:tcPr>
            <w:tcW w:type="dxa" w:w="1440"/>
          </w:tcPr>
          <w:p>
            <w:r>
              <w:t>金怡廷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20273301146</w:t>
            </w:r>
          </w:p>
        </w:tc>
        <w:tc>
          <w:tcPr>
            <w:tcW w:type="dxa" w:w="1440"/>
          </w:tcPr>
          <w:p>
            <w:r>
              <w:t>黄淳纯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艺术学3组（规格化分数）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20273311140</w:t>
            </w:r>
          </w:p>
        </w:tc>
        <w:tc>
          <w:tcPr>
            <w:tcW w:type="dxa" w:w="1440"/>
          </w:tcPr>
          <w:p>
            <w:r>
              <w:t>胡佳忻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145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20273345990</w:t>
            </w:r>
          </w:p>
        </w:tc>
        <w:tc>
          <w:tcPr>
            <w:tcW w:type="dxa" w:w="1440"/>
          </w:tcPr>
          <w:p>
            <w:r>
              <w:t>田润境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142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20273336799</w:t>
            </w:r>
          </w:p>
        </w:tc>
        <w:tc>
          <w:tcPr>
            <w:tcW w:type="dxa" w:w="1440"/>
          </w:tcPr>
          <w:p>
            <w:r>
              <w:t>金钰程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139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20273321051</w:t>
            </w:r>
          </w:p>
        </w:tc>
        <w:tc>
          <w:tcPr>
            <w:tcW w:type="dxa" w:w="1440"/>
          </w:tcPr>
          <w:p>
            <w:r>
              <w:t>岳欣冉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20273316722</w:t>
            </w:r>
          </w:p>
        </w:tc>
        <w:tc>
          <w:tcPr>
            <w:tcW w:type="dxa" w:w="1440"/>
          </w:tcPr>
          <w:p>
            <w:r>
              <w:t>朱维峰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20273311704</w:t>
            </w:r>
          </w:p>
        </w:tc>
        <w:tc>
          <w:tcPr>
            <w:tcW w:type="dxa" w:w="1440"/>
          </w:tcPr>
          <w:p>
            <w:r>
              <w:t>梁晓晨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20273347207</w:t>
            </w:r>
          </w:p>
        </w:tc>
        <w:tc>
          <w:tcPr>
            <w:tcW w:type="dxa" w:w="1440"/>
          </w:tcPr>
          <w:p>
            <w:r>
              <w:t>杨澍昕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20273347387</w:t>
            </w:r>
          </w:p>
        </w:tc>
        <w:tc>
          <w:tcPr>
            <w:tcW w:type="dxa" w:w="1440"/>
          </w:tcPr>
          <w:p>
            <w:r>
              <w:t>彭新一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20273346750</w:t>
            </w:r>
          </w:p>
        </w:tc>
        <w:tc>
          <w:tcPr>
            <w:tcW w:type="dxa" w:w="1440"/>
          </w:tcPr>
          <w:p>
            <w:r>
              <w:t>刘臻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121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20273347296</w:t>
            </w:r>
          </w:p>
        </w:tc>
        <w:tc>
          <w:tcPr>
            <w:tcW w:type="dxa" w:w="1440"/>
          </w:tcPr>
          <w:p>
            <w:r>
              <w:t>张思怡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118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20273312444</w:t>
            </w:r>
          </w:p>
        </w:tc>
        <w:tc>
          <w:tcPr>
            <w:tcW w:type="dxa" w:w="1440"/>
          </w:tcPr>
          <w:p>
            <w:r>
              <w:t>沈嘉缇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115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20273315635</w:t>
            </w:r>
          </w:p>
        </w:tc>
        <w:tc>
          <w:tcPr>
            <w:tcW w:type="dxa" w:w="1440"/>
          </w:tcPr>
          <w:p>
            <w:r>
              <w:t>丁懿琦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20273346728</w:t>
            </w:r>
          </w:p>
        </w:tc>
        <w:tc>
          <w:tcPr>
            <w:tcW w:type="dxa" w:w="1440"/>
          </w:tcPr>
          <w:p>
            <w:r>
              <w:t>王儒绪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109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20273326216</w:t>
            </w:r>
          </w:p>
        </w:tc>
        <w:tc>
          <w:tcPr>
            <w:tcW w:type="dxa" w:w="1440"/>
          </w:tcPr>
          <w:p>
            <w:r>
              <w:t>黄宝伊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20273347834</w:t>
            </w:r>
          </w:p>
        </w:tc>
        <w:tc>
          <w:tcPr>
            <w:tcW w:type="dxa" w:w="1440"/>
          </w:tcPr>
          <w:p>
            <w:r>
              <w:t>李承鸿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20273322834</w:t>
            </w:r>
          </w:p>
        </w:tc>
        <w:tc>
          <w:tcPr>
            <w:tcW w:type="dxa" w:w="1440"/>
          </w:tcPr>
          <w:p>
            <w:r>
              <w:t>袁颢桐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20273305596</w:t>
            </w:r>
          </w:p>
        </w:tc>
        <w:tc>
          <w:tcPr>
            <w:tcW w:type="dxa" w:w="1440"/>
          </w:tcPr>
          <w:p>
            <w:r>
              <w:t>袁培峰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20273335134</w:t>
            </w:r>
          </w:p>
        </w:tc>
        <w:tc>
          <w:tcPr>
            <w:tcW w:type="dxa" w:w="1440"/>
          </w:tcPr>
          <w:p>
            <w:r>
              <w:t>张艺元</w:t>
            </w:r>
          </w:p>
        </w:tc>
        <w:tc>
          <w:tcPr>
            <w:tcW w:type="dxa" w:w="1440"/>
          </w:tcPr>
          <w:p>
            <w:r>
              <w:t>艺术学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美术与书法（专业学位）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20273339193</w:t>
            </w:r>
          </w:p>
        </w:tc>
        <w:tc>
          <w:tcPr>
            <w:tcW w:type="dxa" w:w="1440"/>
          </w:tcPr>
          <w:p>
            <w:r>
              <w:t>于水怡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139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20273345390</w:t>
            </w:r>
          </w:p>
        </w:tc>
        <w:tc>
          <w:tcPr>
            <w:tcW w:type="dxa" w:w="1440"/>
          </w:tcPr>
          <w:p>
            <w:r>
              <w:t>靳语涵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138.33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20273319421</w:t>
            </w:r>
          </w:p>
        </w:tc>
        <w:tc>
          <w:tcPr>
            <w:tcW w:type="dxa" w:w="1440"/>
          </w:tcPr>
          <w:p>
            <w:r>
              <w:t>陈昱廷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137.33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20273331959</w:t>
            </w:r>
          </w:p>
        </w:tc>
        <w:tc>
          <w:tcPr>
            <w:tcW w:type="dxa" w:w="1440"/>
          </w:tcPr>
          <w:p>
            <w:r>
              <w:t>欧阳子颜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20273347530</w:t>
            </w:r>
          </w:p>
        </w:tc>
        <w:tc>
          <w:tcPr>
            <w:tcW w:type="dxa" w:w="1440"/>
          </w:tcPr>
          <w:p>
            <w:r>
              <w:t>云再冉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20273344971</w:t>
            </w:r>
          </w:p>
        </w:tc>
        <w:tc>
          <w:tcPr>
            <w:tcW w:type="dxa" w:w="1440"/>
          </w:tcPr>
          <w:p>
            <w:r>
              <w:t>李紫瑜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20273347407</w:t>
            </w:r>
          </w:p>
        </w:tc>
        <w:tc>
          <w:tcPr>
            <w:tcW w:type="dxa" w:w="1440"/>
          </w:tcPr>
          <w:p>
            <w:r>
              <w:t>童小北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125.33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20273344918</w:t>
            </w:r>
          </w:p>
        </w:tc>
        <w:tc>
          <w:tcPr>
            <w:tcW w:type="dxa" w:w="1440"/>
          </w:tcPr>
          <w:p>
            <w:r>
              <w:t>王月垚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112.67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20273347336</w:t>
            </w:r>
          </w:p>
        </w:tc>
        <w:tc>
          <w:tcPr>
            <w:tcW w:type="dxa" w:w="1440"/>
          </w:tcPr>
          <w:p>
            <w:r>
              <w:t>吕可心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110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20273320377</w:t>
            </w:r>
          </w:p>
        </w:tc>
        <w:tc>
          <w:tcPr>
            <w:tcW w:type="dxa" w:w="1440"/>
          </w:tcPr>
          <w:p>
            <w:r>
              <w:t>张欣悦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20273309140</w:t>
            </w:r>
          </w:p>
        </w:tc>
        <w:tc>
          <w:tcPr>
            <w:tcW w:type="dxa" w:w="1440"/>
          </w:tcPr>
          <w:p>
            <w:r>
              <w:t>戚美琦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20273347533</w:t>
            </w:r>
          </w:p>
        </w:tc>
        <w:tc>
          <w:tcPr>
            <w:tcW w:type="dxa" w:w="1440"/>
          </w:tcPr>
          <w:p>
            <w:r>
              <w:t>臧亦萱</w:t>
            </w:r>
          </w:p>
        </w:tc>
        <w:tc>
          <w:tcPr>
            <w:tcW w:type="dxa" w:w="1440"/>
          </w:tcPr>
          <w:p>
            <w:r>
              <w:t>美术与书法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20273335089</w:t>
            </w:r>
          </w:p>
        </w:tc>
        <w:tc>
          <w:tcPr>
            <w:tcW w:type="dxa" w:w="1440"/>
          </w:tcPr>
          <w:p>
            <w:r>
              <w:t>冯缘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143.67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20273347465</w:t>
            </w:r>
          </w:p>
        </w:tc>
        <w:tc>
          <w:tcPr>
            <w:tcW w:type="dxa" w:w="1440"/>
          </w:tcPr>
          <w:p>
            <w:r>
              <w:t>陈昱彤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140.33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20273301746</w:t>
            </w:r>
          </w:p>
        </w:tc>
        <w:tc>
          <w:tcPr>
            <w:tcW w:type="dxa" w:w="1440"/>
          </w:tcPr>
          <w:p>
            <w:r>
              <w:t>戴熠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140.33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20273347468</w:t>
            </w:r>
          </w:p>
        </w:tc>
        <w:tc>
          <w:tcPr>
            <w:tcW w:type="dxa" w:w="1440"/>
          </w:tcPr>
          <w:p>
            <w:r>
              <w:t>杨晓涵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137.33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20273347417</w:t>
            </w:r>
          </w:p>
        </w:tc>
        <w:tc>
          <w:tcPr>
            <w:tcW w:type="dxa" w:w="1440"/>
          </w:tcPr>
          <w:p>
            <w:r>
              <w:t>尹莹莹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135.67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20273336623</w:t>
            </w:r>
          </w:p>
        </w:tc>
        <w:tc>
          <w:tcPr>
            <w:tcW w:type="dxa" w:w="1440"/>
          </w:tcPr>
          <w:p>
            <w:r>
              <w:t>张祎延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134.33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20273347661</w:t>
            </w:r>
          </w:p>
        </w:tc>
        <w:tc>
          <w:tcPr>
            <w:tcW w:type="dxa" w:w="1440"/>
          </w:tcPr>
          <w:p>
            <w:r>
              <w:t>岳政元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132.33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20273307220</w:t>
            </w:r>
          </w:p>
        </w:tc>
        <w:tc>
          <w:tcPr>
            <w:tcW w:type="dxa" w:w="1440"/>
          </w:tcPr>
          <w:p>
            <w:r>
              <w:t>王祚璇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20273330923</w:t>
            </w:r>
          </w:p>
        </w:tc>
        <w:tc>
          <w:tcPr>
            <w:tcW w:type="dxa" w:w="1440"/>
          </w:tcPr>
          <w:p>
            <w:r>
              <w:t>李梦瑶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127.33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20273347752</w:t>
            </w:r>
          </w:p>
        </w:tc>
        <w:tc>
          <w:tcPr>
            <w:tcW w:type="dxa" w:w="1440"/>
          </w:tcPr>
          <w:p>
            <w:r>
              <w:t>沈朝宁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126.33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20273325086</w:t>
            </w:r>
          </w:p>
        </w:tc>
        <w:tc>
          <w:tcPr>
            <w:tcW w:type="dxa" w:w="1440"/>
          </w:tcPr>
          <w:p>
            <w:r>
              <w:t>叶浩扬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124.33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20273346897</w:t>
            </w:r>
          </w:p>
        </w:tc>
        <w:tc>
          <w:tcPr>
            <w:tcW w:type="dxa" w:w="1440"/>
          </w:tcPr>
          <w:p>
            <w:r>
              <w:t>艾嘉妮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123.33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20273335293</w:t>
            </w:r>
          </w:p>
        </w:tc>
        <w:tc>
          <w:tcPr>
            <w:tcW w:type="dxa" w:w="1440"/>
          </w:tcPr>
          <w:p>
            <w:r>
              <w:t>陈佳怡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123.33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20273329228</w:t>
            </w:r>
          </w:p>
        </w:tc>
        <w:tc>
          <w:tcPr>
            <w:tcW w:type="dxa" w:w="1440"/>
          </w:tcPr>
          <w:p>
            <w:r>
              <w:t>邱芝玲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119.67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20273301664</w:t>
            </w:r>
          </w:p>
        </w:tc>
        <w:tc>
          <w:tcPr>
            <w:tcW w:type="dxa" w:w="1440"/>
          </w:tcPr>
          <w:p>
            <w:r>
              <w:t>武晓玥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20273347482</w:t>
            </w:r>
          </w:p>
        </w:tc>
        <w:tc>
          <w:tcPr>
            <w:tcW w:type="dxa" w:w="1440"/>
          </w:tcPr>
          <w:p>
            <w:r>
              <w:t>杨锦潇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20273329092</w:t>
            </w:r>
          </w:p>
        </w:tc>
        <w:tc>
          <w:tcPr>
            <w:tcW w:type="dxa" w:w="1440"/>
          </w:tcPr>
          <w:p>
            <w:r>
              <w:t>吕佳阳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20273341908</w:t>
            </w:r>
          </w:p>
        </w:tc>
        <w:tc>
          <w:tcPr>
            <w:tcW w:type="dxa" w:w="1440"/>
          </w:tcPr>
          <w:p>
            <w:r>
              <w:t>刘可岩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设计（专业学位）1组（规格化分数）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20273346095</w:t>
            </w:r>
          </w:p>
        </w:tc>
        <w:tc>
          <w:tcPr>
            <w:tcW w:type="dxa" w:w="1440"/>
          </w:tcPr>
          <w:p>
            <w:r>
              <w:t>张熙茗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145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20273335946</w:t>
            </w:r>
          </w:p>
        </w:tc>
        <w:tc>
          <w:tcPr>
            <w:tcW w:type="dxa" w:w="1440"/>
          </w:tcPr>
          <w:p>
            <w:r>
              <w:t>金崔妍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142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20273338674</w:t>
            </w:r>
          </w:p>
        </w:tc>
        <w:tc>
          <w:tcPr>
            <w:tcW w:type="dxa" w:w="1440"/>
          </w:tcPr>
          <w:p>
            <w:r>
              <w:t>李家昕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139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20273326345</w:t>
            </w:r>
          </w:p>
        </w:tc>
        <w:tc>
          <w:tcPr>
            <w:tcW w:type="dxa" w:w="1440"/>
          </w:tcPr>
          <w:p>
            <w:r>
              <w:t>吕珺豪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20273320487</w:t>
            </w:r>
          </w:p>
        </w:tc>
        <w:tc>
          <w:tcPr>
            <w:tcW w:type="dxa" w:w="1440"/>
          </w:tcPr>
          <w:p>
            <w:r>
              <w:t>张骞月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20273319393</w:t>
            </w:r>
          </w:p>
        </w:tc>
        <w:tc>
          <w:tcPr>
            <w:tcW w:type="dxa" w:w="1440"/>
          </w:tcPr>
          <w:p>
            <w:r>
              <w:t>陶宇飞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20273347606</w:t>
            </w:r>
          </w:p>
        </w:tc>
        <w:tc>
          <w:tcPr>
            <w:tcW w:type="dxa" w:w="1440"/>
          </w:tcPr>
          <w:p>
            <w:r>
              <w:t>马金一诺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127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20273339786</w:t>
            </w:r>
          </w:p>
        </w:tc>
        <w:tc>
          <w:tcPr>
            <w:tcW w:type="dxa" w:w="1440"/>
          </w:tcPr>
          <w:p>
            <w:r>
              <w:t>陈好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20273326104</w:t>
            </w:r>
          </w:p>
        </w:tc>
        <w:tc>
          <w:tcPr>
            <w:tcW w:type="dxa" w:w="1440"/>
          </w:tcPr>
          <w:p>
            <w:r>
              <w:t>张珂菡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121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20273340860</w:t>
            </w:r>
          </w:p>
        </w:tc>
        <w:tc>
          <w:tcPr>
            <w:tcW w:type="dxa" w:w="1440"/>
          </w:tcPr>
          <w:p>
            <w:r>
              <w:t>黄蓉儿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118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20273332189</w:t>
            </w:r>
          </w:p>
        </w:tc>
        <w:tc>
          <w:tcPr>
            <w:tcW w:type="dxa" w:w="1440"/>
          </w:tcPr>
          <w:p>
            <w:r>
              <w:t>符家豪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118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20273346606</w:t>
            </w:r>
          </w:p>
        </w:tc>
        <w:tc>
          <w:tcPr>
            <w:tcW w:type="dxa" w:w="1440"/>
          </w:tcPr>
          <w:p>
            <w:r>
              <w:t>李倬铖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20273346027</w:t>
            </w:r>
          </w:p>
        </w:tc>
        <w:tc>
          <w:tcPr>
            <w:tcW w:type="dxa" w:w="1440"/>
          </w:tcPr>
          <w:p>
            <w:r>
              <w:t>周远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109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20273328540</w:t>
            </w:r>
          </w:p>
        </w:tc>
        <w:tc>
          <w:tcPr>
            <w:tcW w:type="dxa" w:w="1440"/>
          </w:tcPr>
          <w:p>
            <w:r>
              <w:t>吴彤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106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20273343957</w:t>
            </w:r>
          </w:p>
        </w:tc>
        <w:tc>
          <w:tcPr>
            <w:tcW w:type="dxa" w:w="1440"/>
          </w:tcPr>
          <w:p>
            <w:r>
              <w:t>李欣烨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103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20273347411</w:t>
            </w:r>
          </w:p>
        </w:tc>
        <w:tc>
          <w:tcPr>
            <w:tcW w:type="dxa" w:w="1440"/>
          </w:tcPr>
          <w:p>
            <w:r>
              <w:t>郑爱昕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100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20273328785</w:t>
            </w:r>
          </w:p>
        </w:tc>
        <w:tc>
          <w:tcPr>
            <w:tcW w:type="dxa" w:w="1440"/>
          </w:tcPr>
          <w:p>
            <w:r>
              <w:t>赵美懿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97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20273310959</w:t>
            </w:r>
          </w:p>
        </w:tc>
        <w:tc>
          <w:tcPr>
            <w:tcW w:type="dxa" w:w="1440"/>
          </w:tcPr>
          <w:p>
            <w:r>
              <w:t>龙瑷藜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94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20273321249</w:t>
            </w:r>
          </w:p>
        </w:tc>
        <w:tc>
          <w:tcPr>
            <w:tcW w:type="dxa" w:w="1440"/>
          </w:tcPr>
          <w:p>
            <w:r>
              <w:t>王俞儿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94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20273336968</w:t>
            </w:r>
          </w:p>
        </w:tc>
        <w:tc>
          <w:tcPr>
            <w:tcW w:type="dxa" w:w="1440"/>
          </w:tcPr>
          <w:p>
            <w:r>
              <w:t>莫宇馨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设计（专业学位）2组（规格化分数）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20273330667</w:t>
            </w:r>
          </w:p>
        </w:tc>
        <w:tc>
          <w:tcPr>
            <w:tcW w:type="dxa" w:w="1440"/>
          </w:tcPr>
          <w:p>
            <w:r>
              <w:t>傅子衿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145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20273311988</w:t>
            </w:r>
          </w:p>
        </w:tc>
        <w:tc>
          <w:tcPr>
            <w:tcW w:type="dxa" w:w="1440"/>
          </w:tcPr>
          <w:p>
            <w:r>
              <w:t>徐晓逸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142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20273312671</w:t>
            </w:r>
          </w:p>
        </w:tc>
        <w:tc>
          <w:tcPr>
            <w:tcW w:type="dxa" w:w="1440"/>
          </w:tcPr>
          <w:p>
            <w:r>
              <w:t>张凌恺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139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20273347355</w:t>
            </w:r>
          </w:p>
        </w:tc>
        <w:tc>
          <w:tcPr>
            <w:tcW w:type="dxa" w:w="1440"/>
          </w:tcPr>
          <w:p>
            <w:r>
              <w:t>储沁园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136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20273309148</w:t>
            </w:r>
          </w:p>
        </w:tc>
        <w:tc>
          <w:tcPr>
            <w:tcW w:type="dxa" w:w="1440"/>
          </w:tcPr>
          <w:p>
            <w:r>
              <w:t>徐冠文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133</w:t>
            </w:r>
          </w:p>
        </w:tc>
        <w:tc>
          <w:tcPr>
            <w:tcW w:type="dxa" w:w="1440"/>
          </w:tcPr>
          <w:p>
            <w:r>
              <w:t>优秀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20273341054</w:t>
            </w:r>
          </w:p>
        </w:tc>
        <w:tc>
          <w:tcPr>
            <w:tcW w:type="dxa" w:w="1440"/>
          </w:tcPr>
          <w:p>
            <w:r>
              <w:t>汪子凌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20273307304</w:t>
            </w:r>
          </w:p>
        </w:tc>
        <w:tc>
          <w:tcPr>
            <w:tcW w:type="dxa" w:w="1440"/>
          </w:tcPr>
          <w:p>
            <w:r>
              <w:t>周天泉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127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20273342122</w:t>
            </w:r>
          </w:p>
        </w:tc>
        <w:tc>
          <w:tcPr>
            <w:tcW w:type="dxa" w:w="1440"/>
          </w:tcPr>
          <w:p>
            <w:r>
              <w:t>文洋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20273341701</w:t>
            </w:r>
          </w:p>
        </w:tc>
        <w:tc>
          <w:tcPr>
            <w:tcW w:type="dxa" w:w="1440"/>
          </w:tcPr>
          <w:p>
            <w:r>
              <w:t>王子豪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20273328136</w:t>
            </w:r>
          </w:p>
        </w:tc>
        <w:tc>
          <w:tcPr>
            <w:tcW w:type="dxa" w:w="1440"/>
          </w:tcPr>
          <w:p>
            <w:r>
              <w:t>金璧如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118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20273323996</w:t>
            </w:r>
          </w:p>
        </w:tc>
        <w:tc>
          <w:tcPr>
            <w:tcW w:type="dxa" w:w="1440"/>
          </w:tcPr>
          <w:p>
            <w:r>
              <w:t>王艺霖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115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20273324055</w:t>
            </w:r>
          </w:p>
        </w:tc>
        <w:tc>
          <w:tcPr>
            <w:tcW w:type="dxa" w:w="1440"/>
          </w:tcPr>
          <w:p>
            <w:r>
              <w:t>潘宣衡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20273306904</w:t>
            </w:r>
          </w:p>
        </w:tc>
        <w:tc>
          <w:tcPr>
            <w:tcW w:type="dxa" w:w="1440"/>
          </w:tcPr>
          <w:p>
            <w:r>
              <w:t>王天阳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20273347773</w:t>
            </w:r>
          </w:p>
        </w:tc>
        <w:tc>
          <w:tcPr>
            <w:tcW w:type="dxa" w:w="1440"/>
          </w:tcPr>
          <w:p>
            <w:r>
              <w:t>付宇涵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106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20273343854</w:t>
            </w:r>
          </w:p>
        </w:tc>
        <w:tc>
          <w:tcPr>
            <w:tcW w:type="dxa" w:w="1440"/>
          </w:tcPr>
          <w:p>
            <w:r>
              <w:t>王竞芳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103</w:t>
            </w:r>
          </w:p>
        </w:tc>
        <w:tc>
          <w:tcPr>
            <w:tcW w:type="dxa" w:w="1440"/>
          </w:tcPr>
          <w:p>
            <w:r>
              <w:t>合格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20273310804</w:t>
            </w:r>
          </w:p>
        </w:tc>
        <w:tc>
          <w:tcPr>
            <w:tcW w:type="dxa" w:w="1440"/>
          </w:tcPr>
          <w:p>
            <w:r>
              <w:t>李羽桐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20273347459</w:t>
            </w:r>
          </w:p>
        </w:tc>
        <w:tc>
          <w:tcPr>
            <w:tcW w:type="dxa" w:w="1440"/>
          </w:tcPr>
          <w:p>
            <w:r>
              <w:t>刘雨菲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20273338434</w:t>
            </w:r>
          </w:p>
        </w:tc>
        <w:tc>
          <w:tcPr>
            <w:tcW w:type="dxa" w:w="1440"/>
          </w:tcPr>
          <w:p>
            <w:r>
              <w:t>朱紫暄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20273347562</w:t>
            </w:r>
          </w:p>
        </w:tc>
        <w:tc>
          <w:tcPr>
            <w:tcW w:type="dxa" w:w="1440"/>
          </w:tcPr>
          <w:p>
            <w:r>
              <w:t>刘信仪</w:t>
            </w:r>
          </w:p>
        </w:tc>
        <w:tc>
          <w:tcPr>
            <w:tcW w:type="dxa" w:w="1440"/>
          </w:tcPr>
          <w:p>
            <w:r>
              <w:t>设计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缺考</w:t>
            </w:r>
          </w:p>
        </w:tc>
      </w:tr>
    </w:tbl>
    <w:p>
      <w:r>
        <w:t>备注：</w:t>
      </w:r>
    </w:p>
    <w:p>
      <w:r>
        <w:t>1、等级为优秀者，如获得推荐免试资格，在规定时间内通过国家推免系统报考我院并完成规定流程（时间和流程见后续通知），我院将视各专业接收指标数顺次拟录取，指标额满为止。</w:t>
      </w:r>
    </w:p>
    <w:p>
      <w:r>
        <w:t>2、等级为合格者，如获得推荐免试资格，在规定时间内通过国家推免系统报考我院并完成规定流程（时间和流程见后续通知），我院将视各专业接收指标剩余数顺次递补拟录取，指标额满为止。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