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相关学科单位</w:t>
      </w:r>
    </w:p>
    <w:p>
      <w:r>
        <w:t>经过对各位申报材料的审核，现已初步确定我院202 4年优秀大学生夏令营活动暨推免生预选拔入选名单（详见附表）。现就有关事项通知如下：</w:t>
      </w:r>
    </w:p>
    <w:p>
      <w:r>
        <w:t>一、面试确认</w:t>
      </w:r>
    </w:p>
    <w:p>
      <w:r>
        <w:t>1.请入选者及时登录报名系统（http://gsas.seu.edu.cn），在系统中回复“确认参加”或“确认不参加”，未在规定时间内回复“确认参加”的，将视为自动放弃（截止确认时间：202 4年8月13日中午12:00前）。</w:t>
      </w:r>
    </w:p>
    <w:p>
      <w:r>
        <w:t>2.请确认参加面试的同学尽快加入QQ群：938108772（验证信息：申请专业+姓名+本科学校）。未在8月13日中午12:00前入群的，也视为自动放弃入营资格。</w:t>
      </w:r>
    </w:p>
    <w:p>
      <w:r>
        <w:t>注：东南大学艺术学院2024年全国优秀大学生夏令营活动及推免预选拔工作通知https://arts.seu.edu.cn/2024/0702/c17236a496206/page.htm</w:t>
      </w:r>
    </w:p>
    <w:p>
      <w:r>
        <w:t>（此链接为艺术学院7月2日发布的夏令营通知，请关注）</w:t>
      </w:r>
    </w:p>
    <w:p>
      <w:r>
        <w:t>二、夏令营活动及推免预选拔工作安排</w:t>
      </w:r>
    </w:p>
    <w:p>
      <w:r>
        <w:t>1、夏令营活动及推免预选拔工作形式</w:t>
      </w:r>
    </w:p>
    <w:p>
      <w:r>
        <w:t>（1）本次夏令营活动及推免预选拔活动除报到为线上其余均为线下，线下地点在东南大学九龙湖校区纪忠楼，请营员提前安排。食宿、交通请营员自理，学院不做统一安排。</w:t>
      </w:r>
    </w:p>
    <w:p>
      <w:r>
        <w:t>（2）推免预选拔考核形式为面试。</w:t>
      </w:r>
    </w:p>
    <w:p>
      <w:r>
        <w:t>2、夏令营活动及推免预选拔工作安排表</w:t>
      </w:r>
    </w:p>
    <w:p>
      <w:r>
        <w:t>具体要求及后续安排请关注学院网站或QQ群内通知（使用腾讯会议软件，会议号、参会密码，线下面试考场及具体分组信息也请等待后续通知。）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日期</w:t>
            </w:r>
          </w:p>
        </w:tc>
        <w:tc>
          <w:tcPr>
            <w:tcW w:type="dxa" w:w="2160"/>
          </w:tcPr>
          <w:p>
            <w:r>
              <w:t>时间</w:t>
            </w:r>
          </w:p>
        </w:tc>
        <w:tc>
          <w:tcPr>
            <w:tcW w:type="dxa" w:w="2160"/>
          </w:tcPr>
          <w:p>
            <w:r>
              <w:t>活动内容</w:t>
            </w:r>
          </w:p>
        </w:tc>
        <w:tc>
          <w:tcPr>
            <w:tcW w:type="dxa" w:w="2160"/>
          </w:tcPr>
          <w:p>
            <w:r>
              <w:t>形式</w:t>
            </w:r>
          </w:p>
        </w:tc>
      </w:tr>
      <w:tr>
        <w:tc>
          <w:tcPr>
            <w:tcW w:type="dxa" w:w="2160"/>
          </w:tcPr>
          <w:p>
            <w:r>
              <w:t>202 4年8月14日</w:t>
            </w:r>
          </w:p>
        </w:tc>
        <w:tc>
          <w:tcPr>
            <w:tcW w:type="dxa" w:w="2160"/>
          </w:tcPr>
          <w:p>
            <w:r>
              <w:t>14:00-1 5 :00</w:t>
            </w:r>
          </w:p>
        </w:tc>
        <w:tc>
          <w:tcPr>
            <w:tcW w:type="dxa" w:w="2160"/>
          </w:tcPr>
          <w:p>
            <w:r>
              <w:t>线上报到</w:t>
            </w:r>
          </w:p>
        </w:tc>
        <w:tc>
          <w:tcPr>
            <w:tcW w:type="dxa" w:w="2160"/>
          </w:tcPr>
          <w:p>
            <w:r>
              <w:t>腾讯会议</w:t>
            </w:r>
          </w:p>
        </w:tc>
      </w:tr>
      <w:tr>
        <w:tc>
          <w:tcPr>
            <w:tcW w:type="dxa" w:w="2160"/>
          </w:tcPr>
          <w:p>
            <w:r>
              <w:t>202 4年8月15日</w:t>
            </w:r>
          </w:p>
        </w:tc>
        <w:tc>
          <w:tcPr>
            <w:tcW w:type="dxa" w:w="2160"/>
          </w:tcPr>
          <w:p>
            <w:r>
              <w:t>9:00- 9:30</w:t>
            </w:r>
          </w:p>
        </w:tc>
        <w:tc>
          <w:tcPr>
            <w:tcW w:type="dxa" w:w="2160"/>
          </w:tcPr>
          <w:p>
            <w:r>
              <w:t>入营仪式</w:t>
            </w:r>
          </w:p>
        </w:tc>
        <w:tc>
          <w:tcPr>
            <w:tcW w:type="dxa" w:w="2160"/>
          </w:tcPr>
          <w:p>
            <w:r>
              <w:t>线下（九龙湖校区纪忠楼）</w:t>
            </w:r>
          </w:p>
        </w:tc>
      </w:tr>
      <w:tr>
        <w:tc>
          <w:tcPr>
            <w:tcW w:type="dxa" w:w="2160"/>
          </w:tcPr>
          <w:p>
            <w:r>
              <w:t>9:30-10:30</w:t>
            </w:r>
          </w:p>
        </w:tc>
        <w:tc>
          <w:tcPr>
            <w:tcW w:type="dxa" w:w="2160"/>
          </w:tcPr>
          <w:p>
            <w:r>
              <w:t>学科介绍及招生宣讲：1、艺术学2、设计3、设计（专业学位）4、美术与书法（专业学位）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10:30-11:30</w:t>
            </w:r>
          </w:p>
        </w:tc>
        <w:tc>
          <w:tcPr>
            <w:tcW w:type="dxa" w:w="2160"/>
          </w:tcPr>
          <w:p>
            <w:r>
              <w:t>优秀研究生交流会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14:00-17:00</w:t>
            </w:r>
          </w:p>
        </w:tc>
        <w:tc>
          <w:tcPr>
            <w:tcW w:type="dxa" w:w="2160"/>
          </w:tcPr>
          <w:p>
            <w:r>
              <w:t>学术报告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202 4年8月1 6日</w:t>
            </w:r>
          </w:p>
        </w:tc>
        <w:tc>
          <w:tcPr>
            <w:tcW w:type="dxa" w:w="2160"/>
          </w:tcPr>
          <w:p>
            <w:r>
              <w:t>9:00-17:00</w:t>
            </w:r>
          </w:p>
        </w:tc>
        <w:tc>
          <w:tcPr>
            <w:tcW w:type="dxa" w:w="2160"/>
          </w:tcPr>
          <w:p>
            <w:r>
              <w:t>综合考核（面试）：考生自我介绍（3分钟内）、英文问答、综合考查</w:t>
            </w:r>
          </w:p>
        </w:tc>
        <w:tc>
          <w:tcPr>
            <w:tcW w:type="dxa" w:w="2160"/>
          </w:tcPr>
          <w:p>
            <w:r>
              <w:t>线下（九龙湖校区纪忠楼）</w:t>
            </w:r>
          </w:p>
        </w:tc>
      </w:tr>
      <w:tr>
        <w:tc>
          <w:tcPr>
            <w:tcW w:type="dxa" w:w="2160"/>
          </w:tcPr>
          <w:p>
            <w:r>
              <w:t>17:00-17:30</w:t>
            </w:r>
          </w:p>
        </w:tc>
        <w:tc>
          <w:tcPr>
            <w:tcW w:type="dxa" w:w="2160"/>
          </w:tcPr>
          <w:p>
            <w:r>
              <w:t>结营仪式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r>
        <w:t>三、面试内容：</w:t>
      </w:r>
    </w:p>
    <w:p>
      <w:r>
        <w:t>将对考生的专业素质和能力、科研创新能力、既往学业情况、外语听说交流能力、综合能力和一贯表现，以及综合素质等进行全面考查。</w:t>
      </w:r>
    </w:p>
    <w:p>
      <w:r>
        <w:t>四、咨询联系方式</w:t>
      </w:r>
    </w:p>
    <w:p>
      <w:r>
        <w:t>联系人：苏老师025-52091107（暑假期间可在加入QQ群后咨询）</w:t>
      </w:r>
    </w:p>
    <w:p>
      <w:r>
        <w:t>联系邮箱：seuart@qq.com</w:t>
      </w:r>
    </w:p>
    <w:p>
      <w:r>
        <w:t>五、其他未尽事宜参见学校通知。</w:t>
      </w:r>
    </w:p>
    <w:p>
      <w:r>
        <w:t>附：入选者名单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130100艺术学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序号</w:t>
            </w:r>
          </w:p>
        </w:tc>
        <w:tc>
          <w:tcPr>
            <w:tcW w:type="dxa" w:w="2880"/>
          </w:tcPr>
          <w:p>
            <w:r>
              <w:t>报名号</w:t>
            </w:r>
          </w:p>
        </w:tc>
        <w:tc>
          <w:tcPr>
            <w:tcW w:type="dxa" w:w="2880"/>
          </w:tcPr>
          <w:p>
            <w:r>
              <w:t>姓名</w:t>
            </w:r>
          </w:p>
        </w:tc>
      </w:tr>
      <w:tr>
        <w:tc>
          <w:tcPr>
            <w:tcW w:type="dxa" w:w="2880"/>
          </w:tcPr>
          <w:p>
            <w:r>
              <w:t>1</w:t>
            </w:r>
          </w:p>
        </w:tc>
        <w:tc>
          <w:tcPr>
            <w:tcW w:type="dxa" w:w="2880"/>
          </w:tcPr>
          <w:p>
            <w:r>
              <w:t>20252203411</w:t>
            </w:r>
          </w:p>
        </w:tc>
        <w:tc>
          <w:tcPr>
            <w:tcW w:type="dxa" w:w="2880"/>
          </w:tcPr>
          <w:p>
            <w:r>
              <w:t>叶文丽</w:t>
            </w:r>
          </w:p>
        </w:tc>
      </w:tr>
      <w:tr>
        <w:tc>
          <w:tcPr>
            <w:tcW w:type="dxa" w:w="2880"/>
          </w:tcPr>
          <w:p>
            <w:r>
              <w:t>2</w:t>
            </w:r>
          </w:p>
        </w:tc>
        <w:tc>
          <w:tcPr>
            <w:tcW w:type="dxa" w:w="2880"/>
          </w:tcPr>
          <w:p>
            <w:r>
              <w:t>20252203421</w:t>
            </w:r>
          </w:p>
        </w:tc>
        <w:tc>
          <w:tcPr>
            <w:tcW w:type="dxa" w:w="2880"/>
          </w:tcPr>
          <w:p>
            <w:r>
              <w:t>陈苗</w:t>
            </w:r>
          </w:p>
        </w:tc>
      </w:tr>
      <w:tr>
        <w:tc>
          <w:tcPr>
            <w:tcW w:type="dxa" w:w="2880"/>
          </w:tcPr>
          <w:p>
            <w:r>
              <w:t>3</w:t>
            </w:r>
          </w:p>
        </w:tc>
        <w:tc>
          <w:tcPr>
            <w:tcW w:type="dxa" w:w="2880"/>
          </w:tcPr>
          <w:p>
            <w:r>
              <w:t>20252211867</w:t>
            </w:r>
          </w:p>
        </w:tc>
        <w:tc>
          <w:tcPr>
            <w:tcW w:type="dxa" w:w="2880"/>
          </w:tcPr>
          <w:p>
            <w:r>
              <w:t>陶冶</w:t>
            </w:r>
          </w:p>
        </w:tc>
      </w:tr>
      <w:tr>
        <w:tc>
          <w:tcPr>
            <w:tcW w:type="dxa" w:w="2880"/>
          </w:tcPr>
          <w:p>
            <w:r>
              <w:t>4</w:t>
            </w:r>
          </w:p>
        </w:tc>
        <w:tc>
          <w:tcPr>
            <w:tcW w:type="dxa" w:w="2880"/>
          </w:tcPr>
          <w:p>
            <w:r>
              <w:t>20252212000</w:t>
            </w:r>
          </w:p>
        </w:tc>
        <w:tc>
          <w:tcPr>
            <w:tcW w:type="dxa" w:w="2880"/>
          </w:tcPr>
          <w:p>
            <w:r>
              <w:t>周洋</w:t>
            </w:r>
          </w:p>
        </w:tc>
      </w:tr>
      <w:tr>
        <w:tc>
          <w:tcPr>
            <w:tcW w:type="dxa" w:w="2880"/>
          </w:tcPr>
          <w:p>
            <w:r>
              <w:t>5</w:t>
            </w:r>
          </w:p>
        </w:tc>
        <w:tc>
          <w:tcPr>
            <w:tcW w:type="dxa" w:w="2880"/>
          </w:tcPr>
          <w:p>
            <w:r>
              <w:t>20252212008</w:t>
            </w:r>
          </w:p>
        </w:tc>
        <w:tc>
          <w:tcPr>
            <w:tcW w:type="dxa" w:w="2880"/>
          </w:tcPr>
          <w:p>
            <w:r>
              <w:t>黄梦婷</w:t>
            </w:r>
          </w:p>
        </w:tc>
      </w:tr>
      <w:tr>
        <w:tc>
          <w:tcPr>
            <w:tcW w:type="dxa" w:w="2880"/>
          </w:tcPr>
          <w:p>
            <w:r>
              <w:t>6</w:t>
            </w:r>
          </w:p>
        </w:tc>
        <w:tc>
          <w:tcPr>
            <w:tcW w:type="dxa" w:w="2880"/>
          </w:tcPr>
          <w:p>
            <w:r>
              <w:t>20252212357</w:t>
            </w:r>
          </w:p>
        </w:tc>
        <w:tc>
          <w:tcPr>
            <w:tcW w:type="dxa" w:w="2880"/>
          </w:tcPr>
          <w:p>
            <w:r>
              <w:t>崔耀尹</w:t>
            </w:r>
          </w:p>
        </w:tc>
      </w:tr>
      <w:tr>
        <w:tc>
          <w:tcPr>
            <w:tcW w:type="dxa" w:w="2880"/>
          </w:tcPr>
          <w:p>
            <w:r>
              <w:t>7</w:t>
            </w:r>
          </w:p>
        </w:tc>
        <w:tc>
          <w:tcPr>
            <w:tcW w:type="dxa" w:w="2880"/>
          </w:tcPr>
          <w:p>
            <w:r>
              <w:t>20252212440</w:t>
            </w:r>
          </w:p>
        </w:tc>
        <w:tc>
          <w:tcPr>
            <w:tcW w:type="dxa" w:w="2880"/>
          </w:tcPr>
          <w:p>
            <w:r>
              <w:t>胡辰蕾</w:t>
            </w:r>
          </w:p>
        </w:tc>
      </w:tr>
      <w:tr>
        <w:tc>
          <w:tcPr>
            <w:tcW w:type="dxa" w:w="2880"/>
          </w:tcPr>
          <w:p>
            <w:r>
              <w:t>8</w:t>
            </w:r>
          </w:p>
        </w:tc>
        <w:tc>
          <w:tcPr>
            <w:tcW w:type="dxa" w:w="2880"/>
          </w:tcPr>
          <w:p>
            <w:r>
              <w:t>20252213068</w:t>
            </w:r>
          </w:p>
        </w:tc>
        <w:tc>
          <w:tcPr>
            <w:tcW w:type="dxa" w:w="2880"/>
          </w:tcPr>
          <w:p>
            <w:r>
              <w:t>张文钰</w:t>
            </w:r>
          </w:p>
        </w:tc>
      </w:tr>
      <w:tr>
        <w:tc>
          <w:tcPr>
            <w:tcW w:type="dxa" w:w="2880"/>
          </w:tcPr>
          <w:p>
            <w:r>
              <w:t>9</w:t>
            </w:r>
          </w:p>
        </w:tc>
        <w:tc>
          <w:tcPr>
            <w:tcW w:type="dxa" w:w="2880"/>
          </w:tcPr>
          <w:p>
            <w:r>
              <w:t>20252213587</w:t>
            </w:r>
          </w:p>
        </w:tc>
        <w:tc>
          <w:tcPr>
            <w:tcW w:type="dxa" w:w="2880"/>
          </w:tcPr>
          <w:p>
            <w:r>
              <w:t>周雨诺</w:t>
            </w:r>
          </w:p>
        </w:tc>
      </w:tr>
      <w:tr>
        <w:tc>
          <w:tcPr>
            <w:tcW w:type="dxa" w:w="2880"/>
          </w:tcPr>
          <w:p>
            <w:r>
              <w:t>10</w:t>
            </w:r>
          </w:p>
        </w:tc>
        <w:tc>
          <w:tcPr>
            <w:tcW w:type="dxa" w:w="2880"/>
          </w:tcPr>
          <w:p>
            <w:r>
              <w:t>20252213956</w:t>
            </w:r>
          </w:p>
        </w:tc>
        <w:tc>
          <w:tcPr>
            <w:tcW w:type="dxa" w:w="2880"/>
          </w:tcPr>
          <w:p>
            <w:r>
              <w:t>蔡钇均</w:t>
            </w:r>
          </w:p>
        </w:tc>
      </w:tr>
      <w:tr>
        <w:tc>
          <w:tcPr>
            <w:tcW w:type="dxa" w:w="2880"/>
          </w:tcPr>
          <w:p>
            <w:r>
              <w:t>11</w:t>
            </w:r>
          </w:p>
        </w:tc>
        <w:tc>
          <w:tcPr>
            <w:tcW w:type="dxa" w:w="2880"/>
          </w:tcPr>
          <w:p>
            <w:r>
              <w:t>20252214136</w:t>
            </w:r>
          </w:p>
        </w:tc>
        <w:tc>
          <w:tcPr>
            <w:tcW w:type="dxa" w:w="2880"/>
          </w:tcPr>
          <w:p>
            <w:r>
              <w:t>王思琦</w:t>
            </w:r>
          </w:p>
        </w:tc>
      </w:tr>
      <w:tr>
        <w:tc>
          <w:tcPr>
            <w:tcW w:type="dxa" w:w="2880"/>
          </w:tcPr>
          <w:p>
            <w:r>
              <w:t>12</w:t>
            </w:r>
          </w:p>
        </w:tc>
        <w:tc>
          <w:tcPr>
            <w:tcW w:type="dxa" w:w="2880"/>
          </w:tcPr>
          <w:p>
            <w:r>
              <w:t>20252215399</w:t>
            </w:r>
          </w:p>
        </w:tc>
        <w:tc>
          <w:tcPr>
            <w:tcW w:type="dxa" w:w="2880"/>
          </w:tcPr>
          <w:p>
            <w:r>
              <w:t>胡奕淼</w:t>
            </w:r>
          </w:p>
        </w:tc>
      </w:tr>
      <w:tr>
        <w:tc>
          <w:tcPr>
            <w:tcW w:type="dxa" w:w="2880"/>
          </w:tcPr>
          <w:p>
            <w:r>
              <w:t>13</w:t>
            </w:r>
          </w:p>
        </w:tc>
        <w:tc>
          <w:tcPr>
            <w:tcW w:type="dxa" w:w="2880"/>
          </w:tcPr>
          <w:p>
            <w:r>
              <w:t>20252215743</w:t>
            </w:r>
          </w:p>
        </w:tc>
        <w:tc>
          <w:tcPr>
            <w:tcW w:type="dxa" w:w="2880"/>
          </w:tcPr>
          <w:p>
            <w:r>
              <w:t>张方迟</w:t>
            </w:r>
          </w:p>
        </w:tc>
      </w:tr>
      <w:tr>
        <w:tc>
          <w:tcPr>
            <w:tcW w:type="dxa" w:w="2880"/>
          </w:tcPr>
          <w:p>
            <w:r>
              <w:t>14</w:t>
            </w:r>
          </w:p>
        </w:tc>
        <w:tc>
          <w:tcPr>
            <w:tcW w:type="dxa" w:w="2880"/>
          </w:tcPr>
          <w:p>
            <w:r>
              <w:t>20252217970</w:t>
            </w:r>
          </w:p>
        </w:tc>
        <w:tc>
          <w:tcPr>
            <w:tcW w:type="dxa" w:w="2880"/>
          </w:tcPr>
          <w:p>
            <w:r>
              <w:t>刘睿涵</w:t>
            </w:r>
          </w:p>
        </w:tc>
      </w:tr>
      <w:tr>
        <w:tc>
          <w:tcPr>
            <w:tcW w:type="dxa" w:w="2880"/>
          </w:tcPr>
          <w:p>
            <w:r>
              <w:t>15</w:t>
            </w:r>
          </w:p>
        </w:tc>
        <w:tc>
          <w:tcPr>
            <w:tcW w:type="dxa" w:w="2880"/>
          </w:tcPr>
          <w:p>
            <w:r>
              <w:t>20252218290</w:t>
            </w:r>
          </w:p>
        </w:tc>
        <w:tc>
          <w:tcPr>
            <w:tcW w:type="dxa" w:w="2880"/>
          </w:tcPr>
          <w:p>
            <w:r>
              <w:t>陈姝妍</w:t>
            </w:r>
          </w:p>
        </w:tc>
      </w:tr>
      <w:tr>
        <w:tc>
          <w:tcPr>
            <w:tcW w:type="dxa" w:w="2880"/>
          </w:tcPr>
          <w:p>
            <w:r>
              <w:t>16</w:t>
            </w:r>
          </w:p>
        </w:tc>
        <w:tc>
          <w:tcPr>
            <w:tcW w:type="dxa" w:w="2880"/>
          </w:tcPr>
          <w:p>
            <w:r>
              <w:t>20252222801</w:t>
            </w:r>
          </w:p>
        </w:tc>
        <w:tc>
          <w:tcPr>
            <w:tcW w:type="dxa" w:w="2880"/>
          </w:tcPr>
          <w:p>
            <w:r>
              <w:t>颜锦</w:t>
            </w:r>
          </w:p>
        </w:tc>
      </w:tr>
      <w:tr>
        <w:tc>
          <w:tcPr>
            <w:tcW w:type="dxa" w:w="2880"/>
          </w:tcPr>
          <w:p>
            <w:r>
              <w:t>17</w:t>
            </w:r>
          </w:p>
        </w:tc>
        <w:tc>
          <w:tcPr>
            <w:tcW w:type="dxa" w:w="2880"/>
          </w:tcPr>
          <w:p>
            <w:r>
              <w:t>20252223478</w:t>
            </w:r>
          </w:p>
        </w:tc>
        <w:tc>
          <w:tcPr>
            <w:tcW w:type="dxa" w:w="2880"/>
          </w:tcPr>
          <w:p>
            <w:r>
              <w:t>左子涵</w:t>
            </w:r>
          </w:p>
        </w:tc>
      </w:tr>
      <w:tr>
        <w:tc>
          <w:tcPr>
            <w:tcW w:type="dxa" w:w="2880"/>
          </w:tcPr>
          <w:p>
            <w:r>
              <w:t>18</w:t>
            </w:r>
          </w:p>
        </w:tc>
        <w:tc>
          <w:tcPr>
            <w:tcW w:type="dxa" w:w="2880"/>
          </w:tcPr>
          <w:p>
            <w:r>
              <w:t>20252224565</w:t>
            </w:r>
          </w:p>
        </w:tc>
        <w:tc>
          <w:tcPr>
            <w:tcW w:type="dxa" w:w="2880"/>
          </w:tcPr>
          <w:p>
            <w:r>
              <w:t>蔡依霏</w:t>
            </w:r>
          </w:p>
        </w:tc>
      </w:tr>
      <w:tr>
        <w:tc>
          <w:tcPr>
            <w:tcW w:type="dxa" w:w="2880"/>
          </w:tcPr>
          <w:p>
            <w:r>
              <w:t>19</w:t>
            </w:r>
          </w:p>
        </w:tc>
        <w:tc>
          <w:tcPr>
            <w:tcW w:type="dxa" w:w="2880"/>
          </w:tcPr>
          <w:p>
            <w:r>
              <w:t>20252225127</w:t>
            </w:r>
          </w:p>
        </w:tc>
        <w:tc>
          <w:tcPr>
            <w:tcW w:type="dxa" w:w="2880"/>
          </w:tcPr>
          <w:p>
            <w:r>
              <w:t>朱子焓</w:t>
            </w:r>
          </w:p>
        </w:tc>
      </w:tr>
      <w:tr>
        <w:tc>
          <w:tcPr>
            <w:tcW w:type="dxa" w:w="2880"/>
          </w:tcPr>
          <w:p>
            <w:r>
              <w:t>20</w:t>
            </w:r>
          </w:p>
        </w:tc>
        <w:tc>
          <w:tcPr>
            <w:tcW w:type="dxa" w:w="2880"/>
          </w:tcPr>
          <w:p>
            <w:r>
              <w:t>20252225547</w:t>
            </w:r>
          </w:p>
        </w:tc>
        <w:tc>
          <w:tcPr>
            <w:tcW w:type="dxa" w:w="2880"/>
          </w:tcPr>
          <w:p>
            <w:r>
              <w:t>金奕含</w:t>
            </w:r>
          </w:p>
        </w:tc>
      </w:tr>
      <w:tr>
        <w:tc>
          <w:tcPr>
            <w:tcW w:type="dxa" w:w="2880"/>
          </w:tcPr>
          <w:p>
            <w:r>
              <w:t>21</w:t>
            </w:r>
          </w:p>
        </w:tc>
        <w:tc>
          <w:tcPr>
            <w:tcW w:type="dxa" w:w="2880"/>
          </w:tcPr>
          <w:p>
            <w:r>
              <w:t>20252226539</w:t>
            </w:r>
          </w:p>
        </w:tc>
        <w:tc>
          <w:tcPr>
            <w:tcW w:type="dxa" w:w="2880"/>
          </w:tcPr>
          <w:p>
            <w:r>
              <w:t>彭嘉怡</w:t>
            </w:r>
          </w:p>
        </w:tc>
      </w:tr>
      <w:tr>
        <w:tc>
          <w:tcPr>
            <w:tcW w:type="dxa" w:w="2880"/>
          </w:tcPr>
          <w:p>
            <w:r>
              <w:t>22</w:t>
            </w:r>
          </w:p>
        </w:tc>
        <w:tc>
          <w:tcPr>
            <w:tcW w:type="dxa" w:w="2880"/>
          </w:tcPr>
          <w:p>
            <w:r>
              <w:t>20252226949</w:t>
            </w:r>
          </w:p>
        </w:tc>
        <w:tc>
          <w:tcPr>
            <w:tcW w:type="dxa" w:w="2880"/>
          </w:tcPr>
          <w:p>
            <w:r>
              <w:t>陈薏帆</w:t>
            </w:r>
          </w:p>
        </w:tc>
      </w:tr>
      <w:tr>
        <w:tc>
          <w:tcPr>
            <w:tcW w:type="dxa" w:w="2880"/>
          </w:tcPr>
          <w:p>
            <w:r>
              <w:t>23</w:t>
            </w:r>
          </w:p>
        </w:tc>
        <w:tc>
          <w:tcPr>
            <w:tcW w:type="dxa" w:w="2880"/>
          </w:tcPr>
          <w:p>
            <w:r>
              <w:t>20252227626</w:t>
            </w:r>
          </w:p>
        </w:tc>
        <w:tc>
          <w:tcPr>
            <w:tcW w:type="dxa" w:w="2880"/>
          </w:tcPr>
          <w:p>
            <w:r>
              <w:t>张艺嘉</w:t>
            </w:r>
          </w:p>
        </w:tc>
      </w:tr>
      <w:tr>
        <w:tc>
          <w:tcPr>
            <w:tcW w:type="dxa" w:w="2880"/>
          </w:tcPr>
          <w:p>
            <w:r>
              <w:t>24</w:t>
            </w:r>
          </w:p>
        </w:tc>
        <w:tc>
          <w:tcPr>
            <w:tcW w:type="dxa" w:w="2880"/>
          </w:tcPr>
          <w:p>
            <w:r>
              <w:t>20252227782</w:t>
            </w:r>
          </w:p>
        </w:tc>
        <w:tc>
          <w:tcPr>
            <w:tcW w:type="dxa" w:w="2880"/>
          </w:tcPr>
          <w:p>
            <w:r>
              <w:t>仇奕</w:t>
            </w:r>
          </w:p>
        </w:tc>
      </w:tr>
      <w:tr>
        <w:tc>
          <w:tcPr>
            <w:tcW w:type="dxa" w:w="2880"/>
          </w:tcPr>
          <w:p>
            <w:r>
              <w:t>25</w:t>
            </w:r>
          </w:p>
        </w:tc>
        <w:tc>
          <w:tcPr>
            <w:tcW w:type="dxa" w:w="2880"/>
          </w:tcPr>
          <w:p>
            <w:r>
              <w:t>20252229214</w:t>
            </w:r>
          </w:p>
        </w:tc>
        <w:tc>
          <w:tcPr>
            <w:tcW w:type="dxa" w:w="2880"/>
          </w:tcPr>
          <w:p>
            <w:r>
              <w:t>朱蕊</w:t>
            </w:r>
          </w:p>
        </w:tc>
      </w:tr>
      <w:tr>
        <w:tc>
          <w:tcPr>
            <w:tcW w:type="dxa" w:w="2880"/>
          </w:tcPr>
          <w:p>
            <w:r>
              <w:t>26</w:t>
            </w:r>
          </w:p>
        </w:tc>
        <w:tc>
          <w:tcPr>
            <w:tcW w:type="dxa" w:w="2880"/>
          </w:tcPr>
          <w:p>
            <w:r>
              <w:t>20252230103</w:t>
            </w:r>
          </w:p>
        </w:tc>
        <w:tc>
          <w:tcPr>
            <w:tcW w:type="dxa" w:w="2880"/>
          </w:tcPr>
          <w:p>
            <w:r>
              <w:t>徐甜甜</w:t>
            </w:r>
          </w:p>
        </w:tc>
      </w:tr>
      <w:tr>
        <w:tc>
          <w:tcPr>
            <w:tcW w:type="dxa" w:w="2880"/>
          </w:tcPr>
          <w:p>
            <w:r>
              <w:t>27</w:t>
            </w:r>
          </w:p>
        </w:tc>
        <w:tc>
          <w:tcPr>
            <w:tcW w:type="dxa" w:w="2880"/>
          </w:tcPr>
          <w:p>
            <w:r>
              <w:t>20252211965</w:t>
            </w:r>
          </w:p>
        </w:tc>
        <w:tc>
          <w:tcPr>
            <w:tcW w:type="dxa" w:w="2880"/>
          </w:tcPr>
          <w:p>
            <w:r>
              <w:t>孙静怡</w:t>
            </w:r>
          </w:p>
        </w:tc>
      </w:tr>
      <w:tr>
        <w:tc>
          <w:tcPr>
            <w:tcW w:type="dxa" w:w="2880"/>
          </w:tcPr>
          <w:p>
            <w:r>
              <w:t>28</w:t>
            </w:r>
          </w:p>
        </w:tc>
        <w:tc>
          <w:tcPr>
            <w:tcW w:type="dxa" w:w="2880"/>
          </w:tcPr>
          <w:p>
            <w:r>
              <w:t>20252213192</w:t>
            </w:r>
          </w:p>
        </w:tc>
        <w:tc>
          <w:tcPr>
            <w:tcW w:type="dxa" w:w="2880"/>
          </w:tcPr>
          <w:p>
            <w:r>
              <w:t>张蓝心</w:t>
            </w:r>
          </w:p>
        </w:tc>
      </w:tr>
      <w:tr>
        <w:tc>
          <w:tcPr>
            <w:tcW w:type="dxa" w:w="2880"/>
          </w:tcPr>
          <w:p>
            <w:r>
              <w:t>29</w:t>
            </w:r>
          </w:p>
        </w:tc>
        <w:tc>
          <w:tcPr>
            <w:tcW w:type="dxa" w:w="2880"/>
          </w:tcPr>
          <w:p>
            <w:r>
              <w:t>20252213829</w:t>
            </w:r>
          </w:p>
        </w:tc>
        <w:tc>
          <w:tcPr>
            <w:tcW w:type="dxa" w:w="2880"/>
          </w:tcPr>
          <w:p>
            <w:r>
              <w:t>周繁</w:t>
            </w:r>
          </w:p>
        </w:tc>
      </w:tr>
      <w:tr>
        <w:tc>
          <w:tcPr>
            <w:tcW w:type="dxa" w:w="2880"/>
          </w:tcPr>
          <w:p>
            <w:r>
              <w:t>30</w:t>
            </w:r>
          </w:p>
        </w:tc>
        <w:tc>
          <w:tcPr>
            <w:tcW w:type="dxa" w:w="2880"/>
          </w:tcPr>
          <w:p>
            <w:r>
              <w:t>20252214537</w:t>
            </w:r>
          </w:p>
        </w:tc>
        <w:tc>
          <w:tcPr>
            <w:tcW w:type="dxa" w:w="2880"/>
          </w:tcPr>
          <w:p>
            <w:r>
              <w:t>冷震宇</w:t>
            </w:r>
          </w:p>
        </w:tc>
      </w:tr>
      <w:tr>
        <w:tc>
          <w:tcPr>
            <w:tcW w:type="dxa" w:w="2880"/>
          </w:tcPr>
          <w:p>
            <w:r>
              <w:t>31</w:t>
            </w:r>
          </w:p>
        </w:tc>
        <w:tc>
          <w:tcPr>
            <w:tcW w:type="dxa" w:w="2880"/>
          </w:tcPr>
          <w:p>
            <w:r>
              <w:t>20252214897</w:t>
            </w:r>
          </w:p>
        </w:tc>
        <w:tc>
          <w:tcPr>
            <w:tcW w:type="dxa" w:w="2880"/>
          </w:tcPr>
          <w:p>
            <w:r>
              <w:t>吴冰彦</w:t>
            </w:r>
          </w:p>
        </w:tc>
      </w:tr>
      <w:tr>
        <w:tc>
          <w:tcPr>
            <w:tcW w:type="dxa" w:w="2880"/>
          </w:tcPr>
          <w:p>
            <w:r>
              <w:t>32</w:t>
            </w:r>
          </w:p>
        </w:tc>
        <w:tc>
          <w:tcPr>
            <w:tcW w:type="dxa" w:w="2880"/>
          </w:tcPr>
          <w:p>
            <w:r>
              <w:t>20252225274</w:t>
            </w:r>
          </w:p>
        </w:tc>
        <w:tc>
          <w:tcPr>
            <w:tcW w:type="dxa" w:w="2880"/>
          </w:tcPr>
          <w:p>
            <w:r>
              <w:t>李宗炎</w:t>
            </w:r>
          </w:p>
        </w:tc>
      </w:tr>
      <w:tr>
        <w:tc>
          <w:tcPr>
            <w:tcW w:type="dxa" w:w="2880"/>
          </w:tcPr>
          <w:p>
            <w:r>
              <w:t>33</w:t>
            </w:r>
          </w:p>
        </w:tc>
        <w:tc>
          <w:tcPr>
            <w:tcW w:type="dxa" w:w="2880"/>
          </w:tcPr>
          <w:p>
            <w:r>
              <w:t>20252227973</w:t>
            </w:r>
          </w:p>
        </w:tc>
        <w:tc>
          <w:tcPr>
            <w:tcW w:type="dxa" w:w="2880"/>
          </w:tcPr>
          <w:p>
            <w:r>
              <w:t>陈瑛</w:t>
            </w:r>
          </w:p>
        </w:tc>
      </w:tr>
      <w:tr>
        <w:tc>
          <w:tcPr>
            <w:tcW w:type="dxa" w:w="2880"/>
          </w:tcPr>
          <w:p>
            <w:r>
              <w:t>34</w:t>
            </w:r>
          </w:p>
        </w:tc>
        <w:tc>
          <w:tcPr>
            <w:tcW w:type="dxa" w:w="2880"/>
          </w:tcPr>
          <w:p>
            <w:r>
              <w:t>20252214306</w:t>
            </w:r>
          </w:p>
        </w:tc>
        <w:tc>
          <w:tcPr>
            <w:tcW w:type="dxa" w:w="2880"/>
          </w:tcPr>
          <w:p>
            <w:r>
              <w:t>张可欣</w:t>
            </w:r>
          </w:p>
        </w:tc>
      </w:tr>
      <w:tr>
        <w:tc>
          <w:tcPr>
            <w:tcW w:type="dxa" w:w="2880"/>
          </w:tcPr>
          <w:p>
            <w:r>
              <w:t>35</w:t>
            </w:r>
          </w:p>
        </w:tc>
        <w:tc>
          <w:tcPr>
            <w:tcW w:type="dxa" w:w="2880"/>
          </w:tcPr>
          <w:p>
            <w:r>
              <w:t>20252218680</w:t>
            </w:r>
          </w:p>
        </w:tc>
        <w:tc>
          <w:tcPr>
            <w:tcW w:type="dxa" w:w="2880"/>
          </w:tcPr>
          <w:p>
            <w:r>
              <w:t>史蕊蕊</w:t>
            </w:r>
          </w:p>
        </w:tc>
      </w:tr>
      <w:tr>
        <w:tc>
          <w:tcPr>
            <w:tcW w:type="dxa" w:w="2880"/>
          </w:tcPr>
          <w:p>
            <w:r>
              <w:t>36</w:t>
            </w:r>
          </w:p>
        </w:tc>
        <w:tc>
          <w:tcPr>
            <w:tcW w:type="dxa" w:w="2880"/>
          </w:tcPr>
          <w:p>
            <w:r>
              <w:t>20252220001</w:t>
            </w:r>
          </w:p>
        </w:tc>
        <w:tc>
          <w:tcPr>
            <w:tcW w:type="dxa" w:w="2880"/>
          </w:tcPr>
          <w:p>
            <w:r>
              <w:t>刘欣悦</w:t>
            </w:r>
          </w:p>
        </w:tc>
      </w:tr>
      <w:tr>
        <w:tc>
          <w:tcPr>
            <w:tcW w:type="dxa" w:w="2880"/>
          </w:tcPr>
          <w:p>
            <w:r>
              <w:t>37</w:t>
            </w:r>
          </w:p>
        </w:tc>
        <w:tc>
          <w:tcPr>
            <w:tcW w:type="dxa" w:w="2880"/>
          </w:tcPr>
          <w:p>
            <w:r>
              <w:t>20252206566</w:t>
            </w:r>
          </w:p>
        </w:tc>
        <w:tc>
          <w:tcPr>
            <w:tcW w:type="dxa" w:w="2880"/>
          </w:tcPr>
          <w:p>
            <w:r>
              <w:t>李姝锦</w:t>
            </w:r>
          </w:p>
        </w:tc>
      </w:tr>
      <w:tr>
        <w:tc>
          <w:tcPr>
            <w:tcW w:type="dxa" w:w="2880"/>
          </w:tcPr>
          <w:p>
            <w:r>
              <w:t>38</w:t>
            </w:r>
          </w:p>
        </w:tc>
        <w:tc>
          <w:tcPr>
            <w:tcW w:type="dxa" w:w="2880"/>
          </w:tcPr>
          <w:p>
            <w:r>
              <w:t>20252207161</w:t>
            </w:r>
          </w:p>
        </w:tc>
        <w:tc>
          <w:tcPr>
            <w:tcW w:type="dxa" w:w="2880"/>
          </w:tcPr>
          <w:p>
            <w:r>
              <w:t>朱永康</w:t>
            </w:r>
          </w:p>
        </w:tc>
      </w:tr>
      <w:tr>
        <w:tc>
          <w:tcPr>
            <w:tcW w:type="dxa" w:w="2880"/>
          </w:tcPr>
          <w:p>
            <w:r>
              <w:t>39</w:t>
            </w:r>
          </w:p>
        </w:tc>
        <w:tc>
          <w:tcPr>
            <w:tcW w:type="dxa" w:w="2880"/>
          </w:tcPr>
          <w:p>
            <w:r>
              <w:t>20252215888</w:t>
            </w:r>
          </w:p>
        </w:tc>
        <w:tc>
          <w:tcPr>
            <w:tcW w:type="dxa" w:w="2880"/>
          </w:tcPr>
          <w:p>
            <w:r>
              <w:t>朱珈仪</w:t>
            </w:r>
          </w:p>
        </w:tc>
      </w:tr>
      <w:tr>
        <w:tc>
          <w:tcPr>
            <w:tcW w:type="dxa" w:w="2880"/>
          </w:tcPr>
          <w:p>
            <w:r>
              <w:t>40</w:t>
            </w:r>
          </w:p>
        </w:tc>
        <w:tc>
          <w:tcPr>
            <w:tcW w:type="dxa" w:w="2880"/>
          </w:tcPr>
          <w:p>
            <w:r>
              <w:t>20252216189</w:t>
            </w:r>
          </w:p>
        </w:tc>
        <w:tc>
          <w:tcPr>
            <w:tcW w:type="dxa" w:w="2880"/>
          </w:tcPr>
          <w:p>
            <w:r>
              <w:t>黄隽清</w:t>
            </w:r>
          </w:p>
        </w:tc>
      </w:tr>
      <w:tr>
        <w:tc>
          <w:tcPr>
            <w:tcW w:type="dxa" w:w="2880"/>
          </w:tcPr>
          <w:p>
            <w:r>
              <w:t>41</w:t>
            </w:r>
          </w:p>
        </w:tc>
        <w:tc>
          <w:tcPr>
            <w:tcW w:type="dxa" w:w="2880"/>
          </w:tcPr>
          <w:p>
            <w:r>
              <w:t>20252216563</w:t>
            </w:r>
          </w:p>
        </w:tc>
        <w:tc>
          <w:tcPr>
            <w:tcW w:type="dxa" w:w="2880"/>
          </w:tcPr>
          <w:p>
            <w:r>
              <w:t>王煜宁</w:t>
            </w:r>
          </w:p>
        </w:tc>
      </w:tr>
      <w:tr>
        <w:tc>
          <w:tcPr>
            <w:tcW w:type="dxa" w:w="2880"/>
          </w:tcPr>
          <w:p>
            <w:r>
              <w:t>42</w:t>
            </w:r>
          </w:p>
        </w:tc>
        <w:tc>
          <w:tcPr>
            <w:tcW w:type="dxa" w:w="2880"/>
          </w:tcPr>
          <w:p>
            <w:r>
              <w:t>20252216759</w:t>
            </w:r>
          </w:p>
        </w:tc>
        <w:tc>
          <w:tcPr>
            <w:tcW w:type="dxa" w:w="2880"/>
          </w:tcPr>
          <w:p>
            <w:r>
              <w:t>刘卓滢</w:t>
            </w:r>
          </w:p>
        </w:tc>
      </w:tr>
      <w:tr>
        <w:tc>
          <w:tcPr>
            <w:tcW w:type="dxa" w:w="2880"/>
          </w:tcPr>
          <w:p>
            <w:r>
              <w:t>43</w:t>
            </w:r>
          </w:p>
        </w:tc>
        <w:tc>
          <w:tcPr>
            <w:tcW w:type="dxa" w:w="2880"/>
          </w:tcPr>
          <w:p>
            <w:r>
              <w:t>20252218327</w:t>
            </w:r>
          </w:p>
        </w:tc>
        <w:tc>
          <w:tcPr>
            <w:tcW w:type="dxa" w:w="2880"/>
          </w:tcPr>
          <w:p>
            <w:r>
              <w:t>李可</w:t>
            </w:r>
          </w:p>
        </w:tc>
      </w:tr>
      <w:tr>
        <w:tc>
          <w:tcPr>
            <w:tcW w:type="dxa" w:w="2880"/>
          </w:tcPr>
          <w:p>
            <w:r>
              <w:t>44</w:t>
            </w:r>
          </w:p>
        </w:tc>
        <w:tc>
          <w:tcPr>
            <w:tcW w:type="dxa" w:w="2880"/>
          </w:tcPr>
          <w:p>
            <w:r>
              <w:t>20252222224</w:t>
            </w:r>
          </w:p>
        </w:tc>
        <w:tc>
          <w:tcPr>
            <w:tcW w:type="dxa" w:w="2880"/>
          </w:tcPr>
          <w:p>
            <w:r>
              <w:t>王曦</w:t>
            </w:r>
          </w:p>
        </w:tc>
      </w:tr>
      <w:tr>
        <w:tc>
          <w:tcPr>
            <w:tcW w:type="dxa" w:w="2880"/>
          </w:tcPr>
          <w:p>
            <w:r>
              <w:t>45</w:t>
            </w:r>
          </w:p>
        </w:tc>
        <w:tc>
          <w:tcPr>
            <w:tcW w:type="dxa" w:w="2880"/>
          </w:tcPr>
          <w:p>
            <w:r>
              <w:t>20252222251</w:t>
            </w:r>
          </w:p>
        </w:tc>
        <w:tc>
          <w:tcPr>
            <w:tcW w:type="dxa" w:w="2880"/>
          </w:tcPr>
          <w:p>
            <w:r>
              <w:t>孟子涵</w:t>
            </w:r>
          </w:p>
        </w:tc>
      </w:tr>
      <w:tr>
        <w:tc>
          <w:tcPr>
            <w:tcW w:type="dxa" w:w="2880"/>
          </w:tcPr>
          <w:p>
            <w:r>
              <w:t>46</w:t>
            </w:r>
          </w:p>
        </w:tc>
        <w:tc>
          <w:tcPr>
            <w:tcW w:type="dxa" w:w="2880"/>
          </w:tcPr>
          <w:p>
            <w:r>
              <w:t>20252225446</w:t>
            </w:r>
          </w:p>
        </w:tc>
        <w:tc>
          <w:tcPr>
            <w:tcW w:type="dxa" w:w="2880"/>
          </w:tcPr>
          <w:p>
            <w:r>
              <w:t>徐一诺</w:t>
            </w:r>
          </w:p>
        </w:tc>
      </w:tr>
      <w:tr>
        <w:tc>
          <w:tcPr>
            <w:tcW w:type="dxa" w:w="2880"/>
          </w:tcPr>
          <w:p>
            <w:r>
              <w:t>47</w:t>
            </w:r>
          </w:p>
        </w:tc>
        <w:tc>
          <w:tcPr>
            <w:tcW w:type="dxa" w:w="2880"/>
          </w:tcPr>
          <w:p>
            <w:r>
              <w:t>20252225987</w:t>
            </w:r>
          </w:p>
        </w:tc>
        <w:tc>
          <w:tcPr>
            <w:tcW w:type="dxa" w:w="2880"/>
          </w:tcPr>
          <w:p>
            <w:r>
              <w:t>胡馨雅</w:t>
            </w:r>
          </w:p>
        </w:tc>
      </w:tr>
      <w:tr>
        <w:tc>
          <w:tcPr>
            <w:tcW w:type="dxa" w:w="2880"/>
          </w:tcPr>
          <w:p>
            <w:r>
              <w:t>48</w:t>
            </w:r>
          </w:p>
        </w:tc>
        <w:tc>
          <w:tcPr>
            <w:tcW w:type="dxa" w:w="2880"/>
          </w:tcPr>
          <w:p>
            <w:r>
              <w:t>20252226919</w:t>
            </w:r>
          </w:p>
        </w:tc>
        <w:tc>
          <w:tcPr>
            <w:tcW w:type="dxa" w:w="2880"/>
          </w:tcPr>
          <w:p>
            <w:r>
              <w:t>刘若涵</w:t>
            </w:r>
          </w:p>
        </w:tc>
      </w:tr>
      <w:tr>
        <w:tc>
          <w:tcPr>
            <w:tcW w:type="dxa" w:w="2880"/>
          </w:tcPr>
          <w:p>
            <w:r>
              <w:t>49</w:t>
            </w:r>
          </w:p>
        </w:tc>
        <w:tc>
          <w:tcPr>
            <w:tcW w:type="dxa" w:w="2880"/>
          </w:tcPr>
          <w:p>
            <w:r>
              <w:t>20252227380</w:t>
            </w:r>
          </w:p>
        </w:tc>
        <w:tc>
          <w:tcPr>
            <w:tcW w:type="dxa" w:w="2880"/>
          </w:tcPr>
          <w:p>
            <w:r>
              <w:t>李俊贤</w:t>
            </w:r>
          </w:p>
        </w:tc>
      </w:tr>
      <w:tr>
        <w:tc>
          <w:tcPr>
            <w:tcW w:type="dxa" w:w="2880"/>
          </w:tcPr>
          <w:p>
            <w:r>
              <w:t>50</w:t>
            </w:r>
          </w:p>
        </w:tc>
        <w:tc>
          <w:tcPr>
            <w:tcW w:type="dxa" w:w="2880"/>
          </w:tcPr>
          <w:p>
            <w:r>
              <w:t>20252227390</w:t>
            </w:r>
          </w:p>
        </w:tc>
        <w:tc>
          <w:tcPr>
            <w:tcW w:type="dxa" w:w="2880"/>
          </w:tcPr>
          <w:p>
            <w:r>
              <w:t>何秋实</w:t>
            </w:r>
          </w:p>
        </w:tc>
      </w:tr>
      <w:tr>
        <w:tc>
          <w:tcPr>
            <w:tcW w:type="dxa" w:w="2880"/>
          </w:tcPr>
          <w:p>
            <w:r>
              <w:t>51</w:t>
            </w:r>
          </w:p>
        </w:tc>
        <w:tc>
          <w:tcPr>
            <w:tcW w:type="dxa" w:w="2880"/>
          </w:tcPr>
          <w:p>
            <w:r>
              <w:t>20252228311</w:t>
            </w:r>
          </w:p>
        </w:tc>
        <w:tc>
          <w:tcPr>
            <w:tcW w:type="dxa" w:w="2880"/>
          </w:tcPr>
          <w:p>
            <w:r>
              <w:t>马毅晨</w:t>
            </w:r>
          </w:p>
        </w:tc>
      </w:tr>
      <w:tr>
        <w:tc>
          <w:tcPr>
            <w:tcW w:type="dxa" w:w="2880"/>
          </w:tcPr>
          <w:p>
            <w:r>
              <w:t>140300设计学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序号</w:t>
            </w:r>
          </w:p>
        </w:tc>
        <w:tc>
          <w:tcPr>
            <w:tcW w:type="dxa" w:w="2880"/>
          </w:tcPr>
          <w:p>
            <w:r>
              <w:t>报名号</w:t>
            </w:r>
          </w:p>
        </w:tc>
        <w:tc>
          <w:tcPr>
            <w:tcW w:type="dxa" w:w="2880"/>
          </w:tcPr>
          <w:p>
            <w:r>
              <w:t>姓名</w:t>
            </w:r>
          </w:p>
        </w:tc>
      </w:tr>
      <w:tr>
        <w:tc>
          <w:tcPr>
            <w:tcW w:type="dxa" w:w="2880"/>
          </w:tcPr>
          <w:p>
            <w:r>
              <w:t>1</w:t>
            </w:r>
          </w:p>
        </w:tc>
        <w:tc>
          <w:tcPr>
            <w:tcW w:type="dxa" w:w="2880"/>
          </w:tcPr>
          <w:p>
            <w:r>
              <w:t>20252216270</w:t>
            </w:r>
          </w:p>
        </w:tc>
        <w:tc>
          <w:tcPr>
            <w:tcW w:type="dxa" w:w="2880"/>
          </w:tcPr>
          <w:p>
            <w:r>
              <w:t>吴晓棠</w:t>
            </w:r>
          </w:p>
        </w:tc>
      </w:tr>
      <w:tr>
        <w:tc>
          <w:tcPr>
            <w:tcW w:type="dxa" w:w="2880"/>
          </w:tcPr>
          <w:p>
            <w:r>
              <w:t>2</w:t>
            </w:r>
          </w:p>
        </w:tc>
        <w:tc>
          <w:tcPr>
            <w:tcW w:type="dxa" w:w="2880"/>
          </w:tcPr>
          <w:p>
            <w:r>
              <w:t>20252228229</w:t>
            </w:r>
          </w:p>
        </w:tc>
        <w:tc>
          <w:tcPr>
            <w:tcW w:type="dxa" w:w="2880"/>
          </w:tcPr>
          <w:p>
            <w:r>
              <w:t>乐悠然</w:t>
            </w:r>
          </w:p>
        </w:tc>
      </w:tr>
      <w:tr>
        <w:tc>
          <w:tcPr>
            <w:tcW w:type="dxa" w:w="2880"/>
          </w:tcPr>
          <w:p>
            <w:r>
              <w:t>3</w:t>
            </w:r>
          </w:p>
        </w:tc>
        <w:tc>
          <w:tcPr>
            <w:tcW w:type="dxa" w:w="2880"/>
          </w:tcPr>
          <w:p>
            <w:r>
              <w:t>20252212898</w:t>
            </w:r>
          </w:p>
        </w:tc>
        <w:tc>
          <w:tcPr>
            <w:tcW w:type="dxa" w:w="2880"/>
          </w:tcPr>
          <w:p>
            <w:r>
              <w:t>许思凌</w:t>
            </w:r>
          </w:p>
        </w:tc>
      </w:tr>
      <w:tr>
        <w:tc>
          <w:tcPr>
            <w:tcW w:type="dxa" w:w="2880"/>
          </w:tcPr>
          <w:p>
            <w:r>
              <w:t>4</w:t>
            </w:r>
          </w:p>
        </w:tc>
        <w:tc>
          <w:tcPr>
            <w:tcW w:type="dxa" w:w="2880"/>
          </w:tcPr>
          <w:p>
            <w:r>
              <w:t>20252228237</w:t>
            </w:r>
          </w:p>
        </w:tc>
        <w:tc>
          <w:tcPr>
            <w:tcW w:type="dxa" w:w="2880"/>
          </w:tcPr>
          <w:p>
            <w:r>
              <w:t>张帅</w:t>
            </w:r>
          </w:p>
        </w:tc>
      </w:tr>
      <w:tr>
        <w:tc>
          <w:tcPr>
            <w:tcW w:type="dxa" w:w="2880"/>
          </w:tcPr>
          <w:p>
            <w:r>
              <w:t>5</w:t>
            </w:r>
          </w:p>
        </w:tc>
        <w:tc>
          <w:tcPr>
            <w:tcW w:type="dxa" w:w="2880"/>
          </w:tcPr>
          <w:p>
            <w:r>
              <w:t>20252220562</w:t>
            </w:r>
          </w:p>
        </w:tc>
        <w:tc>
          <w:tcPr>
            <w:tcW w:type="dxa" w:w="2880"/>
          </w:tcPr>
          <w:p>
            <w:r>
              <w:t>卜意涵</w:t>
            </w:r>
          </w:p>
        </w:tc>
      </w:tr>
      <w:tr>
        <w:tc>
          <w:tcPr>
            <w:tcW w:type="dxa" w:w="2880"/>
          </w:tcPr>
          <w:p>
            <w:r>
              <w:t>6</w:t>
            </w:r>
          </w:p>
        </w:tc>
        <w:tc>
          <w:tcPr>
            <w:tcW w:type="dxa" w:w="2880"/>
          </w:tcPr>
          <w:p>
            <w:r>
              <w:t>20252226510</w:t>
            </w:r>
          </w:p>
        </w:tc>
        <w:tc>
          <w:tcPr>
            <w:tcW w:type="dxa" w:w="2880"/>
          </w:tcPr>
          <w:p>
            <w:r>
              <w:t>齐玥</w:t>
            </w:r>
          </w:p>
        </w:tc>
      </w:tr>
      <w:tr>
        <w:tc>
          <w:tcPr>
            <w:tcW w:type="dxa" w:w="2880"/>
          </w:tcPr>
          <w:p>
            <w:r>
              <w:t>7</w:t>
            </w:r>
          </w:p>
        </w:tc>
        <w:tc>
          <w:tcPr>
            <w:tcW w:type="dxa" w:w="2880"/>
          </w:tcPr>
          <w:p>
            <w:r>
              <w:t>20252229734</w:t>
            </w:r>
          </w:p>
        </w:tc>
        <w:tc>
          <w:tcPr>
            <w:tcW w:type="dxa" w:w="2880"/>
          </w:tcPr>
          <w:p>
            <w:r>
              <w:t>石桓羽</w:t>
            </w:r>
          </w:p>
        </w:tc>
      </w:tr>
      <w:tr>
        <w:tc>
          <w:tcPr>
            <w:tcW w:type="dxa" w:w="2880"/>
          </w:tcPr>
          <w:p>
            <w:r>
              <w:t>8</w:t>
            </w:r>
          </w:p>
        </w:tc>
        <w:tc>
          <w:tcPr>
            <w:tcW w:type="dxa" w:w="2880"/>
          </w:tcPr>
          <w:p>
            <w:r>
              <w:t>20252227012</w:t>
            </w:r>
          </w:p>
        </w:tc>
        <w:tc>
          <w:tcPr>
            <w:tcW w:type="dxa" w:w="2880"/>
          </w:tcPr>
          <w:p>
            <w:r>
              <w:t>李若男</w:t>
            </w:r>
          </w:p>
        </w:tc>
      </w:tr>
      <w:tr>
        <w:tc>
          <w:tcPr>
            <w:tcW w:type="dxa" w:w="2880"/>
          </w:tcPr>
          <w:p>
            <w:r>
              <w:t>9</w:t>
            </w:r>
          </w:p>
        </w:tc>
        <w:tc>
          <w:tcPr>
            <w:tcW w:type="dxa" w:w="2880"/>
          </w:tcPr>
          <w:p>
            <w:r>
              <w:t>20252228046</w:t>
            </w:r>
          </w:p>
        </w:tc>
        <w:tc>
          <w:tcPr>
            <w:tcW w:type="dxa" w:w="2880"/>
          </w:tcPr>
          <w:p>
            <w:r>
              <w:t>刘昊莹</w:t>
            </w:r>
          </w:p>
        </w:tc>
      </w:tr>
      <w:tr>
        <w:tc>
          <w:tcPr>
            <w:tcW w:type="dxa" w:w="2880"/>
          </w:tcPr>
          <w:p>
            <w:r>
              <w:t>10</w:t>
            </w:r>
          </w:p>
        </w:tc>
        <w:tc>
          <w:tcPr>
            <w:tcW w:type="dxa" w:w="2880"/>
          </w:tcPr>
          <w:p>
            <w:r>
              <w:t>20252200815</w:t>
            </w:r>
          </w:p>
        </w:tc>
        <w:tc>
          <w:tcPr>
            <w:tcW w:type="dxa" w:w="2880"/>
          </w:tcPr>
          <w:p>
            <w:r>
              <w:t>胡舒颖</w:t>
            </w:r>
          </w:p>
        </w:tc>
      </w:tr>
      <w:tr>
        <w:tc>
          <w:tcPr>
            <w:tcW w:type="dxa" w:w="2880"/>
          </w:tcPr>
          <w:p>
            <w:r>
              <w:t>11</w:t>
            </w:r>
          </w:p>
        </w:tc>
        <w:tc>
          <w:tcPr>
            <w:tcW w:type="dxa" w:w="2880"/>
          </w:tcPr>
          <w:p>
            <w:r>
              <w:t>20252230121</w:t>
            </w:r>
          </w:p>
        </w:tc>
        <w:tc>
          <w:tcPr>
            <w:tcW w:type="dxa" w:w="2880"/>
          </w:tcPr>
          <w:p>
            <w:r>
              <w:t>罗艺丹</w:t>
            </w:r>
          </w:p>
        </w:tc>
      </w:tr>
      <w:tr>
        <w:tc>
          <w:tcPr>
            <w:tcW w:type="dxa" w:w="2880"/>
          </w:tcPr>
          <w:p>
            <w:r>
              <w:t>12</w:t>
            </w:r>
          </w:p>
        </w:tc>
        <w:tc>
          <w:tcPr>
            <w:tcW w:type="dxa" w:w="2880"/>
          </w:tcPr>
          <w:p>
            <w:r>
              <w:t>20252224941</w:t>
            </w:r>
          </w:p>
        </w:tc>
        <w:tc>
          <w:tcPr>
            <w:tcW w:type="dxa" w:w="2880"/>
          </w:tcPr>
          <w:p>
            <w:r>
              <w:t>朱浩</w:t>
            </w:r>
          </w:p>
        </w:tc>
      </w:tr>
      <w:tr>
        <w:tc>
          <w:tcPr>
            <w:tcW w:type="dxa" w:w="2880"/>
          </w:tcPr>
          <w:p>
            <w:r>
              <w:t>13</w:t>
            </w:r>
          </w:p>
        </w:tc>
        <w:tc>
          <w:tcPr>
            <w:tcW w:type="dxa" w:w="2880"/>
          </w:tcPr>
          <w:p>
            <w:r>
              <w:t>20252223440</w:t>
            </w:r>
          </w:p>
        </w:tc>
        <w:tc>
          <w:tcPr>
            <w:tcW w:type="dxa" w:w="2880"/>
          </w:tcPr>
          <w:p>
            <w:r>
              <w:t>李小宁</w:t>
            </w:r>
          </w:p>
        </w:tc>
      </w:tr>
      <w:tr>
        <w:tc>
          <w:tcPr>
            <w:tcW w:type="dxa" w:w="2880"/>
          </w:tcPr>
          <w:p>
            <w:r>
              <w:t>14</w:t>
            </w:r>
          </w:p>
        </w:tc>
        <w:tc>
          <w:tcPr>
            <w:tcW w:type="dxa" w:w="2880"/>
          </w:tcPr>
          <w:p>
            <w:r>
              <w:t>20252217162</w:t>
            </w:r>
          </w:p>
        </w:tc>
        <w:tc>
          <w:tcPr>
            <w:tcW w:type="dxa" w:w="2880"/>
          </w:tcPr>
          <w:p>
            <w:r>
              <w:t>栾玉婷</w:t>
            </w:r>
          </w:p>
        </w:tc>
      </w:tr>
      <w:tr>
        <w:tc>
          <w:tcPr>
            <w:tcW w:type="dxa" w:w="2880"/>
          </w:tcPr>
          <w:p>
            <w:r>
              <w:t>15</w:t>
            </w:r>
          </w:p>
        </w:tc>
        <w:tc>
          <w:tcPr>
            <w:tcW w:type="dxa" w:w="2880"/>
          </w:tcPr>
          <w:p>
            <w:r>
              <w:t>20252225931</w:t>
            </w:r>
          </w:p>
        </w:tc>
        <w:tc>
          <w:tcPr>
            <w:tcW w:type="dxa" w:w="2880"/>
          </w:tcPr>
          <w:p>
            <w:r>
              <w:t>席冰冰</w:t>
            </w:r>
          </w:p>
        </w:tc>
      </w:tr>
      <w:tr>
        <w:tc>
          <w:tcPr>
            <w:tcW w:type="dxa" w:w="2880"/>
          </w:tcPr>
          <w:p>
            <w:r>
              <w:t>16</w:t>
            </w:r>
          </w:p>
        </w:tc>
        <w:tc>
          <w:tcPr>
            <w:tcW w:type="dxa" w:w="2880"/>
          </w:tcPr>
          <w:p>
            <w:r>
              <w:t>20252201923</w:t>
            </w:r>
          </w:p>
        </w:tc>
        <w:tc>
          <w:tcPr>
            <w:tcW w:type="dxa" w:w="2880"/>
          </w:tcPr>
          <w:p>
            <w:r>
              <w:t>彭天琦</w:t>
            </w:r>
          </w:p>
        </w:tc>
      </w:tr>
      <w:tr>
        <w:tc>
          <w:tcPr>
            <w:tcW w:type="dxa" w:w="2880"/>
          </w:tcPr>
          <w:p>
            <w:r>
              <w:t>17</w:t>
            </w:r>
          </w:p>
        </w:tc>
        <w:tc>
          <w:tcPr>
            <w:tcW w:type="dxa" w:w="2880"/>
          </w:tcPr>
          <w:p>
            <w:r>
              <w:t>20252215158</w:t>
            </w:r>
          </w:p>
        </w:tc>
        <w:tc>
          <w:tcPr>
            <w:tcW w:type="dxa" w:w="2880"/>
          </w:tcPr>
          <w:p>
            <w:r>
              <w:t>张清</w:t>
            </w:r>
          </w:p>
        </w:tc>
      </w:tr>
      <w:tr>
        <w:tc>
          <w:tcPr>
            <w:tcW w:type="dxa" w:w="2880"/>
          </w:tcPr>
          <w:p>
            <w:r>
              <w:t>18</w:t>
            </w:r>
          </w:p>
        </w:tc>
        <w:tc>
          <w:tcPr>
            <w:tcW w:type="dxa" w:w="2880"/>
          </w:tcPr>
          <w:p>
            <w:r>
              <w:t>20252201819</w:t>
            </w:r>
          </w:p>
        </w:tc>
        <w:tc>
          <w:tcPr>
            <w:tcW w:type="dxa" w:w="2880"/>
          </w:tcPr>
          <w:p>
            <w:r>
              <w:t>谭杰</w:t>
            </w:r>
          </w:p>
        </w:tc>
      </w:tr>
      <w:tr>
        <w:tc>
          <w:tcPr>
            <w:tcW w:type="dxa" w:w="2880"/>
          </w:tcPr>
          <w:p>
            <w:r>
              <w:t>135700设计（专业学位）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序号</w:t>
            </w:r>
          </w:p>
        </w:tc>
        <w:tc>
          <w:tcPr>
            <w:tcW w:type="dxa" w:w="2880"/>
          </w:tcPr>
          <w:p>
            <w:r>
              <w:t>报名号</w:t>
            </w:r>
          </w:p>
        </w:tc>
        <w:tc>
          <w:tcPr>
            <w:tcW w:type="dxa" w:w="2880"/>
          </w:tcPr>
          <w:p>
            <w:r>
              <w:t>姓名</w:t>
            </w:r>
          </w:p>
        </w:tc>
      </w:tr>
      <w:tr>
        <w:tc>
          <w:tcPr>
            <w:tcW w:type="dxa" w:w="2880"/>
          </w:tcPr>
          <w:p>
            <w:r>
              <w:t>1</w:t>
            </w:r>
          </w:p>
        </w:tc>
        <w:tc>
          <w:tcPr>
            <w:tcW w:type="dxa" w:w="2880"/>
          </w:tcPr>
          <w:p>
            <w:r>
              <w:t>20252216519</w:t>
            </w:r>
          </w:p>
        </w:tc>
        <w:tc>
          <w:tcPr>
            <w:tcW w:type="dxa" w:w="2880"/>
          </w:tcPr>
          <w:p>
            <w:r>
              <w:t>承昱华</w:t>
            </w:r>
          </w:p>
        </w:tc>
      </w:tr>
      <w:tr>
        <w:tc>
          <w:tcPr>
            <w:tcW w:type="dxa" w:w="2880"/>
          </w:tcPr>
          <w:p>
            <w:r>
              <w:t>2</w:t>
            </w:r>
          </w:p>
        </w:tc>
        <w:tc>
          <w:tcPr>
            <w:tcW w:type="dxa" w:w="2880"/>
          </w:tcPr>
          <w:p>
            <w:r>
              <w:t>20252225666</w:t>
            </w:r>
          </w:p>
        </w:tc>
        <w:tc>
          <w:tcPr>
            <w:tcW w:type="dxa" w:w="2880"/>
          </w:tcPr>
          <w:p>
            <w:r>
              <w:t>郝欣冉</w:t>
            </w:r>
          </w:p>
        </w:tc>
      </w:tr>
      <w:tr>
        <w:tc>
          <w:tcPr>
            <w:tcW w:type="dxa" w:w="2880"/>
          </w:tcPr>
          <w:p>
            <w:r>
              <w:t>3</w:t>
            </w:r>
          </w:p>
        </w:tc>
        <w:tc>
          <w:tcPr>
            <w:tcW w:type="dxa" w:w="2880"/>
          </w:tcPr>
          <w:p>
            <w:r>
              <w:t>20252224304</w:t>
            </w:r>
          </w:p>
        </w:tc>
        <w:tc>
          <w:tcPr>
            <w:tcW w:type="dxa" w:w="2880"/>
          </w:tcPr>
          <w:p>
            <w:r>
              <w:t>沈安澜</w:t>
            </w:r>
          </w:p>
        </w:tc>
      </w:tr>
      <w:tr>
        <w:tc>
          <w:tcPr>
            <w:tcW w:type="dxa" w:w="2880"/>
          </w:tcPr>
          <w:p>
            <w:r>
              <w:t>4</w:t>
            </w:r>
          </w:p>
        </w:tc>
        <w:tc>
          <w:tcPr>
            <w:tcW w:type="dxa" w:w="2880"/>
          </w:tcPr>
          <w:p>
            <w:r>
              <w:t>20252219875</w:t>
            </w:r>
          </w:p>
        </w:tc>
        <w:tc>
          <w:tcPr>
            <w:tcW w:type="dxa" w:w="2880"/>
          </w:tcPr>
          <w:p>
            <w:r>
              <w:t>陈昕伊</w:t>
            </w:r>
          </w:p>
        </w:tc>
      </w:tr>
      <w:tr>
        <w:tc>
          <w:tcPr>
            <w:tcW w:type="dxa" w:w="2880"/>
          </w:tcPr>
          <w:p>
            <w:r>
              <w:t>5</w:t>
            </w:r>
          </w:p>
        </w:tc>
        <w:tc>
          <w:tcPr>
            <w:tcW w:type="dxa" w:w="2880"/>
          </w:tcPr>
          <w:p>
            <w:r>
              <w:t>20252223817</w:t>
            </w:r>
          </w:p>
        </w:tc>
        <w:tc>
          <w:tcPr>
            <w:tcW w:type="dxa" w:w="2880"/>
          </w:tcPr>
          <w:p>
            <w:r>
              <w:t>李梦圆</w:t>
            </w:r>
          </w:p>
        </w:tc>
      </w:tr>
      <w:tr>
        <w:tc>
          <w:tcPr>
            <w:tcW w:type="dxa" w:w="2880"/>
          </w:tcPr>
          <w:p>
            <w:r>
              <w:t>6</w:t>
            </w:r>
          </w:p>
        </w:tc>
        <w:tc>
          <w:tcPr>
            <w:tcW w:type="dxa" w:w="2880"/>
          </w:tcPr>
          <w:p>
            <w:r>
              <w:t>20252218378</w:t>
            </w:r>
          </w:p>
        </w:tc>
        <w:tc>
          <w:tcPr>
            <w:tcW w:type="dxa" w:w="2880"/>
          </w:tcPr>
          <w:p>
            <w:r>
              <w:t>孙玉洁</w:t>
            </w:r>
          </w:p>
        </w:tc>
      </w:tr>
      <w:tr>
        <w:tc>
          <w:tcPr>
            <w:tcW w:type="dxa" w:w="2880"/>
          </w:tcPr>
          <w:p>
            <w:r>
              <w:t>7</w:t>
            </w:r>
          </w:p>
        </w:tc>
        <w:tc>
          <w:tcPr>
            <w:tcW w:type="dxa" w:w="2880"/>
          </w:tcPr>
          <w:p>
            <w:r>
              <w:t>20252217282</w:t>
            </w:r>
          </w:p>
        </w:tc>
        <w:tc>
          <w:tcPr>
            <w:tcW w:type="dxa" w:w="2880"/>
          </w:tcPr>
          <w:p>
            <w:r>
              <w:t>孙雨璇</w:t>
            </w:r>
          </w:p>
        </w:tc>
      </w:tr>
      <w:tr>
        <w:tc>
          <w:tcPr>
            <w:tcW w:type="dxa" w:w="2880"/>
          </w:tcPr>
          <w:p>
            <w:r>
              <w:t>8</w:t>
            </w:r>
          </w:p>
        </w:tc>
        <w:tc>
          <w:tcPr>
            <w:tcW w:type="dxa" w:w="2880"/>
          </w:tcPr>
          <w:p>
            <w:r>
              <w:t>20252216508</w:t>
            </w:r>
          </w:p>
        </w:tc>
        <w:tc>
          <w:tcPr>
            <w:tcW w:type="dxa" w:w="2880"/>
          </w:tcPr>
          <w:p>
            <w:r>
              <w:t>姜蓥</w:t>
            </w:r>
          </w:p>
        </w:tc>
      </w:tr>
      <w:tr>
        <w:tc>
          <w:tcPr>
            <w:tcW w:type="dxa" w:w="2880"/>
          </w:tcPr>
          <w:p>
            <w:r>
              <w:t>9</w:t>
            </w:r>
          </w:p>
        </w:tc>
        <w:tc>
          <w:tcPr>
            <w:tcW w:type="dxa" w:w="2880"/>
          </w:tcPr>
          <w:p>
            <w:r>
              <w:t>20252223500</w:t>
            </w:r>
          </w:p>
        </w:tc>
        <w:tc>
          <w:tcPr>
            <w:tcW w:type="dxa" w:w="2880"/>
          </w:tcPr>
          <w:p>
            <w:r>
              <w:t>赵文暄</w:t>
            </w:r>
          </w:p>
        </w:tc>
      </w:tr>
      <w:tr>
        <w:tc>
          <w:tcPr>
            <w:tcW w:type="dxa" w:w="2880"/>
          </w:tcPr>
          <w:p>
            <w:r>
              <w:t>10</w:t>
            </w:r>
          </w:p>
        </w:tc>
        <w:tc>
          <w:tcPr>
            <w:tcW w:type="dxa" w:w="2880"/>
          </w:tcPr>
          <w:p>
            <w:r>
              <w:t>20252230099</w:t>
            </w:r>
          </w:p>
        </w:tc>
        <w:tc>
          <w:tcPr>
            <w:tcW w:type="dxa" w:w="2880"/>
          </w:tcPr>
          <w:p>
            <w:r>
              <w:t>杨滢嘉</w:t>
            </w:r>
          </w:p>
        </w:tc>
      </w:tr>
      <w:tr>
        <w:tc>
          <w:tcPr>
            <w:tcW w:type="dxa" w:w="2880"/>
          </w:tcPr>
          <w:p>
            <w:r>
              <w:t>11</w:t>
            </w:r>
          </w:p>
        </w:tc>
        <w:tc>
          <w:tcPr>
            <w:tcW w:type="dxa" w:w="2880"/>
          </w:tcPr>
          <w:p>
            <w:r>
              <w:t>20252212045</w:t>
            </w:r>
          </w:p>
        </w:tc>
        <w:tc>
          <w:tcPr>
            <w:tcW w:type="dxa" w:w="2880"/>
          </w:tcPr>
          <w:p>
            <w:r>
              <w:t>殷哲涵</w:t>
            </w:r>
          </w:p>
        </w:tc>
      </w:tr>
      <w:tr>
        <w:tc>
          <w:tcPr>
            <w:tcW w:type="dxa" w:w="2880"/>
          </w:tcPr>
          <w:p>
            <w:r>
              <w:t>12</w:t>
            </w:r>
          </w:p>
        </w:tc>
        <w:tc>
          <w:tcPr>
            <w:tcW w:type="dxa" w:w="2880"/>
          </w:tcPr>
          <w:p>
            <w:r>
              <w:t>20252213065</w:t>
            </w:r>
          </w:p>
        </w:tc>
        <w:tc>
          <w:tcPr>
            <w:tcW w:type="dxa" w:w="2880"/>
          </w:tcPr>
          <w:p>
            <w:r>
              <w:t>郭汉月</w:t>
            </w:r>
          </w:p>
        </w:tc>
      </w:tr>
      <w:tr>
        <w:tc>
          <w:tcPr>
            <w:tcW w:type="dxa" w:w="2880"/>
          </w:tcPr>
          <w:p>
            <w:r>
              <w:t>13</w:t>
            </w:r>
          </w:p>
        </w:tc>
        <w:tc>
          <w:tcPr>
            <w:tcW w:type="dxa" w:w="2880"/>
          </w:tcPr>
          <w:p>
            <w:r>
              <w:t>20252224480</w:t>
            </w:r>
          </w:p>
        </w:tc>
        <w:tc>
          <w:tcPr>
            <w:tcW w:type="dxa" w:w="2880"/>
          </w:tcPr>
          <w:p>
            <w:r>
              <w:t>项奕闻</w:t>
            </w:r>
          </w:p>
        </w:tc>
      </w:tr>
      <w:tr>
        <w:tc>
          <w:tcPr>
            <w:tcW w:type="dxa" w:w="2880"/>
          </w:tcPr>
          <w:p>
            <w:r>
              <w:t>14</w:t>
            </w:r>
          </w:p>
        </w:tc>
        <w:tc>
          <w:tcPr>
            <w:tcW w:type="dxa" w:w="2880"/>
          </w:tcPr>
          <w:p>
            <w:r>
              <w:t>20252206439</w:t>
            </w:r>
          </w:p>
        </w:tc>
        <w:tc>
          <w:tcPr>
            <w:tcW w:type="dxa" w:w="2880"/>
          </w:tcPr>
          <w:p>
            <w:r>
              <w:t>曹羽涵</w:t>
            </w:r>
          </w:p>
        </w:tc>
      </w:tr>
      <w:tr>
        <w:tc>
          <w:tcPr>
            <w:tcW w:type="dxa" w:w="2880"/>
          </w:tcPr>
          <w:p>
            <w:r>
              <w:t>15</w:t>
            </w:r>
          </w:p>
        </w:tc>
        <w:tc>
          <w:tcPr>
            <w:tcW w:type="dxa" w:w="2880"/>
          </w:tcPr>
          <w:p>
            <w:r>
              <w:t>20252222781</w:t>
            </w:r>
          </w:p>
        </w:tc>
        <w:tc>
          <w:tcPr>
            <w:tcW w:type="dxa" w:w="2880"/>
          </w:tcPr>
          <w:p>
            <w:r>
              <w:t>周恣帆</w:t>
            </w:r>
          </w:p>
        </w:tc>
      </w:tr>
      <w:tr>
        <w:tc>
          <w:tcPr>
            <w:tcW w:type="dxa" w:w="2880"/>
          </w:tcPr>
          <w:p>
            <w:r>
              <w:t>16</w:t>
            </w:r>
          </w:p>
        </w:tc>
        <w:tc>
          <w:tcPr>
            <w:tcW w:type="dxa" w:w="2880"/>
          </w:tcPr>
          <w:p>
            <w:r>
              <w:t>20252230036</w:t>
            </w:r>
          </w:p>
        </w:tc>
        <w:tc>
          <w:tcPr>
            <w:tcW w:type="dxa" w:w="2880"/>
          </w:tcPr>
          <w:p>
            <w:r>
              <w:t>杨唯一</w:t>
            </w:r>
          </w:p>
        </w:tc>
      </w:tr>
      <w:tr>
        <w:tc>
          <w:tcPr>
            <w:tcW w:type="dxa" w:w="2880"/>
          </w:tcPr>
          <w:p>
            <w:r>
              <w:t>17</w:t>
            </w:r>
          </w:p>
        </w:tc>
        <w:tc>
          <w:tcPr>
            <w:tcW w:type="dxa" w:w="2880"/>
          </w:tcPr>
          <w:p>
            <w:r>
              <w:t>20252203833</w:t>
            </w:r>
          </w:p>
        </w:tc>
        <w:tc>
          <w:tcPr>
            <w:tcW w:type="dxa" w:w="2880"/>
          </w:tcPr>
          <w:p>
            <w:r>
              <w:t>雷司琳</w:t>
            </w:r>
          </w:p>
        </w:tc>
      </w:tr>
      <w:tr>
        <w:tc>
          <w:tcPr>
            <w:tcW w:type="dxa" w:w="2880"/>
          </w:tcPr>
          <w:p>
            <w:r>
              <w:t>18</w:t>
            </w:r>
          </w:p>
        </w:tc>
        <w:tc>
          <w:tcPr>
            <w:tcW w:type="dxa" w:w="2880"/>
          </w:tcPr>
          <w:p>
            <w:r>
              <w:t>20252205699</w:t>
            </w:r>
          </w:p>
        </w:tc>
        <w:tc>
          <w:tcPr>
            <w:tcW w:type="dxa" w:w="2880"/>
          </w:tcPr>
          <w:p>
            <w:r>
              <w:t>王雨西</w:t>
            </w:r>
          </w:p>
        </w:tc>
      </w:tr>
      <w:tr>
        <w:tc>
          <w:tcPr>
            <w:tcW w:type="dxa" w:w="2880"/>
          </w:tcPr>
          <w:p>
            <w:r>
              <w:t>19</w:t>
            </w:r>
          </w:p>
        </w:tc>
        <w:tc>
          <w:tcPr>
            <w:tcW w:type="dxa" w:w="2880"/>
          </w:tcPr>
          <w:p>
            <w:r>
              <w:t>20252211585</w:t>
            </w:r>
          </w:p>
        </w:tc>
        <w:tc>
          <w:tcPr>
            <w:tcW w:type="dxa" w:w="2880"/>
          </w:tcPr>
          <w:p>
            <w:r>
              <w:t>于晨</w:t>
            </w:r>
          </w:p>
        </w:tc>
      </w:tr>
      <w:tr>
        <w:tc>
          <w:tcPr>
            <w:tcW w:type="dxa" w:w="2880"/>
          </w:tcPr>
          <w:p>
            <w:r>
              <w:t>20</w:t>
            </w:r>
          </w:p>
        </w:tc>
        <w:tc>
          <w:tcPr>
            <w:tcW w:type="dxa" w:w="2880"/>
          </w:tcPr>
          <w:p>
            <w:r>
              <w:t>20252213634</w:t>
            </w:r>
          </w:p>
        </w:tc>
        <w:tc>
          <w:tcPr>
            <w:tcW w:type="dxa" w:w="2880"/>
          </w:tcPr>
          <w:p>
            <w:r>
              <w:t>盛陶然</w:t>
            </w:r>
          </w:p>
        </w:tc>
      </w:tr>
      <w:tr>
        <w:tc>
          <w:tcPr>
            <w:tcW w:type="dxa" w:w="2880"/>
          </w:tcPr>
          <w:p>
            <w:r>
              <w:t>21</w:t>
            </w:r>
          </w:p>
        </w:tc>
        <w:tc>
          <w:tcPr>
            <w:tcW w:type="dxa" w:w="2880"/>
          </w:tcPr>
          <w:p>
            <w:r>
              <w:t>20252214148</w:t>
            </w:r>
          </w:p>
        </w:tc>
        <w:tc>
          <w:tcPr>
            <w:tcW w:type="dxa" w:w="2880"/>
          </w:tcPr>
          <w:p>
            <w:r>
              <w:t>陆帅烨</w:t>
            </w:r>
          </w:p>
        </w:tc>
      </w:tr>
      <w:tr>
        <w:tc>
          <w:tcPr>
            <w:tcW w:type="dxa" w:w="2880"/>
          </w:tcPr>
          <w:p>
            <w:r>
              <w:t>22</w:t>
            </w:r>
          </w:p>
        </w:tc>
        <w:tc>
          <w:tcPr>
            <w:tcW w:type="dxa" w:w="2880"/>
          </w:tcPr>
          <w:p>
            <w:r>
              <w:t>20252222189</w:t>
            </w:r>
          </w:p>
        </w:tc>
        <w:tc>
          <w:tcPr>
            <w:tcW w:type="dxa" w:w="2880"/>
          </w:tcPr>
          <w:p>
            <w:r>
              <w:t>许婧秋</w:t>
            </w:r>
          </w:p>
        </w:tc>
      </w:tr>
      <w:tr>
        <w:tc>
          <w:tcPr>
            <w:tcW w:type="dxa" w:w="2880"/>
          </w:tcPr>
          <w:p>
            <w:r>
              <w:t>23</w:t>
            </w:r>
          </w:p>
        </w:tc>
        <w:tc>
          <w:tcPr>
            <w:tcW w:type="dxa" w:w="2880"/>
          </w:tcPr>
          <w:p>
            <w:r>
              <w:t>20252223009</w:t>
            </w:r>
          </w:p>
        </w:tc>
        <w:tc>
          <w:tcPr>
            <w:tcW w:type="dxa" w:w="2880"/>
          </w:tcPr>
          <w:p>
            <w:r>
              <w:t>李嘉仪</w:t>
            </w:r>
          </w:p>
        </w:tc>
      </w:tr>
      <w:tr>
        <w:tc>
          <w:tcPr>
            <w:tcW w:type="dxa" w:w="2880"/>
          </w:tcPr>
          <w:p>
            <w:r>
              <w:t>24</w:t>
            </w:r>
          </w:p>
        </w:tc>
        <w:tc>
          <w:tcPr>
            <w:tcW w:type="dxa" w:w="2880"/>
          </w:tcPr>
          <w:p>
            <w:r>
              <w:t>20252225001</w:t>
            </w:r>
          </w:p>
        </w:tc>
        <w:tc>
          <w:tcPr>
            <w:tcW w:type="dxa" w:w="2880"/>
          </w:tcPr>
          <w:p>
            <w:r>
              <w:t>孙羽乐</w:t>
            </w:r>
          </w:p>
        </w:tc>
      </w:tr>
      <w:tr>
        <w:tc>
          <w:tcPr>
            <w:tcW w:type="dxa" w:w="2880"/>
          </w:tcPr>
          <w:p>
            <w:r>
              <w:t>25</w:t>
            </w:r>
          </w:p>
        </w:tc>
        <w:tc>
          <w:tcPr>
            <w:tcW w:type="dxa" w:w="2880"/>
          </w:tcPr>
          <w:p>
            <w:r>
              <w:t>20252225451</w:t>
            </w:r>
          </w:p>
        </w:tc>
        <w:tc>
          <w:tcPr>
            <w:tcW w:type="dxa" w:w="2880"/>
          </w:tcPr>
          <w:p>
            <w:r>
              <w:t>程子笑</w:t>
            </w:r>
          </w:p>
        </w:tc>
      </w:tr>
      <w:tr>
        <w:tc>
          <w:tcPr>
            <w:tcW w:type="dxa" w:w="2880"/>
          </w:tcPr>
          <w:p>
            <w:r>
              <w:t>26</w:t>
            </w:r>
          </w:p>
        </w:tc>
        <w:tc>
          <w:tcPr>
            <w:tcW w:type="dxa" w:w="2880"/>
          </w:tcPr>
          <w:p>
            <w:r>
              <w:t>20252227492</w:t>
            </w:r>
          </w:p>
        </w:tc>
        <w:tc>
          <w:tcPr>
            <w:tcW w:type="dxa" w:w="2880"/>
          </w:tcPr>
          <w:p>
            <w:r>
              <w:t>毛奕雯</w:t>
            </w:r>
          </w:p>
        </w:tc>
      </w:tr>
      <w:tr>
        <w:tc>
          <w:tcPr>
            <w:tcW w:type="dxa" w:w="2880"/>
          </w:tcPr>
          <w:p>
            <w:r>
              <w:t>27</w:t>
            </w:r>
          </w:p>
        </w:tc>
        <w:tc>
          <w:tcPr>
            <w:tcW w:type="dxa" w:w="2880"/>
          </w:tcPr>
          <w:p>
            <w:r>
              <w:t>20252227152</w:t>
            </w:r>
          </w:p>
        </w:tc>
        <w:tc>
          <w:tcPr>
            <w:tcW w:type="dxa" w:w="2880"/>
          </w:tcPr>
          <w:p>
            <w:r>
              <w:t>季峻明</w:t>
            </w:r>
          </w:p>
        </w:tc>
      </w:tr>
      <w:tr>
        <w:tc>
          <w:tcPr>
            <w:tcW w:type="dxa" w:w="2880"/>
          </w:tcPr>
          <w:p>
            <w:r>
              <w:t>135600美术与书法（专业学位）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序号</w:t>
            </w:r>
          </w:p>
        </w:tc>
        <w:tc>
          <w:tcPr>
            <w:tcW w:type="dxa" w:w="2880"/>
          </w:tcPr>
          <w:p>
            <w:r>
              <w:t>报名号</w:t>
            </w:r>
          </w:p>
        </w:tc>
        <w:tc>
          <w:tcPr>
            <w:tcW w:type="dxa" w:w="2880"/>
          </w:tcPr>
          <w:p>
            <w:r>
              <w:t>姓名</w:t>
            </w:r>
          </w:p>
        </w:tc>
      </w:tr>
      <w:tr>
        <w:tc>
          <w:tcPr>
            <w:tcW w:type="dxa" w:w="2880"/>
          </w:tcPr>
          <w:p>
            <w:r>
              <w:t>1</w:t>
            </w:r>
          </w:p>
        </w:tc>
        <w:tc>
          <w:tcPr>
            <w:tcW w:type="dxa" w:w="2880"/>
          </w:tcPr>
          <w:p>
            <w:r>
              <w:t>20252205506</w:t>
            </w:r>
          </w:p>
        </w:tc>
        <w:tc>
          <w:tcPr>
            <w:tcW w:type="dxa" w:w="2880"/>
          </w:tcPr>
          <w:p>
            <w:r>
              <w:t>王静雪</w:t>
            </w:r>
          </w:p>
        </w:tc>
      </w:tr>
      <w:tr>
        <w:tc>
          <w:tcPr>
            <w:tcW w:type="dxa" w:w="2880"/>
          </w:tcPr>
          <w:p>
            <w:r>
              <w:t>2</w:t>
            </w:r>
          </w:p>
        </w:tc>
        <w:tc>
          <w:tcPr>
            <w:tcW w:type="dxa" w:w="2880"/>
          </w:tcPr>
          <w:p>
            <w:r>
              <w:t>20252212302</w:t>
            </w:r>
          </w:p>
        </w:tc>
        <w:tc>
          <w:tcPr>
            <w:tcW w:type="dxa" w:w="2880"/>
          </w:tcPr>
          <w:p>
            <w:r>
              <w:t>陈峥</w:t>
            </w:r>
          </w:p>
        </w:tc>
      </w:tr>
      <w:tr>
        <w:tc>
          <w:tcPr>
            <w:tcW w:type="dxa" w:w="2880"/>
          </w:tcPr>
          <w:p>
            <w:r>
              <w:t>3</w:t>
            </w:r>
          </w:p>
        </w:tc>
        <w:tc>
          <w:tcPr>
            <w:tcW w:type="dxa" w:w="2880"/>
          </w:tcPr>
          <w:p>
            <w:r>
              <w:t>20252212958</w:t>
            </w:r>
          </w:p>
        </w:tc>
        <w:tc>
          <w:tcPr>
            <w:tcW w:type="dxa" w:w="2880"/>
          </w:tcPr>
          <w:p>
            <w:r>
              <w:t>秦苏</w:t>
            </w:r>
          </w:p>
        </w:tc>
      </w:tr>
      <w:tr>
        <w:tc>
          <w:tcPr>
            <w:tcW w:type="dxa" w:w="2880"/>
          </w:tcPr>
          <w:p>
            <w:r>
              <w:t>4</w:t>
            </w:r>
          </w:p>
        </w:tc>
        <w:tc>
          <w:tcPr>
            <w:tcW w:type="dxa" w:w="2880"/>
          </w:tcPr>
          <w:p>
            <w:r>
              <w:t>20252213622</w:t>
            </w:r>
          </w:p>
        </w:tc>
        <w:tc>
          <w:tcPr>
            <w:tcW w:type="dxa" w:w="2880"/>
          </w:tcPr>
          <w:p>
            <w:r>
              <w:t>丁妤荩</w:t>
            </w:r>
          </w:p>
        </w:tc>
      </w:tr>
      <w:tr>
        <w:tc>
          <w:tcPr>
            <w:tcW w:type="dxa" w:w="2880"/>
          </w:tcPr>
          <w:p>
            <w:r>
              <w:t>5</w:t>
            </w:r>
          </w:p>
        </w:tc>
        <w:tc>
          <w:tcPr>
            <w:tcW w:type="dxa" w:w="2880"/>
          </w:tcPr>
          <w:p>
            <w:r>
              <w:t>20252212834</w:t>
            </w:r>
          </w:p>
        </w:tc>
        <w:tc>
          <w:tcPr>
            <w:tcW w:type="dxa" w:w="2880"/>
          </w:tcPr>
          <w:p>
            <w:r>
              <w:t>解雯惠</w:t>
            </w:r>
          </w:p>
        </w:tc>
      </w:tr>
      <w:tr>
        <w:tc>
          <w:tcPr>
            <w:tcW w:type="dxa" w:w="2880"/>
          </w:tcPr>
          <w:p>
            <w:r>
              <w:t>6</w:t>
            </w:r>
          </w:p>
        </w:tc>
        <w:tc>
          <w:tcPr>
            <w:tcW w:type="dxa" w:w="2880"/>
          </w:tcPr>
          <w:p>
            <w:r>
              <w:t>20252218444</w:t>
            </w:r>
          </w:p>
        </w:tc>
        <w:tc>
          <w:tcPr>
            <w:tcW w:type="dxa" w:w="2880"/>
          </w:tcPr>
          <w:p>
            <w:r>
              <w:t>陈力菁</w:t>
            </w:r>
          </w:p>
        </w:tc>
      </w:tr>
      <w:tr>
        <w:tc>
          <w:tcPr>
            <w:tcW w:type="dxa" w:w="2880"/>
          </w:tcPr>
          <w:p>
            <w:r>
              <w:t>7</w:t>
            </w:r>
          </w:p>
        </w:tc>
        <w:tc>
          <w:tcPr>
            <w:tcW w:type="dxa" w:w="2880"/>
          </w:tcPr>
          <w:p>
            <w:r>
              <w:t>20252223057</w:t>
            </w:r>
          </w:p>
        </w:tc>
        <w:tc>
          <w:tcPr>
            <w:tcW w:type="dxa" w:w="2880"/>
          </w:tcPr>
          <w:p>
            <w:r>
              <w:t>包熠</w:t>
            </w:r>
          </w:p>
        </w:tc>
      </w:tr>
      <w:tr>
        <w:tc>
          <w:tcPr>
            <w:tcW w:type="dxa" w:w="2880"/>
          </w:tcPr>
          <w:p>
            <w:r>
              <w:t>8</w:t>
            </w:r>
          </w:p>
        </w:tc>
        <w:tc>
          <w:tcPr>
            <w:tcW w:type="dxa" w:w="2880"/>
          </w:tcPr>
          <w:p>
            <w:r>
              <w:t>20252229129</w:t>
            </w:r>
          </w:p>
        </w:tc>
        <w:tc>
          <w:tcPr>
            <w:tcW w:type="dxa" w:w="2880"/>
          </w:tcPr>
          <w:p>
            <w:r>
              <w:t>邱怡果</w:t>
            </w:r>
          </w:p>
        </w:tc>
      </w:tr>
      <w:tr>
        <w:tc>
          <w:tcPr>
            <w:tcW w:type="dxa" w:w="2880"/>
          </w:tcPr>
          <w:p>
            <w:r>
              <w:t>9</w:t>
            </w:r>
          </w:p>
        </w:tc>
        <w:tc>
          <w:tcPr>
            <w:tcW w:type="dxa" w:w="2880"/>
          </w:tcPr>
          <w:p>
            <w:r>
              <w:t>20252229440</w:t>
            </w:r>
          </w:p>
        </w:tc>
        <w:tc>
          <w:tcPr>
            <w:tcW w:type="dxa" w:w="2880"/>
          </w:tcPr>
          <w:p>
            <w:r>
              <w:t>沙怡平</w:t>
            </w:r>
          </w:p>
        </w:tc>
      </w:tr>
    </w:tbl>
    <w:p>
      <w:r>
        <w:t>关于公布艺术学院2024年优秀大学生夏令营活动暨推免生预选拔入选名单的通知.docx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