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相关学科单位</w:t>
      </w:r>
    </w:p>
    <w:p>
      <w:r>
        <w:t>经过对各位申报材料的审核，现已初步确定我院202 3年优秀大学生夏令营活动暨推免生预选拔入选名单（详见附表）。现就有关事项通知如下：</w:t>
      </w:r>
    </w:p>
    <w:p>
      <w:r>
        <w:t>一、面试确认</w:t>
      </w:r>
    </w:p>
    <w:p>
      <w:r>
        <w:t>1.请入选者及时登录报名系统（http://gsas.seu.edu.cn），在系统中回复“确认参加”或“确认不参加”，未在规定时间内回复“确认参加”的，将视为自动放弃（截止确认时间：202 3年8月9日中午12 :00前）。</w:t>
      </w:r>
    </w:p>
    <w:p>
      <w:r>
        <w:t>2.请确认参加面试的同学尽快加入QQ群：908871768（验证信息：申请专业+姓名+本科学校）。未在8月9日中午12 :00前入群的，也视为自动放弃入营资格。</w:t>
      </w:r>
    </w:p>
    <w:p>
      <w:r>
        <w:t>注：东南大学艺术学院202 3年全国优秀大学生夏令营活动暨推免预选拔工作通知https://arts.seu.edu.cn/2023/0707/c17236a450953/page.htm</w:t>
      </w:r>
    </w:p>
    <w:p>
      <w:r>
        <w:t>（此链接为艺术学院7月7日发布的夏令营通知，请关注）</w:t>
      </w:r>
    </w:p>
    <w:p>
      <w:r>
        <w:t>二、活动安排：</w:t>
      </w:r>
    </w:p>
    <w:p>
      <w:r>
        <w:t>具体要求及后续安排请关注学院网站或QQ群内通知(使用腾讯会议软件，会议号、参会密码及具体分组信息也请等待后续通知)。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日期</w:t>
            </w:r>
          </w:p>
        </w:tc>
        <w:tc>
          <w:tcPr>
            <w:tcW w:type="dxa" w:w="2160"/>
          </w:tcPr>
          <w:p>
            <w:r>
              <w:t>时间</w:t>
            </w:r>
          </w:p>
        </w:tc>
        <w:tc>
          <w:tcPr>
            <w:tcW w:type="dxa" w:w="2160"/>
          </w:tcPr>
          <w:p>
            <w:r>
              <w:t>活动内容</w:t>
            </w:r>
          </w:p>
        </w:tc>
        <w:tc>
          <w:tcPr>
            <w:tcW w:type="dxa" w:w="2160"/>
          </w:tcPr>
          <w:p>
            <w:r>
              <w:t>形式</w:t>
            </w:r>
          </w:p>
        </w:tc>
      </w:tr>
      <w:tr>
        <w:tc>
          <w:tcPr>
            <w:tcW w:type="dxa" w:w="2160"/>
          </w:tcPr>
          <w:p>
            <w:r>
              <w:t>202 3年8月9日</w:t>
            </w:r>
          </w:p>
        </w:tc>
        <w:tc>
          <w:tcPr>
            <w:tcW w:type="dxa" w:w="2160"/>
          </w:tcPr>
          <w:p>
            <w:r>
              <w:t>14:00-15:00</w:t>
            </w:r>
          </w:p>
        </w:tc>
        <w:tc>
          <w:tcPr>
            <w:tcW w:type="dxa" w:w="2160"/>
          </w:tcPr>
          <w:p>
            <w:r>
              <w:t>线上报到</w:t>
            </w:r>
          </w:p>
        </w:tc>
        <w:tc>
          <w:tcPr>
            <w:tcW w:type="dxa" w:w="2160"/>
          </w:tcPr>
          <w:p>
            <w:r>
              <w:t>腾讯会议</w:t>
            </w:r>
          </w:p>
        </w:tc>
      </w:tr>
      <w:tr>
        <w:tc>
          <w:tcPr>
            <w:tcW w:type="dxa" w:w="2160"/>
          </w:tcPr>
          <w:p>
            <w:r>
              <w:t>15:00-16:00</w:t>
            </w:r>
          </w:p>
        </w:tc>
        <w:tc>
          <w:tcPr>
            <w:tcW w:type="dxa" w:w="2160"/>
          </w:tcPr>
          <w:p>
            <w:r>
              <w:t>入营仪式与优秀研究生交流会</w:t>
            </w:r>
          </w:p>
        </w:tc>
        <w:tc>
          <w:tcPr>
            <w:tcW w:type="dxa" w:w="2160"/>
          </w:tcPr>
          <w:p>
            <w:r>
              <w:t>腾讯会议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2 02 3年8月10日</w:t>
            </w:r>
          </w:p>
        </w:tc>
        <w:tc>
          <w:tcPr>
            <w:tcW w:type="dxa" w:w="2160"/>
          </w:tcPr>
          <w:p>
            <w:r>
              <w:t>9:00-12:00</w:t>
            </w:r>
          </w:p>
        </w:tc>
        <w:tc>
          <w:tcPr>
            <w:tcW w:type="dxa" w:w="2160"/>
          </w:tcPr>
          <w:p>
            <w:r>
              <w:t>学科介绍及招生宣讲：1、艺术学理论2、设计学3、艺术设计4、美术</w:t>
            </w:r>
          </w:p>
        </w:tc>
        <w:tc>
          <w:tcPr>
            <w:tcW w:type="dxa" w:w="2160"/>
          </w:tcPr>
          <w:p>
            <w:r>
              <w:t>腾讯会议</w:t>
            </w:r>
          </w:p>
        </w:tc>
      </w:tr>
      <w:tr>
        <w:tc>
          <w:tcPr>
            <w:tcW w:type="dxa" w:w="2160"/>
          </w:tcPr>
          <w:p>
            <w:r>
              <w:t>14:00-17:00</w:t>
            </w:r>
          </w:p>
        </w:tc>
        <w:tc>
          <w:tcPr>
            <w:tcW w:type="dxa" w:w="2160"/>
          </w:tcPr>
          <w:p>
            <w:r>
              <w:t>学术报告</w:t>
            </w:r>
          </w:p>
        </w:tc>
        <w:tc>
          <w:tcPr>
            <w:tcW w:type="dxa" w:w="2160"/>
          </w:tcPr>
          <w:p>
            <w:r>
              <w:t>腾讯会议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202 3年8月11日</w:t>
            </w:r>
          </w:p>
        </w:tc>
        <w:tc>
          <w:tcPr>
            <w:tcW w:type="dxa" w:w="2160"/>
          </w:tcPr>
          <w:p>
            <w:r>
              <w:t>9:00-12:00 14:00-17:00</w:t>
            </w:r>
          </w:p>
        </w:tc>
        <w:tc>
          <w:tcPr>
            <w:tcW w:type="dxa" w:w="2160"/>
          </w:tcPr>
          <w:p>
            <w:r>
              <w:t>综合考核（面试）：考生自我介绍（3分钟内）、英文问答、综合考查</w:t>
            </w:r>
          </w:p>
        </w:tc>
        <w:tc>
          <w:tcPr>
            <w:tcW w:type="dxa" w:w="2160"/>
          </w:tcPr>
          <w:p>
            <w:r>
              <w:t>腾讯会议(会议号、参会密码及具体分组信息请等待后续通知)</w:t>
            </w:r>
          </w:p>
        </w:tc>
      </w:tr>
      <w:tr>
        <w:tc>
          <w:tcPr>
            <w:tcW w:type="dxa" w:w="2160"/>
          </w:tcPr>
          <w:p>
            <w:r>
              <w:t>17:00-17:30</w:t>
            </w:r>
          </w:p>
        </w:tc>
        <w:tc>
          <w:tcPr>
            <w:tcW w:type="dxa" w:w="2160"/>
          </w:tcPr>
          <w:p>
            <w:r>
              <w:t>结营仪式</w:t>
            </w:r>
          </w:p>
        </w:tc>
        <w:tc>
          <w:tcPr>
            <w:tcW w:type="dxa" w:w="2160"/>
          </w:tcPr>
          <w:p>
            <w:r>
              <w:t>腾讯会议</w:t>
            </w:r>
          </w:p>
        </w:tc>
        <w:tc>
          <w:tcPr>
            <w:tcW w:type="dxa" w:w="2160"/>
          </w:tcPr>
          <w:p/>
        </w:tc>
      </w:tr>
    </w:tbl>
    <w:p>
      <w:r>
        <w:t>说明：请按照操作规范要求提前准备：</w:t>
      </w:r>
    </w:p>
    <w:p>
      <w:r>
        <w:t>1.东南大学硕士研究生网络远程复试温馨提示https://yzb.seu.edu.cn/2022/0324/c6676a402438/page.htm（注意：不要求双机位）。请各位入营的同学，提前测试个人电脑，是否能正常联网、视频、通话，请提前安排个人日程，保证面试当天能在封闭明亮安静独立的场所进行面试（本次面试采用腾讯会议平台，以上温馨提示供参考）。</w:t>
      </w:r>
    </w:p>
    <w:p>
      <w:r>
        <w:t>2.东南大学研究生网络远程复试考场规则https://yzb.seu.edu.cn/2022/0324/c6676a402441/page.htm</w:t>
      </w:r>
    </w:p>
    <w:p>
      <w:r>
        <w:t>三、面试内容：</w:t>
      </w:r>
    </w:p>
    <w:p>
      <w:r>
        <w:t>将对考生的专业素质和能力、科研创新能力、既往学业情况、外语听说交流能力、综合能力和一贯表现，以及综合素质等进行全面考查。</w:t>
      </w:r>
    </w:p>
    <w:p>
      <w:r>
        <w:t>四、咨询联系方式</w:t>
      </w:r>
    </w:p>
    <w:p>
      <w:r>
        <w:t>联系人：苏老师025-52091107（暑假期间可在加入QQ群后咨询）</w:t>
      </w:r>
    </w:p>
    <w:p>
      <w:r>
        <w:t>联系邮箱：seuart@qq.com</w:t>
      </w:r>
    </w:p>
    <w:p>
      <w:r>
        <w:t>五、其他未尽事宜参见学校通知。</w:t>
      </w:r>
    </w:p>
    <w:p>
      <w:r>
        <w:t>附：入选者名单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艺术学理论（130100）：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报名号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报名号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20242205646</w:t>
            </w:r>
          </w:p>
        </w:tc>
        <w:tc>
          <w:tcPr>
            <w:tcW w:type="dxa" w:w="1234"/>
          </w:tcPr>
          <w:p>
            <w:r>
              <w:t>李炫孜</w:t>
            </w:r>
          </w:p>
        </w:tc>
        <w:tc>
          <w:tcPr>
            <w:tcW w:type="dxa" w:w="1234"/>
          </w:tcPr>
          <w:p>
            <w:r>
              <w:t>31</w:t>
            </w:r>
          </w:p>
        </w:tc>
        <w:tc>
          <w:tcPr>
            <w:tcW w:type="dxa" w:w="1234"/>
          </w:tcPr>
          <w:p>
            <w:r>
              <w:t>20242225847</w:t>
            </w:r>
          </w:p>
        </w:tc>
        <w:tc>
          <w:tcPr>
            <w:tcW w:type="dxa" w:w="1234"/>
          </w:tcPr>
          <w:p>
            <w:r>
              <w:t>裴世祺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20242218064</w:t>
            </w:r>
          </w:p>
        </w:tc>
        <w:tc>
          <w:tcPr>
            <w:tcW w:type="dxa" w:w="1234"/>
          </w:tcPr>
          <w:p>
            <w:r>
              <w:t>缪亦蕊</w:t>
            </w:r>
          </w:p>
        </w:tc>
        <w:tc>
          <w:tcPr>
            <w:tcW w:type="dxa" w:w="1234"/>
          </w:tcPr>
          <w:p>
            <w:r>
              <w:t>32</w:t>
            </w:r>
          </w:p>
        </w:tc>
        <w:tc>
          <w:tcPr>
            <w:tcW w:type="dxa" w:w="1234"/>
          </w:tcPr>
          <w:p>
            <w:r>
              <w:t>20242218366</w:t>
            </w:r>
          </w:p>
        </w:tc>
        <w:tc>
          <w:tcPr>
            <w:tcW w:type="dxa" w:w="1234"/>
          </w:tcPr>
          <w:p>
            <w:r>
              <w:t>张梦瑶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20242220406</w:t>
            </w:r>
          </w:p>
        </w:tc>
        <w:tc>
          <w:tcPr>
            <w:tcW w:type="dxa" w:w="1234"/>
          </w:tcPr>
          <w:p>
            <w:r>
              <w:t>王思颖</w:t>
            </w:r>
          </w:p>
        </w:tc>
        <w:tc>
          <w:tcPr>
            <w:tcW w:type="dxa" w:w="1234"/>
          </w:tcPr>
          <w:p>
            <w:r>
              <w:t>33</w:t>
            </w:r>
          </w:p>
        </w:tc>
        <w:tc>
          <w:tcPr>
            <w:tcW w:type="dxa" w:w="1234"/>
          </w:tcPr>
          <w:p>
            <w:r>
              <w:t>20242211386</w:t>
            </w:r>
          </w:p>
        </w:tc>
        <w:tc>
          <w:tcPr>
            <w:tcW w:type="dxa" w:w="1234"/>
          </w:tcPr>
          <w:p>
            <w:r>
              <w:t>鲁斯琦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20242227850</w:t>
            </w:r>
          </w:p>
        </w:tc>
        <w:tc>
          <w:tcPr>
            <w:tcW w:type="dxa" w:w="1234"/>
          </w:tcPr>
          <w:p>
            <w:r>
              <w:t>林璟琳</w:t>
            </w:r>
          </w:p>
        </w:tc>
        <w:tc>
          <w:tcPr>
            <w:tcW w:type="dxa" w:w="1234"/>
          </w:tcPr>
          <w:p>
            <w:r>
              <w:t>34</w:t>
            </w:r>
          </w:p>
        </w:tc>
        <w:tc>
          <w:tcPr>
            <w:tcW w:type="dxa" w:w="1234"/>
          </w:tcPr>
          <w:p>
            <w:r>
              <w:t>20242201227</w:t>
            </w:r>
          </w:p>
        </w:tc>
        <w:tc>
          <w:tcPr>
            <w:tcW w:type="dxa" w:w="1234"/>
          </w:tcPr>
          <w:p>
            <w:r>
              <w:t>张玲姜生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20242225182</w:t>
            </w:r>
          </w:p>
        </w:tc>
        <w:tc>
          <w:tcPr>
            <w:tcW w:type="dxa" w:w="1234"/>
          </w:tcPr>
          <w:p>
            <w:r>
              <w:t>王忻瑶</w:t>
            </w:r>
          </w:p>
        </w:tc>
        <w:tc>
          <w:tcPr>
            <w:tcW w:type="dxa" w:w="1234"/>
          </w:tcPr>
          <w:p>
            <w:r>
              <w:t>35</w:t>
            </w:r>
          </w:p>
        </w:tc>
        <w:tc>
          <w:tcPr>
            <w:tcW w:type="dxa" w:w="1234"/>
          </w:tcPr>
          <w:p>
            <w:r>
              <w:t>20242220698</w:t>
            </w:r>
          </w:p>
        </w:tc>
        <w:tc>
          <w:tcPr>
            <w:tcW w:type="dxa" w:w="1234"/>
          </w:tcPr>
          <w:p>
            <w:r>
              <w:t>陈玟妤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20242219761</w:t>
            </w:r>
          </w:p>
        </w:tc>
        <w:tc>
          <w:tcPr>
            <w:tcW w:type="dxa" w:w="1234"/>
          </w:tcPr>
          <w:p>
            <w:r>
              <w:t>孔令淞</w:t>
            </w:r>
          </w:p>
        </w:tc>
        <w:tc>
          <w:tcPr>
            <w:tcW w:type="dxa" w:w="1234"/>
          </w:tcPr>
          <w:p>
            <w:r>
              <w:t>36</w:t>
            </w:r>
          </w:p>
        </w:tc>
        <w:tc>
          <w:tcPr>
            <w:tcW w:type="dxa" w:w="1234"/>
          </w:tcPr>
          <w:p>
            <w:r>
              <w:t>20242220398</w:t>
            </w:r>
          </w:p>
        </w:tc>
        <w:tc>
          <w:tcPr>
            <w:tcW w:type="dxa" w:w="1234"/>
          </w:tcPr>
          <w:p>
            <w:r>
              <w:t>李晨静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20242220851</w:t>
            </w:r>
          </w:p>
        </w:tc>
        <w:tc>
          <w:tcPr>
            <w:tcW w:type="dxa" w:w="1234"/>
          </w:tcPr>
          <w:p>
            <w:r>
              <w:t>刘远卓</w:t>
            </w:r>
          </w:p>
        </w:tc>
        <w:tc>
          <w:tcPr>
            <w:tcW w:type="dxa" w:w="1234"/>
          </w:tcPr>
          <w:p>
            <w:r>
              <w:t>37</w:t>
            </w:r>
          </w:p>
        </w:tc>
        <w:tc>
          <w:tcPr>
            <w:tcW w:type="dxa" w:w="1234"/>
          </w:tcPr>
          <w:p>
            <w:r>
              <w:t>20242228473</w:t>
            </w:r>
          </w:p>
        </w:tc>
        <w:tc>
          <w:tcPr>
            <w:tcW w:type="dxa" w:w="1234"/>
          </w:tcPr>
          <w:p>
            <w:r>
              <w:t>祝冰谦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20242228170</w:t>
            </w:r>
          </w:p>
        </w:tc>
        <w:tc>
          <w:tcPr>
            <w:tcW w:type="dxa" w:w="1234"/>
          </w:tcPr>
          <w:p>
            <w:r>
              <w:t>叶景</w:t>
            </w:r>
          </w:p>
        </w:tc>
        <w:tc>
          <w:tcPr>
            <w:tcW w:type="dxa" w:w="1234"/>
          </w:tcPr>
          <w:p>
            <w:r>
              <w:t>38</w:t>
            </w:r>
          </w:p>
        </w:tc>
        <w:tc>
          <w:tcPr>
            <w:tcW w:type="dxa" w:w="1234"/>
          </w:tcPr>
          <w:p>
            <w:r>
              <w:t>20242225563</w:t>
            </w:r>
          </w:p>
        </w:tc>
        <w:tc>
          <w:tcPr>
            <w:tcW w:type="dxa" w:w="1234"/>
          </w:tcPr>
          <w:p>
            <w:r>
              <w:t>赵飞燕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20242219633</w:t>
            </w:r>
          </w:p>
        </w:tc>
        <w:tc>
          <w:tcPr>
            <w:tcW w:type="dxa" w:w="1234"/>
          </w:tcPr>
          <w:p>
            <w:r>
              <w:t>徐铂坤</w:t>
            </w:r>
          </w:p>
        </w:tc>
        <w:tc>
          <w:tcPr>
            <w:tcW w:type="dxa" w:w="1234"/>
          </w:tcPr>
          <w:p>
            <w:r>
              <w:t>39</w:t>
            </w:r>
          </w:p>
        </w:tc>
        <w:tc>
          <w:tcPr>
            <w:tcW w:type="dxa" w:w="1234"/>
          </w:tcPr>
          <w:p>
            <w:r>
              <w:t>20242206602</w:t>
            </w:r>
          </w:p>
        </w:tc>
        <w:tc>
          <w:tcPr>
            <w:tcW w:type="dxa" w:w="1234"/>
          </w:tcPr>
          <w:p>
            <w:r>
              <w:t>陈权欣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20242208928</w:t>
            </w:r>
          </w:p>
        </w:tc>
        <w:tc>
          <w:tcPr>
            <w:tcW w:type="dxa" w:w="1234"/>
          </w:tcPr>
          <w:p>
            <w:r>
              <w:t>胡一轩</w:t>
            </w:r>
          </w:p>
        </w:tc>
        <w:tc>
          <w:tcPr>
            <w:tcW w:type="dxa" w:w="1234"/>
          </w:tcPr>
          <w:p>
            <w:r>
              <w:t>40</w:t>
            </w:r>
          </w:p>
        </w:tc>
        <w:tc>
          <w:tcPr>
            <w:tcW w:type="dxa" w:w="1234"/>
          </w:tcPr>
          <w:p>
            <w:r>
              <w:t>20242227068</w:t>
            </w:r>
          </w:p>
        </w:tc>
        <w:tc>
          <w:tcPr>
            <w:tcW w:type="dxa" w:w="1234"/>
          </w:tcPr>
          <w:p>
            <w:r>
              <w:t>周嘉捷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20242219076</w:t>
            </w:r>
          </w:p>
        </w:tc>
        <w:tc>
          <w:tcPr>
            <w:tcW w:type="dxa" w:w="1234"/>
          </w:tcPr>
          <w:p>
            <w:r>
              <w:t>党琦</w:t>
            </w:r>
          </w:p>
        </w:tc>
        <w:tc>
          <w:tcPr>
            <w:tcW w:type="dxa" w:w="1234"/>
          </w:tcPr>
          <w:p>
            <w:r>
              <w:t>41</w:t>
            </w:r>
          </w:p>
        </w:tc>
        <w:tc>
          <w:tcPr>
            <w:tcW w:type="dxa" w:w="1234"/>
          </w:tcPr>
          <w:p>
            <w:r>
              <w:t>20242208621</w:t>
            </w:r>
          </w:p>
        </w:tc>
        <w:tc>
          <w:tcPr>
            <w:tcW w:type="dxa" w:w="1234"/>
          </w:tcPr>
          <w:p>
            <w:r>
              <w:t>曹译文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20242201650</w:t>
            </w:r>
          </w:p>
        </w:tc>
        <w:tc>
          <w:tcPr>
            <w:tcW w:type="dxa" w:w="1234"/>
          </w:tcPr>
          <w:p>
            <w:r>
              <w:t>冯玉颖</w:t>
            </w:r>
          </w:p>
        </w:tc>
        <w:tc>
          <w:tcPr>
            <w:tcW w:type="dxa" w:w="1234"/>
          </w:tcPr>
          <w:p>
            <w:r>
              <w:t>42</w:t>
            </w:r>
          </w:p>
        </w:tc>
        <w:tc>
          <w:tcPr>
            <w:tcW w:type="dxa" w:w="1234"/>
          </w:tcPr>
          <w:p>
            <w:r>
              <w:t>20242226656</w:t>
            </w:r>
          </w:p>
        </w:tc>
        <w:tc>
          <w:tcPr>
            <w:tcW w:type="dxa" w:w="1234"/>
          </w:tcPr>
          <w:p>
            <w:r>
              <w:t>李骍怡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20242219308</w:t>
            </w:r>
          </w:p>
        </w:tc>
        <w:tc>
          <w:tcPr>
            <w:tcW w:type="dxa" w:w="1234"/>
          </w:tcPr>
          <w:p>
            <w:r>
              <w:t>肖瑶</w:t>
            </w:r>
          </w:p>
        </w:tc>
        <w:tc>
          <w:tcPr>
            <w:tcW w:type="dxa" w:w="1234"/>
          </w:tcPr>
          <w:p>
            <w:r>
              <w:t>43</w:t>
            </w:r>
          </w:p>
        </w:tc>
        <w:tc>
          <w:tcPr>
            <w:tcW w:type="dxa" w:w="1234"/>
          </w:tcPr>
          <w:p>
            <w:r>
              <w:t>20242227661</w:t>
            </w:r>
          </w:p>
        </w:tc>
        <w:tc>
          <w:tcPr>
            <w:tcW w:type="dxa" w:w="1234"/>
          </w:tcPr>
          <w:p>
            <w:r>
              <w:t>杨蕙羽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14</w:t>
            </w:r>
          </w:p>
        </w:tc>
        <w:tc>
          <w:tcPr>
            <w:tcW w:type="dxa" w:w="1234"/>
          </w:tcPr>
          <w:p>
            <w:r>
              <w:t>20242227538</w:t>
            </w:r>
          </w:p>
        </w:tc>
        <w:tc>
          <w:tcPr>
            <w:tcW w:type="dxa" w:w="1234"/>
          </w:tcPr>
          <w:p>
            <w:r>
              <w:t>张佳晨</w:t>
            </w:r>
          </w:p>
        </w:tc>
        <w:tc>
          <w:tcPr>
            <w:tcW w:type="dxa" w:w="1234"/>
          </w:tcPr>
          <w:p>
            <w:r>
              <w:t>44</w:t>
            </w:r>
          </w:p>
        </w:tc>
        <w:tc>
          <w:tcPr>
            <w:tcW w:type="dxa" w:w="1234"/>
          </w:tcPr>
          <w:p>
            <w:r>
              <w:t>20242227440</w:t>
            </w:r>
          </w:p>
        </w:tc>
        <w:tc>
          <w:tcPr>
            <w:tcW w:type="dxa" w:w="1234"/>
          </w:tcPr>
          <w:p>
            <w:r>
              <w:t>孟莞祺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20242223259</w:t>
            </w:r>
          </w:p>
        </w:tc>
        <w:tc>
          <w:tcPr>
            <w:tcW w:type="dxa" w:w="1234"/>
          </w:tcPr>
          <w:p>
            <w:r>
              <w:t>曾琬晴</w:t>
            </w:r>
          </w:p>
        </w:tc>
        <w:tc>
          <w:tcPr>
            <w:tcW w:type="dxa" w:w="1234"/>
          </w:tcPr>
          <w:p>
            <w:r>
              <w:t>45</w:t>
            </w:r>
          </w:p>
        </w:tc>
        <w:tc>
          <w:tcPr>
            <w:tcW w:type="dxa" w:w="1234"/>
          </w:tcPr>
          <w:p>
            <w:r>
              <w:t>20242224968</w:t>
            </w:r>
          </w:p>
        </w:tc>
        <w:tc>
          <w:tcPr>
            <w:tcW w:type="dxa" w:w="1234"/>
          </w:tcPr>
          <w:p>
            <w:r>
              <w:t>沈雨桐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16</w:t>
            </w:r>
          </w:p>
        </w:tc>
        <w:tc>
          <w:tcPr>
            <w:tcW w:type="dxa" w:w="1234"/>
          </w:tcPr>
          <w:p>
            <w:r>
              <w:t>20242225067</w:t>
            </w:r>
          </w:p>
        </w:tc>
        <w:tc>
          <w:tcPr>
            <w:tcW w:type="dxa" w:w="1234"/>
          </w:tcPr>
          <w:p>
            <w:r>
              <w:t>李志勤</w:t>
            </w:r>
          </w:p>
        </w:tc>
        <w:tc>
          <w:tcPr>
            <w:tcW w:type="dxa" w:w="1234"/>
          </w:tcPr>
          <w:p>
            <w:r>
              <w:t>46</w:t>
            </w:r>
          </w:p>
        </w:tc>
        <w:tc>
          <w:tcPr>
            <w:tcW w:type="dxa" w:w="1234"/>
          </w:tcPr>
          <w:p>
            <w:r>
              <w:t>20242227807</w:t>
            </w:r>
          </w:p>
        </w:tc>
        <w:tc>
          <w:tcPr>
            <w:tcW w:type="dxa" w:w="1234"/>
          </w:tcPr>
          <w:p>
            <w:r>
              <w:t>朱姿宣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17</w:t>
            </w:r>
          </w:p>
        </w:tc>
        <w:tc>
          <w:tcPr>
            <w:tcW w:type="dxa" w:w="1234"/>
          </w:tcPr>
          <w:p>
            <w:r>
              <w:t>20242224670</w:t>
            </w:r>
          </w:p>
        </w:tc>
        <w:tc>
          <w:tcPr>
            <w:tcW w:type="dxa" w:w="1234"/>
          </w:tcPr>
          <w:p>
            <w:r>
              <w:t>黄昕</w:t>
            </w:r>
          </w:p>
        </w:tc>
        <w:tc>
          <w:tcPr>
            <w:tcW w:type="dxa" w:w="1234"/>
          </w:tcPr>
          <w:p>
            <w:r>
              <w:t>47</w:t>
            </w:r>
          </w:p>
        </w:tc>
        <w:tc>
          <w:tcPr>
            <w:tcW w:type="dxa" w:w="1234"/>
          </w:tcPr>
          <w:p>
            <w:r>
              <w:t>20242227656</w:t>
            </w:r>
          </w:p>
        </w:tc>
        <w:tc>
          <w:tcPr>
            <w:tcW w:type="dxa" w:w="1234"/>
          </w:tcPr>
          <w:p>
            <w:r>
              <w:t>叶敏妍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20242228259</w:t>
            </w:r>
          </w:p>
        </w:tc>
        <w:tc>
          <w:tcPr>
            <w:tcW w:type="dxa" w:w="1234"/>
          </w:tcPr>
          <w:p>
            <w:r>
              <w:t>胡珂昕</w:t>
            </w:r>
          </w:p>
        </w:tc>
        <w:tc>
          <w:tcPr>
            <w:tcW w:type="dxa" w:w="1234"/>
          </w:tcPr>
          <w:p>
            <w:r>
              <w:t>48</w:t>
            </w:r>
          </w:p>
        </w:tc>
        <w:tc>
          <w:tcPr>
            <w:tcW w:type="dxa" w:w="1234"/>
          </w:tcPr>
          <w:p>
            <w:r>
              <w:t>20242202460</w:t>
            </w:r>
          </w:p>
        </w:tc>
        <w:tc>
          <w:tcPr>
            <w:tcW w:type="dxa" w:w="1234"/>
          </w:tcPr>
          <w:p>
            <w:r>
              <w:t>王家瑞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19</w:t>
            </w:r>
          </w:p>
        </w:tc>
        <w:tc>
          <w:tcPr>
            <w:tcW w:type="dxa" w:w="1234"/>
          </w:tcPr>
          <w:p>
            <w:r>
              <w:t>20242222444</w:t>
            </w:r>
          </w:p>
        </w:tc>
        <w:tc>
          <w:tcPr>
            <w:tcW w:type="dxa" w:w="1234"/>
          </w:tcPr>
          <w:p>
            <w:r>
              <w:t>杜润宜</w:t>
            </w:r>
          </w:p>
        </w:tc>
        <w:tc>
          <w:tcPr>
            <w:tcW w:type="dxa" w:w="1234"/>
          </w:tcPr>
          <w:p>
            <w:r>
              <w:t>49</w:t>
            </w:r>
          </w:p>
        </w:tc>
        <w:tc>
          <w:tcPr>
            <w:tcW w:type="dxa" w:w="1234"/>
          </w:tcPr>
          <w:p>
            <w:r>
              <w:t>20242221549</w:t>
            </w:r>
          </w:p>
        </w:tc>
        <w:tc>
          <w:tcPr>
            <w:tcW w:type="dxa" w:w="1234"/>
          </w:tcPr>
          <w:p>
            <w:r>
              <w:t>袁欣蕾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20</w:t>
            </w:r>
          </w:p>
        </w:tc>
        <w:tc>
          <w:tcPr>
            <w:tcW w:type="dxa" w:w="1234"/>
          </w:tcPr>
          <w:p>
            <w:r>
              <w:t>20242219826</w:t>
            </w:r>
          </w:p>
        </w:tc>
        <w:tc>
          <w:tcPr>
            <w:tcW w:type="dxa" w:w="1234"/>
          </w:tcPr>
          <w:p>
            <w:r>
              <w:t>毛文璐</w:t>
            </w:r>
          </w:p>
        </w:tc>
        <w:tc>
          <w:tcPr>
            <w:tcW w:type="dxa" w:w="1234"/>
          </w:tcPr>
          <w:p>
            <w:r>
              <w:t>50</w:t>
            </w:r>
          </w:p>
        </w:tc>
        <w:tc>
          <w:tcPr>
            <w:tcW w:type="dxa" w:w="1234"/>
          </w:tcPr>
          <w:p>
            <w:r>
              <w:t>20242220681</w:t>
            </w:r>
          </w:p>
        </w:tc>
        <w:tc>
          <w:tcPr>
            <w:tcW w:type="dxa" w:w="1234"/>
          </w:tcPr>
          <w:p>
            <w:r>
              <w:t>黄紫嫣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21</w:t>
            </w:r>
          </w:p>
        </w:tc>
        <w:tc>
          <w:tcPr>
            <w:tcW w:type="dxa" w:w="1234"/>
          </w:tcPr>
          <w:p>
            <w:r>
              <w:t>20242201373</w:t>
            </w:r>
          </w:p>
        </w:tc>
        <w:tc>
          <w:tcPr>
            <w:tcW w:type="dxa" w:w="1234"/>
          </w:tcPr>
          <w:p>
            <w:r>
              <w:t>庄云潇</w:t>
            </w:r>
          </w:p>
        </w:tc>
        <w:tc>
          <w:tcPr>
            <w:tcW w:type="dxa" w:w="1234"/>
          </w:tcPr>
          <w:p>
            <w:r>
              <w:t>51</w:t>
            </w:r>
          </w:p>
        </w:tc>
        <w:tc>
          <w:tcPr>
            <w:tcW w:type="dxa" w:w="1234"/>
          </w:tcPr>
          <w:p>
            <w:r>
              <w:t>20242224305</w:t>
            </w:r>
          </w:p>
        </w:tc>
        <w:tc>
          <w:tcPr>
            <w:tcW w:type="dxa" w:w="1234"/>
          </w:tcPr>
          <w:p>
            <w:r>
              <w:t>毋振宇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22</w:t>
            </w:r>
          </w:p>
        </w:tc>
        <w:tc>
          <w:tcPr>
            <w:tcW w:type="dxa" w:w="1234"/>
          </w:tcPr>
          <w:p>
            <w:r>
              <w:t>20242227834</w:t>
            </w:r>
          </w:p>
        </w:tc>
        <w:tc>
          <w:tcPr>
            <w:tcW w:type="dxa" w:w="1234"/>
          </w:tcPr>
          <w:p>
            <w:r>
              <w:t>岳一甲</w:t>
            </w:r>
          </w:p>
        </w:tc>
        <w:tc>
          <w:tcPr>
            <w:tcW w:type="dxa" w:w="1234"/>
          </w:tcPr>
          <w:p>
            <w:r>
              <w:t>52</w:t>
            </w:r>
          </w:p>
        </w:tc>
        <w:tc>
          <w:tcPr>
            <w:tcW w:type="dxa" w:w="1234"/>
          </w:tcPr>
          <w:p>
            <w:r>
              <w:t>20242207185</w:t>
            </w:r>
          </w:p>
        </w:tc>
        <w:tc>
          <w:tcPr>
            <w:tcW w:type="dxa" w:w="1234"/>
          </w:tcPr>
          <w:p>
            <w:r>
              <w:t>王至祺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23</w:t>
            </w:r>
          </w:p>
        </w:tc>
        <w:tc>
          <w:tcPr>
            <w:tcW w:type="dxa" w:w="1234"/>
          </w:tcPr>
          <w:p>
            <w:r>
              <w:t>20242220566</w:t>
            </w:r>
          </w:p>
        </w:tc>
        <w:tc>
          <w:tcPr>
            <w:tcW w:type="dxa" w:w="1234"/>
          </w:tcPr>
          <w:p>
            <w:r>
              <w:t>周起羽</w:t>
            </w:r>
          </w:p>
        </w:tc>
        <w:tc>
          <w:tcPr>
            <w:tcW w:type="dxa" w:w="1234"/>
          </w:tcPr>
          <w:p>
            <w:r>
              <w:t>53</w:t>
            </w:r>
          </w:p>
        </w:tc>
        <w:tc>
          <w:tcPr>
            <w:tcW w:type="dxa" w:w="1234"/>
          </w:tcPr>
          <w:p>
            <w:r>
              <w:t>20242228172</w:t>
            </w:r>
          </w:p>
        </w:tc>
        <w:tc>
          <w:tcPr>
            <w:tcW w:type="dxa" w:w="1234"/>
          </w:tcPr>
          <w:p>
            <w:r>
              <w:t>丁奕丹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24</w:t>
            </w:r>
          </w:p>
        </w:tc>
        <w:tc>
          <w:tcPr>
            <w:tcW w:type="dxa" w:w="1234"/>
          </w:tcPr>
          <w:p>
            <w:r>
              <w:t>20242206218</w:t>
            </w:r>
          </w:p>
        </w:tc>
        <w:tc>
          <w:tcPr>
            <w:tcW w:type="dxa" w:w="1234"/>
          </w:tcPr>
          <w:p>
            <w:r>
              <w:t>牛子仪</w:t>
            </w:r>
          </w:p>
        </w:tc>
        <w:tc>
          <w:tcPr>
            <w:tcW w:type="dxa" w:w="1234"/>
          </w:tcPr>
          <w:p>
            <w:r>
              <w:t>54</w:t>
            </w:r>
          </w:p>
        </w:tc>
        <w:tc>
          <w:tcPr>
            <w:tcW w:type="dxa" w:w="1234"/>
          </w:tcPr>
          <w:p>
            <w:r>
              <w:t>20242203046</w:t>
            </w:r>
          </w:p>
        </w:tc>
        <w:tc>
          <w:tcPr>
            <w:tcW w:type="dxa" w:w="1234"/>
          </w:tcPr>
          <w:p>
            <w:r>
              <w:t>季洁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20242219079</w:t>
            </w:r>
          </w:p>
        </w:tc>
        <w:tc>
          <w:tcPr>
            <w:tcW w:type="dxa" w:w="1234"/>
          </w:tcPr>
          <w:p>
            <w:r>
              <w:t>陈冠明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55</w:t>
            </w:r>
          </w:p>
        </w:tc>
        <w:tc>
          <w:tcPr>
            <w:tcW w:type="dxa" w:w="1234"/>
          </w:tcPr>
          <w:p>
            <w:r>
              <w:t>20242225511</w:t>
            </w:r>
          </w:p>
        </w:tc>
        <w:tc>
          <w:tcPr>
            <w:tcW w:type="dxa" w:w="1234"/>
          </w:tcPr>
          <w:p>
            <w:r>
              <w:t>符晨露</w:t>
            </w:r>
          </w:p>
        </w:tc>
      </w:tr>
      <w:tr>
        <w:tc>
          <w:tcPr>
            <w:tcW w:type="dxa" w:w="1234"/>
          </w:tcPr>
          <w:p>
            <w:r>
              <w:t>26</w:t>
            </w:r>
          </w:p>
        </w:tc>
        <w:tc>
          <w:tcPr>
            <w:tcW w:type="dxa" w:w="1234"/>
          </w:tcPr>
          <w:p>
            <w:r>
              <w:t>20242224560</w:t>
            </w:r>
          </w:p>
        </w:tc>
        <w:tc>
          <w:tcPr>
            <w:tcW w:type="dxa" w:w="1234"/>
          </w:tcPr>
          <w:p>
            <w:r>
              <w:t>陈继阳</w:t>
            </w:r>
          </w:p>
        </w:tc>
        <w:tc>
          <w:tcPr>
            <w:tcW w:type="dxa" w:w="1234"/>
          </w:tcPr>
          <w:p>
            <w:r>
              <w:t>56</w:t>
            </w:r>
          </w:p>
        </w:tc>
        <w:tc>
          <w:tcPr>
            <w:tcW w:type="dxa" w:w="1234"/>
          </w:tcPr>
          <w:p>
            <w:r>
              <w:t>20242211694</w:t>
            </w:r>
          </w:p>
        </w:tc>
        <w:tc>
          <w:tcPr>
            <w:tcW w:type="dxa" w:w="1234"/>
          </w:tcPr>
          <w:p>
            <w:r>
              <w:t>柏合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27</w:t>
            </w:r>
          </w:p>
        </w:tc>
        <w:tc>
          <w:tcPr>
            <w:tcW w:type="dxa" w:w="1234"/>
          </w:tcPr>
          <w:p>
            <w:r>
              <w:t>20242203034</w:t>
            </w:r>
          </w:p>
        </w:tc>
        <w:tc>
          <w:tcPr>
            <w:tcW w:type="dxa" w:w="1234"/>
          </w:tcPr>
          <w:p>
            <w:r>
              <w:t>毛冰冰</w:t>
            </w:r>
          </w:p>
        </w:tc>
        <w:tc>
          <w:tcPr>
            <w:tcW w:type="dxa" w:w="1234"/>
          </w:tcPr>
          <w:p>
            <w:r>
              <w:t>57</w:t>
            </w:r>
          </w:p>
        </w:tc>
        <w:tc>
          <w:tcPr>
            <w:tcW w:type="dxa" w:w="1234"/>
          </w:tcPr>
          <w:p>
            <w:r>
              <w:t>20242209372</w:t>
            </w:r>
          </w:p>
        </w:tc>
        <w:tc>
          <w:tcPr>
            <w:tcW w:type="dxa" w:w="1234"/>
          </w:tcPr>
          <w:p>
            <w:r>
              <w:t>晏康馨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28</w:t>
            </w:r>
          </w:p>
        </w:tc>
        <w:tc>
          <w:tcPr>
            <w:tcW w:type="dxa" w:w="1234"/>
          </w:tcPr>
          <w:p>
            <w:r>
              <w:t>20242223549</w:t>
            </w:r>
          </w:p>
        </w:tc>
        <w:tc>
          <w:tcPr>
            <w:tcW w:type="dxa" w:w="1234"/>
          </w:tcPr>
          <w:p>
            <w:r>
              <w:t>魏思怡</w:t>
            </w:r>
          </w:p>
        </w:tc>
        <w:tc>
          <w:tcPr>
            <w:tcW w:type="dxa" w:w="1234"/>
          </w:tcPr>
          <w:p>
            <w:r>
              <w:t>58</w:t>
            </w:r>
          </w:p>
        </w:tc>
        <w:tc>
          <w:tcPr>
            <w:tcW w:type="dxa" w:w="1234"/>
          </w:tcPr>
          <w:p>
            <w:r>
              <w:t>20242200761</w:t>
            </w:r>
          </w:p>
        </w:tc>
        <w:tc>
          <w:tcPr>
            <w:tcW w:type="dxa" w:w="1234"/>
          </w:tcPr>
          <w:p>
            <w:r>
              <w:t>孙淑阳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29</w:t>
            </w:r>
          </w:p>
        </w:tc>
        <w:tc>
          <w:tcPr>
            <w:tcW w:type="dxa" w:w="1234"/>
          </w:tcPr>
          <w:p>
            <w:r>
              <w:t>20242228484</w:t>
            </w:r>
          </w:p>
        </w:tc>
        <w:tc>
          <w:tcPr>
            <w:tcW w:type="dxa" w:w="1234"/>
          </w:tcPr>
          <w:p>
            <w:r>
              <w:t>吴丹娜</w:t>
            </w:r>
          </w:p>
        </w:tc>
        <w:tc>
          <w:tcPr>
            <w:tcW w:type="dxa" w:w="1234"/>
          </w:tcPr>
          <w:p>
            <w:r>
              <w:t>59</w:t>
            </w:r>
          </w:p>
        </w:tc>
        <w:tc>
          <w:tcPr>
            <w:tcW w:type="dxa" w:w="1234"/>
          </w:tcPr>
          <w:p>
            <w:r>
              <w:t>20242227374</w:t>
            </w:r>
          </w:p>
        </w:tc>
        <w:tc>
          <w:tcPr>
            <w:tcW w:type="dxa" w:w="1234"/>
          </w:tcPr>
          <w:p>
            <w:r>
              <w:t>陈垂松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30</w:t>
            </w:r>
          </w:p>
        </w:tc>
        <w:tc>
          <w:tcPr>
            <w:tcW w:type="dxa" w:w="1234"/>
          </w:tcPr>
          <w:p>
            <w:r>
              <w:t>20242207324</w:t>
            </w:r>
          </w:p>
        </w:tc>
        <w:tc>
          <w:tcPr>
            <w:tcW w:type="dxa" w:w="1234"/>
          </w:tcPr>
          <w:p>
            <w:r>
              <w:t>梁澍</w:t>
            </w:r>
          </w:p>
        </w:tc>
        <w:tc>
          <w:tcPr>
            <w:tcW w:type="dxa" w:w="1234"/>
          </w:tcPr>
          <w:p>
            <w:r>
              <w:t>60</w:t>
            </w:r>
          </w:p>
        </w:tc>
        <w:tc>
          <w:tcPr>
            <w:tcW w:type="dxa" w:w="1234"/>
          </w:tcPr>
          <w:p>
            <w:r>
              <w:t>20242226373</w:t>
            </w:r>
          </w:p>
        </w:tc>
        <w:tc>
          <w:tcPr>
            <w:tcW w:type="dxa" w:w="1234"/>
          </w:tcPr>
          <w:p>
            <w:r>
              <w:t>张雨瑄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设计学（130500）：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报名号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报名号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20242217060</w:t>
            </w:r>
          </w:p>
        </w:tc>
        <w:tc>
          <w:tcPr>
            <w:tcW w:type="dxa" w:w="1234"/>
          </w:tcPr>
          <w:p>
            <w:r>
              <w:t>高雅骐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20242225245</w:t>
            </w:r>
          </w:p>
        </w:tc>
        <w:tc>
          <w:tcPr>
            <w:tcW w:type="dxa" w:w="1234"/>
          </w:tcPr>
          <w:p>
            <w:r>
              <w:t>滕紫藤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20242218627</w:t>
            </w:r>
          </w:p>
        </w:tc>
        <w:tc>
          <w:tcPr>
            <w:tcW w:type="dxa" w:w="1234"/>
          </w:tcPr>
          <w:p>
            <w:r>
              <w:t>陈易廷</w:t>
            </w:r>
          </w:p>
        </w:tc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20242219435</w:t>
            </w:r>
          </w:p>
        </w:tc>
        <w:tc>
          <w:tcPr>
            <w:tcW w:type="dxa" w:w="1234"/>
          </w:tcPr>
          <w:p>
            <w:r>
              <w:t>肖亦辰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20242214804</w:t>
            </w:r>
          </w:p>
        </w:tc>
        <w:tc>
          <w:tcPr>
            <w:tcW w:type="dxa" w:w="1234"/>
          </w:tcPr>
          <w:p>
            <w:r>
              <w:t>王若禹</w:t>
            </w:r>
          </w:p>
        </w:tc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20242221572</w:t>
            </w:r>
          </w:p>
        </w:tc>
        <w:tc>
          <w:tcPr>
            <w:tcW w:type="dxa" w:w="1234"/>
          </w:tcPr>
          <w:p>
            <w:r>
              <w:t>董竹冰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20242218241</w:t>
            </w:r>
          </w:p>
        </w:tc>
        <w:tc>
          <w:tcPr>
            <w:tcW w:type="dxa" w:w="1234"/>
          </w:tcPr>
          <w:p>
            <w:r>
              <w:t>匡欣雨</w:t>
            </w:r>
          </w:p>
        </w:tc>
        <w:tc>
          <w:tcPr>
            <w:tcW w:type="dxa" w:w="1234"/>
          </w:tcPr>
          <w:p>
            <w:r>
              <w:t>14</w:t>
            </w:r>
          </w:p>
        </w:tc>
        <w:tc>
          <w:tcPr>
            <w:tcW w:type="dxa" w:w="1234"/>
          </w:tcPr>
          <w:p>
            <w:r>
              <w:t>20242228318</w:t>
            </w:r>
          </w:p>
        </w:tc>
        <w:tc>
          <w:tcPr>
            <w:tcW w:type="dxa" w:w="1234"/>
          </w:tcPr>
          <w:p>
            <w:r>
              <w:t>柳文君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20242219237</w:t>
            </w:r>
          </w:p>
        </w:tc>
        <w:tc>
          <w:tcPr>
            <w:tcW w:type="dxa" w:w="1234"/>
          </w:tcPr>
          <w:p>
            <w:r>
              <w:t>俞慧敏</w:t>
            </w:r>
          </w:p>
        </w:tc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20242214342</w:t>
            </w:r>
          </w:p>
        </w:tc>
        <w:tc>
          <w:tcPr>
            <w:tcW w:type="dxa" w:w="1234"/>
          </w:tcPr>
          <w:p>
            <w:r>
              <w:t>韩致远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20242209661</w:t>
            </w:r>
          </w:p>
        </w:tc>
        <w:tc>
          <w:tcPr>
            <w:tcW w:type="dxa" w:w="1234"/>
          </w:tcPr>
          <w:p>
            <w:r>
              <w:t>谷婷薇</w:t>
            </w:r>
          </w:p>
        </w:tc>
        <w:tc>
          <w:tcPr>
            <w:tcW w:type="dxa" w:w="1234"/>
          </w:tcPr>
          <w:p>
            <w:r>
              <w:t>16</w:t>
            </w:r>
          </w:p>
        </w:tc>
        <w:tc>
          <w:tcPr>
            <w:tcW w:type="dxa" w:w="1234"/>
          </w:tcPr>
          <w:p>
            <w:r>
              <w:t>20242222140</w:t>
            </w:r>
          </w:p>
        </w:tc>
        <w:tc>
          <w:tcPr>
            <w:tcW w:type="dxa" w:w="1234"/>
          </w:tcPr>
          <w:p>
            <w:r>
              <w:t>姜孜涵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20242228095</w:t>
            </w:r>
          </w:p>
        </w:tc>
        <w:tc>
          <w:tcPr>
            <w:tcW w:type="dxa" w:w="1234"/>
          </w:tcPr>
          <w:p>
            <w:r>
              <w:t>曹琪月</w:t>
            </w:r>
          </w:p>
        </w:tc>
        <w:tc>
          <w:tcPr>
            <w:tcW w:type="dxa" w:w="1234"/>
          </w:tcPr>
          <w:p>
            <w:r>
              <w:t>17</w:t>
            </w:r>
          </w:p>
        </w:tc>
        <w:tc>
          <w:tcPr>
            <w:tcW w:type="dxa" w:w="1234"/>
          </w:tcPr>
          <w:p>
            <w:r>
              <w:t>20242226643</w:t>
            </w:r>
          </w:p>
        </w:tc>
        <w:tc>
          <w:tcPr>
            <w:tcW w:type="dxa" w:w="1234"/>
          </w:tcPr>
          <w:p>
            <w:r>
              <w:t>徐丹萌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20242219463</w:t>
            </w:r>
          </w:p>
        </w:tc>
        <w:tc>
          <w:tcPr>
            <w:tcW w:type="dxa" w:w="1234"/>
          </w:tcPr>
          <w:p>
            <w:r>
              <w:t>段怡烜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20242208464</w:t>
            </w:r>
          </w:p>
        </w:tc>
        <w:tc>
          <w:tcPr>
            <w:tcW w:type="dxa" w:w="1234"/>
          </w:tcPr>
          <w:p>
            <w:r>
              <w:t>季小楹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20242207921</w:t>
            </w:r>
          </w:p>
        </w:tc>
        <w:tc>
          <w:tcPr>
            <w:tcW w:type="dxa" w:w="1234"/>
          </w:tcPr>
          <w:p>
            <w:r>
              <w:t>喻凌杉</w:t>
            </w:r>
          </w:p>
        </w:tc>
        <w:tc>
          <w:tcPr>
            <w:tcW w:type="dxa" w:w="1234"/>
          </w:tcPr>
          <w:p>
            <w:r>
              <w:t>19</w:t>
            </w:r>
          </w:p>
        </w:tc>
        <w:tc>
          <w:tcPr>
            <w:tcW w:type="dxa" w:w="1234"/>
          </w:tcPr>
          <w:p>
            <w:r>
              <w:t>20242224913</w:t>
            </w:r>
          </w:p>
        </w:tc>
        <w:tc>
          <w:tcPr>
            <w:tcW w:type="dxa" w:w="1234"/>
          </w:tcPr>
          <w:p>
            <w:r>
              <w:t>王梓萱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20242221970</w:t>
            </w:r>
          </w:p>
        </w:tc>
        <w:tc>
          <w:tcPr>
            <w:tcW w:type="dxa" w:w="1234"/>
          </w:tcPr>
          <w:p>
            <w:r>
              <w:t>吴泓毅</w:t>
            </w:r>
          </w:p>
        </w:tc>
        <w:tc>
          <w:tcPr>
            <w:tcW w:type="dxa" w:w="1234"/>
          </w:tcPr>
          <w:p>
            <w:r>
              <w:t>20</w:t>
            </w:r>
          </w:p>
        </w:tc>
        <w:tc>
          <w:tcPr>
            <w:tcW w:type="dxa" w:w="1234"/>
          </w:tcPr>
          <w:p>
            <w:r>
              <w:t>20242200714</w:t>
            </w:r>
          </w:p>
        </w:tc>
        <w:tc>
          <w:tcPr>
            <w:tcW w:type="dxa" w:w="1234"/>
          </w:tcPr>
          <w:p>
            <w:r>
              <w:t>魏煜萌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美术（135107）：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报名号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报名号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20242222917</w:t>
            </w:r>
          </w:p>
        </w:tc>
        <w:tc>
          <w:tcPr>
            <w:tcW w:type="dxa" w:w="1234"/>
          </w:tcPr>
          <w:p>
            <w:r>
              <w:t>陆俊学</w:t>
            </w:r>
          </w:p>
        </w:tc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20242221887</w:t>
            </w:r>
          </w:p>
        </w:tc>
        <w:tc>
          <w:tcPr>
            <w:tcW w:type="dxa" w:w="1234"/>
          </w:tcPr>
          <w:p>
            <w:r>
              <w:t>刘盼甜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20242223227</w:t>
            </w:r>
          </w:p>
        </w:tc>
        <w:tc>
          <w:tcPr>
            <w:tcW w:type="dxa" w:w="1234"/>
          </w:tcPr>
          <w:p>
            <w:r>
              <w:t>吴钰琳</w:t>
            </w:r>
          </w:p>
        </w:tc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20242221927</w:t>
            </w:r>
          </w:p>
        </w:tc>
        <w:tc>
          <w:tcPr>
            <w:tcW w:type="dxa" w:w="1234"/>
          </w:tcPr>
          <w:p>
            <w:r>
              <w:t>罗泠笳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20242222520</w:t>
            </w:r>
          </w:p>
        </w:tc>
        <w:tc>
          <w:tcPr>
            <w:tcW w:type="dxa" w:w="1234"/>
          </w:tcPr>
          <w:p>
            <w:r>
              <w:t>谢任洁</w:t>
            </w:r>
          </w:p>
        </w:tc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20242221899</w:t>
            </w:r>
          </w:p>
        </w:tc>
        <w:tc>
          <w:tcPr>
            <w:tcW w:type="dxa" w:w="1234"/>
          </w:tcPr>
          <w:p>
            <w:r>
              <w:t>周星妤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20242201826</w:t>
            </w:r>
          </w:p>
        </w:tc>
        <w:tc>
          <w:tcPr>
            <w:tcW w:type="dxa" w:w="1234"/>
          </w:tcPr>
          <w:p>
            <w:r>
              <w:t>卢佳宁</w:t>
            </w:r>
          </w:p>
        </w:tc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20242203886</w:t>
            </w:r>
          </w:p>
        </w:tc>
        <w:tc>
          <w:tcPr>
            <w:tcW w:type="dxa" w:w="1234"/>
          </w:tcPr>
          <w:p>
            <w:r>
              <w:t>付玲莉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20242222866</w:t>
            </w:r>
          </w:p>
        </w:tc>
        <w:tc>
          <w:tcPr>
            <w:tcW w:type="dxa" w:w="1234"/>
          </w:tcPr>
          <w:p>
            <w:r>
              <w:t>郑泽慧</w:t>
            </w:r>
          </w:p>
        </w:tc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20242222615</w:t>
            </w:r>
          </w:p>
        </w:tc>
        <w:tc>
          <w:tcPr>
            <w:tcW w:type="dxa" w:w="1234"/>
          </w:tcPr>
          <w:p>
            <w:r>
              <w:t>张子涵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艺术设计（135108）：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报名号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报名号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20242207422</w:t>
            </w:r>
          </w:p>
        </w:tc>
        <w:tc>
          <w:tcPr>
            <w:tcW w:type="dxa" w:w="1234"/>
          </w:tcPr>
          <w:p>
            <w:r>
              <w:t>周萌</w:t>
            </w:r>
          </w:p>
        </w:tc>
        <w:tc>
          <w:tcPr>
            <w:tcW w:type="dxa" w:w="1234"/>
          </w:tcPr>
          <w:p>
            <w:r>
              <w:t>17</w:t>
            </w:r>
          </w:p>
        </w:tc>
        <w:tc>
          <w:tcPr>
            <w:tcW w:type="dxa" w:w="1234"/>
          </w:tcPr>
          <w:p>
            <w:r>
              <w:t>20242228346</w:t>
            </w:r>
          </w:p>
        </w:tc>
        <w:tc>
          <w:tcPr>
            <w:tcW w:type="dxa" w:w="1234"/>
          </w:tcPr>
          <w:p>
            <w:r>
              <w:t>沈新苗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20242216550</w:t>
            </w:r>
          </w:p>
        </w:tc>
        <w:tc>
          <w:tcPr>
            <w:tcW w:type="dxa" w:w="1234"/>
          </w:tcPr>
          <w:p>
            <w:r>
              <w:t>芦芷萱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20242228253</w:t>
            </w:r>
          </w:p>
        </w:tc>
        <w:tc>
          <w:tcPr>
            <w:tcW w:type="dxa" w:w="1234"/>
          </w:tcPr>
          <w:p>
            <w:r>
              <w:t>赵唯嘉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20242225730</w:t>
            </w:r>
          </w:p>
        </w:tc>
        <w:tc>
          <w:tcPr>
            <w:tcW w:type="dxa" w:w="1234"/>
          </w:tcPr>
          <w:p>
            <w:r>
              <w:t>夏雨涵</w:t>
            </w:r>
          </w:p>
        </w:tc>
        <w:tc>
          <w:tcPr>
            <w:tcW w:type="dxa" w:w="1234"/>
          </w:tcPr>
          <w:p>
            <w:r>
              <w:t>19</w:t>
            </w:r>
          </w:p>
        </w:tc>
        <w:tc>
          <w:tcPr>
            <w:tcW w:type="dxa" w:w="1234"/>
          </w:tcPr>
          <w:p>
            <w:r>
              <w:t>20242207586</w:t>
            </w:r>
          </w:p>
        </w:tc>
        <w:tc>
          <w:tcPr>
            <w:tcW w:type="dxa" w:w="1234"/>
          </w:tcPr>
          <w:p>
            <w:r>
              <w:t>刘昱昊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20242223060</w:t>
            </w:r>
          </w:p>
        </w:tc>
        <w:tc>
          <w:tcPr>
            <w:tcW w:type="dxa" w:w="1234"/>
          </w:tcPr>
          <w:p>
            <w:r>
              <w:t>袁艺芷</w:t>
            </w:r>
          </w:p>
        </w:tc>
        <w:tc>
          <w:tcPr>
            <w:tcW w:type="dxa" w:w="1234"/>
          </w:tcPr>
          <w:p>
            <w:r>
              <w:t>20</w:t>
            </w:r>
          </w:p>
        </w:tc>
        <w:tc>
          <w:tcPr>
            <w:tcW w:type="dxa" w:w="1234"/>
          </w:tcPr>
          <w:p>
            <w:r>
              <w:t>20242221266</w:t>
            </w:r>
          </w:p>
        </w:tc>
        <w:tc>
          <w:tcPr>
            <w:tcW w:type="dxa" w:w="1234"/>
          </w:tcPr>
          <w:p>
            <w:r>
              <w:t>叶楚怡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20242207607</w:t>
            </w:r>
          </w:p>
        </w:tc>
        <w:tc>
          <w:tcPr>
            <w:tcW w:type="dxa" w:w="1234"/>
          </w:tcPr>
          <w:p>
            <w:r>
              <w:t>江婧琛</w:t>
            </w:r>
          </w:p>
        </w:tc>
        <w:tc>
          <w:tcPr>
            <w:tcW w:type="dxa" w:w="1234"/>
          </w:tcPr>
          <w:p>
            <w:r>
              <w:t>21</w:t>
            </w:r>
          </w:p>
        </w:tc>
        <w:tc>
          <w:tcPr>
            <w:tcW w:type="dxa" w:w="1234"/>
          </w:tcPr>
          <w:p>
            <w:r>
              <w:t>20242225712</w:t>
            </w:r>
          </w:p>
        </w:tc>
        <w:tc>
          <w:tcPr>
            <w:tcW w:type="dxa" w:w="1234"/>
          </w:tcPr>
          <w:p>
            <w:r>
              <w:t>潘欣艺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20242220440</w:t>
            </w:r>
          </w:p>
        </w:tc>
        <w:tc>
          <w:tcPr>
            <w:tcW w:type="dxa" w:w="1234"/>
          </w:tcPr>
          <w:p>
            <w:r>
              <w:t>曹嘉文</w:t>
            </w:r>
          </w:p>
        </w:tc>
        <w:tc>
          <w:tcPr>
            <w:tcW w:type="dxa" w:w="1234"/>
          </w:tcPr>
          <w:p>
            <w:r>
              <w:t>22</w:t>
            </w:r>
          </w:p>
        </w:tc>
        <w:tc>
          <w:tcPr>
            <w:tcW w:type="dxa" w:w="1234"/>
          </w:tcPr>
          <w:p>
            <w:r>
              <w:t>20242219416</w:t>
            </w:r>
          </w:p>
        </w:tc>
        <w:tc>
          <w:tcPr>
            <w:tcW w:type="dxa" w:w="1234"/>
          </w:tcPr>
          <w:p>
            <w:r>
              <w:t>方善豪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20242225426</w:t>
            </w:r>
          </w:p>
        </w:tc>
        <w:tc>
          <w:tcPr>
            <w:tcW w:type="dxa" w:w="1234"/>
          </w:tcPr>
          <w:p>
            <w:r>
              <w:t>张瑶珈</w:t>
            </w:r>
          </w:p>
        </w:tc>
        <w:tc>
          <w:tcPr>
            <w:tcW w:type="dxa" w:w="1234"/>
          </w:tcPr>
          <w:p>
            <w:r>
              <w:t>23</w:t>
            </w:r>
          </w:p>
        </w:tc>
        <w:tc>
          <w:tcPr>
            <w:tcW w:type="dxa" w:w="1234"/>
          </w:tcPr>
          <w:p>
            <w:r>
              <w:t>20242205866</w:t>
            </w:r>
          </w:p>
        </w:tc>
        <w:tc>
          <w:tcPr>
            <w:tcW w:type="dxa" w:w="1234"/>
          </w:tcPr>
          <w:p>
            <w:r>
              <w:t>李政达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20242220452</w:t>
            </w:r>
          </w:p>
        </w:tc>
        <w:tc>
          <w:tcPr>
            <w:tcW w:type="dxa" w:w="1234"/>
          </w:tcPr>
          <w:p>
            <w:r>
              <w:t>万珂冰</w:t>
            </w:r>
          </w:p>
        </w:tc>
        <w:tc>
          <w:tcPr>
            <w:tcW w:type="dxa" w:w="1234"/>
          </w:tcPr>
          <w:p>
            <w:r>
              <w:t>24</w:t>
            </w:r>
          </w:p>
        </w:tc>
        <w:tc>
          <w:tcPr>
            <w:tcW w:type="dxa" w:w="1234"/>
          </w:tcPr>
          <w:p>
            <w:r>
              <w:t>20242203903</w:t>
            </w:r>
          </w:p>
        </w:tc>
        <w:tc>
          <w:tcPr>
            <w:tcW w:type="dxa" w:w="1234"/>
          </w:tcPr>
          <w:p>
            <w:r>
              <w:t>高嘉敏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20242228122</w:t>
            </w:r>
          </w:p>
        </w:tc>
        <w:tc>
          <w:tcPr>
            <w:tcW w:type="dxa" w:w="1234"/>
          </w:tcPr>
          <w:p>
            <w:r>
              <w:t>杨贝涵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20242214078</w:t>
            </w:r>
          </w:p>
        </w:tc>
        <w:tc>
          <w:tcPr>
            <w:tcW w:type="dxa" w:w="1234"/>
          </w:tcPr>
          <w:p>
            <w:r>
              <w:t>常扬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20242220366</w:t>
            </w:r>
          </w:p>
        </w:tc>
        <w:tc>
          <w:tcPr>
            <w:tcW w:type="dxa" w:w="1234"/>
          </w:tcPr>
          <w:p>
            <w:r>
              <w:t>宋姝含</w:t>
            </w:r>
          </w:p>
        </w:tc>
        <w:tc>
          <w:tcPr>
            <w:tcW w:type="dxa" w:w="1234"/>
          </w:tcPr>
          <w:p>
            <w:r>
              <w:t>26</w:t>
            </w:r>
          </w:p>
        </w:tc>
        <w:tc>
          <w:tcPr>
            <w:tcW w:type="dxa" w:w="1234"/>
          </w:tcPr>
          <w:p>
            <w:r>
              <w:t>20242219733</w:t>
            </w:r>
          </w:p>
        </w:tc>
        <w:tc>
          <w:tcPr>
            <w:tcW w:type="dxa" w:w="1234"/>
          </w:tcPr>
          <w:p>
            <w:r>
              <w:t>陈逸羽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20242225269</w:t>
            </w:r>
          </w:p>
        </w:tc>
        <w:tc>
          <w:tcPr>
            <w:tcW w:type="dxa" w:w="1234"/>
          </w:tcPr>
          <w:p>
            <w:r>
              <w:t>杨杰宇</w:t>
            </w:r>
          </w:p>
        </w:tc>
        <w:tc>
          <w:tcPr>
            <w:tcW w:type="dxa" w:w="1234"/>
          </w:tcPr>
          <w:p>
            <w:r>
              <w:t>27</w:t>
            </w:r>
          </w:p>
        </w:tc>
        <w:tc>
          <w:tcPr>
            <w:tcW w:type="dxa" w:w="1234"/>
          </w:tcPr>
          <w:p>
            <w:r>
              <w:t>20242226073</w:t>
            </w:r>
          </w:p>
        </w:tc>
        <w:tc>
          <w:tcPr>
            <w:tcW w:type="dxa" w:w="1234"/>
          </w:tcPr>
          <w:p>
            <w:r>
              <w:t>窦思雨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20242220128</w:t>
            </w:r>
          </w:p>
        </w:tc>
        <w:tc>
          <w:tcPr>
            <w:tcW w:type="dxa" w:w="1234"/>
          </w:tcPr>
          <w:p>
            <w:r>
              <w:t>张昊展</w:t>
            </w:r>
          </w:p>
        </w:tc>
        <w:tc>
          <w:tcPr>
            <w:tcW w:type="dxa" w:w="1234"/>
          </w:tcPr>
          <w:p>
            <w:r>
              <w:t>28</w:t>
            </w:r>
          </w:p>
        </w:tc>
        <w:tc>
          <w:tcPr>
            <w:tcW w:type="dxa" w:w="1234"/>
          </w:tcPr>
          <w:p>
            <w:r>
              <w:t>20242227952</w:t>
            </w:r>
          </w:p>
        </w:tc>
        <w:tc>
          <w:tcPr>
            <w:tcW w:type="dxa" w:w="1234"/>
          </w:tcPr>
          <w:p>
            <w:r>
              <w:t>庄晓阳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20242222951</w:t>
            </w:r>
          </w:p>
        </w:tc>
        <w:tc>
          <w:tcPr>
            <w:tcW w:type="dxa" w:w="1234"/>
          </w:tcPr>
          <w:p>
            <w:r>
              <w:t>李鑫</w:t>
            </w:r>
          </w:p>
        </w:tc>
        <w:tc>
          <w:tcPr>
            <w:tcW w:type="dxa" w:w="1234"/>
          </w:tcPr>
          <w:p>
            <w:r>
              <w:t>29</w:t>
            </w:r>
          </w:p>
        </w:tc>
        <w:tc>
          <w:tcPr>
            <w:tcW w:type="dxa" w:w="1234"/>
          </w:tcPr>
          <w:p>
            <w:r>
              <w:t>20242228048</w:t>
            </w:r>
          </w:p>
        </w:tc>
        <w:tc>
          <w:tcPr>
            <w:tcW w:type="dxa" w:w="1234"/>
          </w:tcPr>
          <w:p>
            <w:r>
              <w:t>李静萱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14</w:t>
            </w:r>
          </w:p>
        </w:tc>
        <w:tc>
          <w:tcPr>
            <w:tcW w:type="dxa" w:w="1234"/>
          </w:tcPr>
          <w:p>
            <w:r>
              <w:t>20242226722</w:t>
            </w:r>
          </w:p>
        </w:tc>
        <w:tc>
          <w:tcPr>
            <w:tcW w:type="dxa" w:w="1234"/>
          </w:tcPr>
          <w:p>
            <w:r>
              <w:t>周洛言</w:t>
            </w:r>
          </w:p>
        </w:tc>
        <w:tc>
          <w:tcPr>
            <w:tcW w:type="dxa" w:w="1234"/>
          </w:tcPr>
          <w:p>
            <w:r>
              <w:t>30</w:t>
            </w:r>
          </w:p>
        </w:tc>
        <w:tc>
          <w:tcPr>
            <w:tcW w:type="dxa" w:w="1234"/>
          </w:tcPr>
          <w:p>
            <w:r>
              <w:t>20242225754</w:t>
            </w:r>
          </w:p>
        </w:tc>
        <w:tc>
          <w:tcPr>
            <w:tcW w:type="dxa" w:w="1234"/>
          </w:tcPr>
          <w:p>
            <w:r>
              <w:t>艾梦娟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20242222598</w:t>
            </w:r>
          </w:p>
        </w:tc>
        <w:tc>
          <w:tcPr>
            <w:tcW w:type="dxa" w:w="1234"/>
          </w:tcPr>
          <w:p>
            <w:r>
              <w:t>梁晨晨</w:t>
            </w:r>
          </w:p>
        </w:tc>
        <w:tc>
          <w:tcPr>
            <w:tcW w:type="dxa" w:w="1234"/>
          </w:tcPr>
          <w:p>
            <w:r>
              <w:t>31</w:t>
            </w:r>
          </w:p>
        </w:tc>
        <w:tc>
          <w:tcPr>
            <w:tcW w:type="dxa" w:w="1234"/>
          </w:tcPr>
          <w:p>
            <w:r>
              <w:t>20242220519</w:t>
            </w:r>
          </w:p>
        </w:tc>
        <w:tc>
          <w:tcPr>
            <w:tcW w:type="dxa" w:w="1234"/>
          </w:tcPr>
          <w:p>
            <w:r>
              <w:t>吴易泽</w:t>
            </w:r>
          </w:p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16</w:t>
            </w:r>
          </w:p>
        </w:tc>
        <w:tc>
          <w:tcPr>
            <w:tcW w:type="dxa" w:w="1234"/>
          </w:tcPr>
          <w:p>
            <w:r>
              <w:t>20242228013</w:t>
            </w:r>
          </w:p>
        </w:tc>
        <w:tc>
          <w:tcPr>
            <w:tcW w:type="dxa" w:w="1234"/>
          </w:tcPr>
          <w:p>
            <w:r>
              <w:t>宛欣然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p>
      <w:r>
        <w:t>关于公布艺术学院2023年优秀大学生夏令营活动暨推免生预选拔入选名单的通知.docx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