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p>
      <w:r>
        <w:t>经艺术学院推免工作综合小组审定，2022届艺术学院拟推荐免试研究生名单如下：</w:t>
      </w:r>
    </w:p>
    <w:p>
      <w:r>
        <w:t>1，美术学专业：3人</w:t>
      </w:r>
    </w:p>
    <w:p>
      <w:r>
        <w:t>24118109姚越，24118112吴鸥雯，24118115崔瑾涵；</w:t>
      </w:r>
    </w:p>
    <w:p>
      <w:r>
        <w:t>2，动画专业：5人</w:t>
      </w:r>
    </w:p>
    <w:p>
      <w:r>
        <w:t>24218104董若菲，24218119朱钰，24218103严秋杝，24218108赵翌含，24218116储刘博凯；</w:t>
      </w:r>
    </w:p>
    <w:p>
      <w:r>
        <w:t>3，产品设计专业：10人</w:t>
      </w:r>
    </w:p>
    <w:p>
      <w:r>
        <w:t>24318115李浩然，24318117陆芷君，24318226张津铭，24318216宫晶，24318114章广艾，24318202李爽，24318103宋佳轩，24318119丁子珂，24318207王羽，24318217秦天姚。</w:t>
      </w:r>
    </w:p>
    <w:p>
      <w:r>
        <w:t>公示时间：2021年9月13日——2021年9月15日12:00</w:t>
      </w:r>
    </w:p>
    <w:p>
      <w:r>
        <w:t>公示期间，如有任何问题，请向艺术学院推免工作综合评价小组反应。</w:t>
      </w:r>
    </w:p>
    <w:p>
      <w:r>
        <w:t>联系人：唐老师，电话：52091118 138518744</w:t>
      </w:r>
    </w:p>
    <w:p>
      <w:r>
        <w:t>艺术学院推免工作综合小组</w:t>
      </w:r>
    </w:p>
    <w:p>
      <w:r>
        <w:t>2021年9月13日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