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2019年自动化学院接收推荐免试研究生考核结果暨预录取名单(第一批)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自动化学院接收推荐免试研究生考核结果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网报号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专业代码</w:t>
            </w:r>
          </w:p>
        </w:tc>
        <w:tc>
          <w:tcPr>
            <w:tcW w:type="dxa" w:w="1234"/>
          </w:tcPr>
          <w:p>
            <w:r>
              <w:t>专业名称</w:t>
            </w:r>
          </w:p>
        </w:tc>
        <w:tc>
          <w:tcPr>
            <w:tcW w:type="dxa" w:w="1234"/>
          </w:tcPr>
          <w:p>
            <w:r>
              <w:t>硕士/博士</w:t>
            </w:r>
          </w:p>
        </w:tc>
        <w:tc>
          <w:tcPr>
            <w:tcW w:type="dxa" w:w="1234"/>
          </w:tcPr>
          <w:p>
            <w:r>
              <w:t>结果（拟接收/待定/不接收）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1902861</w:t>
            </w:r>
          </w:p>
        </w:tc>
        <w:tc>
          <w:tcPr>
            <w:tcW w:type="dxa" w:w="1234"/>
          </w:tcPr>
          <w:p>
            <w:r>
              <w:t>赵诣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1902928</w:t>
            </w:r>
          </w:p>
        </w:tc>
        <w:tc>
          <w:tcPr>
            <w:tcW w:type="dxa" w:w="1234"/>
          </w:tcPr>
          <w:p>
            <w:r>
              <w:t>金双平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1904550</w:t>
            </w:r>
          </w:p>
        </w:tc>
        <w:tc>
          <w:tcPr>
            <w:tcW w:type="dxa" w:w="1234"/>
          </w:tcPr>
          <w:p>
            <w:r>
              <w:t>张楚娟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1900920</w:t>
            </w:r>
          </w:p>
        </w:tc>
        <w:tc>
          <w:tcPr>
            <w:tcW w:type="dxa" w:w="1234"/>
          </w:tcPr>
          <w:p>
            <w:r>
              <w:t>金溯宽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1901362</w:t>
            </w:r>
          </w:p>
        </w:tc>
        <w:tc>
          <w:tcPr>
            <w:tcW w:type="dxa" w:w="1234"/>
          </w:tcPr>
          <w:p>
            <w:r>
              <w:t>陈勖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1901184</w:t>
            </w:r>
          </w:p>
        </w:tc>
        <w:tc>
          <w:tcPr>
            <w:tcW w:type="dxa" w:w="1234"/>
          </w:tcPr>
          <w:p>
            <w:r>
              <w:t>卢雪影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1902879</w:t>
            </w:r>
          </w:p>
        </w:tc>
        <w:tc>
          <w:tcPr>
            <w:tcW w:type="dxa" w:w="1234"/>
          </w:tcPr>
          <w:p>
            <w:r>
              <w:t>旷昊恒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1903095</w:t>
            </w:r>
          </w:p>
        </w:tc>
        <w:tc>
          <w:tcPr>
            <w:tcW w:type="dxa" w:w="1234"/>
          </w:tcPr>
          <w:p>
            <w:r>
              <w:t>马游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1900900</w:t>
            </w:r>
          </w:p>
        </w:tc>
        <w:tc>
          <w:tcPr>
            <w:tcW w:type="dxa" w:w="1234"/>
          </w:tcPr>
          <w:p>
            <w:r>
              <w:t>陈伟睿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1904453</w:t>
            </w:r>
          </w:p>
        </w:tc>
        <w:tc>
          <w:tcPr>
            <w:tcW w:type="dxa" w:w="1234"/>
          </w:tcPr>
          <w:p>
            <w:r>
              <w:t>刘路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1904836</w:t>
            </w:r>
          </w:p>
        </w:tc>
        <w:tc>
          <w:tcPr>
            <w:tcW w:type="dxa" w:w="1234"/>
          </w:tcPr>
          <w:p>
            <w:r>
              <w:t>陈建宇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1905341</w:t>
            </w:r>
          </w:p>
        </w:tc>
        <w:tc>
          <w:tcPr>
            <w:tcW w:type="dxa" w:w="1234"/>
          </w:tcPr>
          <w:p>
            <w:r>
              <w:t>谢程燕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1903943</w:t>
            </w:r>
          </w:p>
        </w:tc>
        <w:tc>
          <w:tcPr>
            <w:tcW w:type="dxa" w:w="1234"/>
          </w:tcPr>
          <w:p>
            <w:r>
              <w:t>杨凡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1902694</w:t>
            </w:r>
          </w:p>
        </w:tc>
        <w:tc>
          <w:tcPr>
            <w:tcW w:type="dxa" w:w="1234"/>
          </w:tcPr>
          <w:p>
            <w:r>
              <w:t>杜进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1904883</w:t>
            </w:r>
          </w:p>
        </w:tc>
        <w:tc>
          <w:tcPr>
            <w:tcW w:type="dxa" w:w="1234"/>
          </w:tcPr>
          <w:p>
            <w:r>
              <w:t>高国朕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1901715</w:t>
            </w:r>
          </w:p>
        </w:tc>
        <w:tc>
          <w:tcPr>
            <w:tcW w:type="dxa" w:w="1234"/>
          </w:tcPr>
          <w:p>
            <w:r>
              <w:t>钱浩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1900786</w:t>
            </w:r>
          </w:p>
        </w:tc>
        <w:tc>
          <w:tcPr>
            <w:tcW w:type="dxa" w:w="1234"/>
          </w:tcPr>
          <w:p>
            <w:r>
              <w:t>魏蓝天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1901086</w:t>
            </w:r>
          </w:p>
        </w:tc>
        <w:tc>
          <w:tcPr>
            <w:tcW w:type="dxa" w:w="1234"/>
          </w:tcPr>
          <w:p>
            <w:r>
              <w:t>刘维明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1907729</w:t>
            </w:r>
          </w:p>
        </w:tc>
        <w:tc>
          <w:tcPr>
            <w:tcW w:type="dxa" w:w="1234"/>
          </w:tcPr>
          <w:p>
            <w:r>
              <w:t>刘成城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1902307</w:t>
            </w:r>
          </w:p>
        </w:tc>
        <w:tc>
          <w:tcPr>
            <w:tcW w:type="dxa" w:w="1234"/>
          </w:tcPr>
          <w:p>
            <w:r>
              <w:t>张婷婷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1906470</w:t>
            </w:r>
          </w:p>
        </w:tc>
        <w:tc>
          <w:tcPr>
            <w:tcW w:type="dxa" w:w="1234"/>
          </w:tcPr>
          <w:p>
            <w:r>
              <w:t>秦艺晗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1904235</w:t>
            </w:r>
          </w:p>
        </w:tc>
        <w:tc>
          <w:tcPr>
            <w:tcW w:type="dxa" w:w="1234"/>
          </w:tcPr>
          <w:p>
            <w:r>
              <w:t>龙宸溶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1905077</w:t>
            </w:r>
          </w:p>
        </w:tc>
        <w:tc>
          <w:tcPr>
            <w:tcW w:type="dxa" w:w="1234"/>
          </w:tcPr>
          <w:p>
            <w:r>
              <w:t>王佳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1900956</w:t>
            </w:r>
          </w:p>
        </w:tc>
        <w:tc>
          <w:tcPr>
            <w:tcW w:type="dxa" w:w="1234"/>
          </w:tcPr>
          <w:p>
            <w:r>
              <w:t>丁跃尘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1904586</w:t>
            </w:r>
          </w:p>
        </w:tc>
        <w:tc>
          <w:tcPr>
            <w:tcW w:type="dxa" w:w="1234"/>
          </w:tcPr>
          <w:p>
            <w:r>
              <w:t>熊国虹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1901467</w:t>
            </w:r>
          </w:p>
        </w:tc>
        <w:tc>
          <w:tcPr>
            <w:tcW w:type="dxa" w:w="1234"/>
          </w:tcPr>
          <w:p>
            <w:r>
              <w:t>费泓铭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1903103</w:t>
            </w:r>
          </w:p>
        </w:tc>
        <w:tc>
          <w:tcPr>
            <w:tcW w:type="dxa" w:w="1234"/>
          </w:tcPr>
          <w:p>
            <w:r>
              <w:t>阮金杰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1904026</w:t>
            </w:r>
          </w:p>
        </w:tc>
        <w:tc>
          <w:tcPr>
            <w:tcW w:type="dxa" w:w="1234"/>
          </w:tcPr>
          <w:p>
            <w:r>
              <w:t>董雪菲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1902780</w:t>
            </w:r>
          </w:p>
        </w:tc>
        <w:tc>
          <w:tcPr>
            <w:tcW w:type="dxa" w:w="1234"/>
          </w:tcPr>
          <w:p>
            <w:r>
              <w:t>蔡秋润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1901526</w:t>
            </w:r>
          </w:p>
        </w:tc>
        <w:tc>
          <w:tcPr>
            <w:tcW w:type="dxa" w:w="1234"/>
          </w:tcPr>
          <w:p>
            <w:r>
              <w:t>姜淙文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1904978</w:t>
            </w:r>
          </w:p>
        </w:tc>
        <w:tc>
          <w:tcPr>
            <w:tcW w:type="dxa" w:w="1234"/>
          </w:tcPr>
          <w:p>
            <w:r>
              <w:t>杨思恩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1901230</w:t>
            </w:r>
          </w:p>
        </w:tc>
        <w:tc>
          <w:tcPr>
            <w:tcW w:type="dxa" w:w="1234"/>
          </w:tcPr>
          <w:p>
            <w:r>
              <w:t>孟照腾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1905458</w:t>
            </w:r>
          </w:p>
        </w:tc>
        <w:tc>
          <w:tcPr>
            <w:tcW w:type="dxa" w:w="1234"/>
          </w:tcPr>
          <w:p>
            <w:r>
              <w:t>朱研博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1901475</w:t>
            </w:r>
          </w:p>
        </w:tc>
        <w:tc>
          <w:tcPr>
            <w:tcW w:type="dxa" w:w="1234"/>
          </w:tcPr>
          <w:p>
            <w:r>
              <w:t>马意彭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1905642</w:t>
            </w:r>
          </w:p>
        </w:tc>
        <w:tc>
          <w:tcPr>
            <w:tcW w:type="dxa" w:w="1234"/>
          </w:tcPr>
          <w:p>
            <w:r>
              <w:t>车弘书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1901254</w:t>
            </w:r>
          </w:p>
        </w:tc>
        <w:tc>
          <w:tcPr>
            <w:tcW w:type="dxa" w:w="1234"/>
          </w:tcPr>
          <w:p>
            <w:r>
              <w:t>刘金辉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1902633</w:t>
            </w:r>
          </w:p>
        </w:tc>
        <w:tc>
          <w:tcPr>
            <w:tcW w:type="dxa" w:w="1234"/>
          </w:tcPr>
          <w:p>
            <w:r>
              <w:t>张琮委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1900186</w:t>
            </w:r>
          </w:p>
        </w:tc>
        <w:tc>
          <w:tcPr>
            <w:tcW w:type="dxa" w:w="1234"/>
          </w:tcPr>
          <w:p>
            <w:r>
              <w:t>傅禹杰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1904545</w:t>
            </w:r>
          </w:p>
        </w:tc>
        <w:tc>
          <w:tcPr>
            <w:tcW w:type="dxa" w:w="1234"/>
          </w:tcPr>
          <w:p>
            <w:r>
              <w:t>焦雨泽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1900613</w:t>
            </w:r>
          </w:p>
        </w:tc>
        <w:tc>
          <w:tcPr>
            <w:tcW w:type="dxa" w:w="1234"/>
          </w:tcPr>
          <w:p>
            <w:r>
              <w:t>刘欣凯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1902564</w:t>
            </w:r>
          </w:p>
        </w:tc>
        <w:tc>
          <w:tcPr>
            <w:tcW w:type="dxa" w:w="1234"/>
          </w:tcPr>
          <w:p>
            <w:r>
              <w:t>李硕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1903945</w:t>
            </w:r>
          </w:p>
        </w:tc>
        <w:tc>
          <w:tcPr>
            <w:tcW w:type="dxa" w:w="1234"/>
          </w:tcPr>
          <w:p>
            <w:r>
              <w:t>崔琳琳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1901457</w:t>
            </w:r>
          </w:p>
        </w:tc>
        <w:tc>
          <w:tcPr>
            <w:tcW w:type="dxa" w:w="1234"/>
          </w:tcPr>
          <w:p>
            <w:r>
              <w:t>李泽宇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1901273</w:t>
            </w:r>
          </w:p>
        </w:tc>
        <w:tc>
          <w:tcPr>
            <w:tcW w:type="dxa" w:w="1234"/>
          </w:tcPr>
          <w:p>
            <w:r>
              <w:t>蒋一航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1900140</w:t>
            </w:r>
          </w:p>
        </w:tc>
        <w:tc>
          <w:tcPr>
            <w:tcW w:type="dxa" w:w="1234"/>
          </w:tcPr>
          <w:p>
            <w:r>
              <w:t>杜文豪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1900643</w:t>
            </w:r>
          </w:p>
        </w:tc>
        <w:tc>
          <w:tcPr>
            <w:tcW w:type="dxa" w:w="1234"/>
          </w:tcPr>
          <w:p>
            <w:r>
              <w:t>牛嘉申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1900111</w:t>
            </w:r>
          </w:p>
        </w:tc>
        <w:tc>
          <w:tcPr>
            <w:tcW w:type="dxa" w:w="1234"/>
          </w:tcPr>
          <w:p>
            <w:r>
              <w:t>陆志杰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48</w:t>
            </w:r>
          </w:p>
        </w:tc>
        <w:tc>
          <w:tcPr>
            <w:tcW w:type="dxa" w:w="1234"/>
          </w:tcPr>
          <w:p>
            <w:r>
              <w:t>1904525</w:t>
            </w:r>
          </w:p>
        </w:tc>
        <w:tc>
          <w:tcPr>
            <w:tcW w:type="dxa" w:w="1234"/>
          </w:tcPr>
          <w:p>
            <w:r>
              <w:t>程真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49</w:t>
            </w:r>
          </w:p>
        </w:tc>
        <w:tc>
          <w:tcPr>
            <w:tcW w:type="dxa" w:w="1234"/>
          </w:tcPr>
          <w:p>
            <w:r>
              <w:t>1905459</w:t>
            </w:r>
          </w:p>
        </w:tc>
        <w:tc>
          <w:tcPr>
            <w:tcW w:type="dxa" w:w="1234"/>
          </w:tcPr>
          <w:p>
            <w:r>
              <w:t>李经纬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50</w:t>
            </w:r>
          </w:p>
        </w:tc>
        <w:tc>
          <w:tcPr>
            <w:tcW w:type="dxa" w:w="1234"/>
          </w:tcPr>
          <w:p>
            <w:r>
              <w:t>1900602</w:t>
            </w:r>
          </w:p>
        </w:tc>
        <w:tc>
          <w:tcPr>
            <w:tcW w:type="dxa" w:w="1234"/>
          </w:tcPr>
          <w:p>
            <w:r>
              <w:t>徐航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51</w:t>
            </w:r>
          </w:p>
        </w:tc>
        <w:tc>
          <w:tcPr>
            <w:tcW w:type="dxa" w:w="1234"/>
          </w:tcPr>
          <w:p>
            <w:r>
              <w:t>1904376</w:t>
            </w:r>
          </w:p>
        </w:tc>
        <w:tc>
          <w:tcPr>
            <w:tcW w:type="dxa" w:w="1234"/>
          </w:tcPr>
          <w:p>
            <w:r>
              <w:t>唐祖鼎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52</w:t>
            </w:r>
          </w:p>
        </w:tc>
        <w:tc>
          <w:tcPr>
            <w:tcW w:type="dxa" w:w="1234"/>
          </w:tcPr>
          <w:p>
            <w:r>
              <w:t>1902705</w:t>
            </w:r>
          </w:p>
        </w:tc>
        <w:tc>
          <w:tcPr>
            <w:tcW w:type="dxa" w:w="1234"/>
          </w:tcPr>
          <w:p>
            <w:r>
              <w:t>李蕴奥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53</w:t>
            </w:r>
          </w:p>
        </w:tc>
        <w:tc>
          <w:tcPr>
            <w:tcW w:type="dxa" w:w="1234"/>
          </w:tcPr>
          <w:p>
            <w:r>
              <w:t>1900420</w:t>
            </w:r>
          </w:p>
        </w:tc>
        <w:tc>
          <w:tcPr>
            <w:tcW w:type="dxa" w:w="1234"/>
          </w:tcPr>
          <w:p>
            <w:r>
              <w:t>霍文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54</w:t>
            </w:r>
          </w:p>
        </w:tc>
        <w:tc>
          <w:tcPr>
            <w:tcW w:type="dxa" w:w="1234"/>
          </w:tcPr>
          <w:p>
            <w:r>
              <w:t>1900038</w:t>
            </w:r>
          </w:p>
        </w:tc>
        <w:tc>
          <w:tcPr>
            <w:tcW w:type="dxa" w:w="1234"/>
          </w:tcPr>
          <w:p>
            <w:r>
              <w:t>陈一帆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55</w:t>
            </w:r>
          </w:p>
        </w:tc>
        <w:tc>
          <w:tcPr>
            <w:tcW w:type="dxa" w:w="1234"/>
          </w:tcPr>
          <w:p>
            <w:r>
              <w:t>1902425</w:t>
            </w:r>
          </w:p>
        </w:tc>
        <w:tc>
          <w:tcPr>
            <w:tcW w:type="dxa" w:w="1234"/>
          </w:tcPr>
          <w:p>
            <w:r>
              <w:t>寇卫萍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56</w:t>
            </w:r>
          </w:p>
        </w:tc>
        <w:tc>
          <w:tcPr>
            <w:tcW w:type="dxa" w:w="1234"/>
          </w:tcPr>
          <w:p>
            <w:r>
              <w:t>1904991</w:t>
            </w:r>
          </w:p>
        </w:tc>
        <w:tc>
          <w:tcPr>
            <w:tcW w:type="dxa" w:w="1234"/>
          </w:tcPr>
          <w:p>
            <w:r>
              <w:t>徐家琪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57</w:t>
            </w:r>
          </w:p>
        </w:tc>
        <w:tc>
          <w:tcPr>
            <w:tcW w:type="dxa" w:w="1234"/>
          </w:tcPr>
          <w:p>
            <w:r>
              <w:t>1900172</w:t>
            </w:r>
          </w:p>
        </w:tc>
        <w:tc>
          <w:tcPr>
            <w:tcW w:type="dxa" w:w="1234"/>
          </w:tcPr>
          <w:p>
            <w:r>
              <w:t>沈英鹰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58</w:t>
            </w:r>
          </w:p>
        </w:tc>
        <w:tc>
          <w:tcPr>
            <w:tcW w:type="dxa" w:w="1234"/>
          </w:tcPr>
          <w:p>
            <w:r>
              <w:t>1901434</w:t>
            </w:r>
          </w:p>
        </w:tc>
        <w:tc>
          <w:tcPr>
            <w:tcW w:type="dxa" w:w="1234"/>
          </w:tcPr>
          <w:p>
            <w:r>
              <w:t>杨舒盛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59</w:t>
            </w:r>
          </w:p>
        </w:tc>
        <w:tc>
          <w:tcPr>
            <w:tcW w:type="dxa" w:w="1234"/>
          </w:tcPr>
          <w:p>
            <w:r>
              <w:t>1904081</w:t>
            </w:r>
          </w:p>
        </w:tc>
        <w:tc>
          <w:tcPr>
            <w:tcW w:type="dxa" w:w="1234"/>
          </w:tcPr>
          <w:p>
            <w:r>
              <w:t>朱贺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60</w:t>
            </w:r>
          </w:p>
        </w:tc>
        <w:tc>
          <w:tcPr>
            <w:tcW w:type="dxa" w:w="1234"/>
          </w:tcPr>
          <w:p>
            <w:r>
              <w:t>1901220</w:t>
            </w:r>
          </w:p>
        </w:tc>
        <w:tc>
          <w:tcPr>
            <w:tcW w:type="dxa" w:w="1234"/>
          </w:tcPr>
          <w:p>
            <w:r>
              <w:t>王冠政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61</w:t>
            </w:r>
          </w:p>
        </w:tc>
        <w:tc>
          <w:tcPr>
            <w:tcW w:type="dxa" w:w="1234"/>
          </w:tcPr>
          <w:p>
            <w:r>
              <w:t>1902476</w:t>
            </w:r>
          </w:p>
        </w:tc>
        <w:tc>
          <w:tcPr>
            <w:tcW w:type="dxa" w:w="1234"/>
          </w:tcPr>
          <w:p>
            <w:r>
              <w:t>姜洋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62</w:t>
            </w:r>
          </w:p>
        </w:tc>
        <w:tc>
          <w:tcPr>
            <w:tcW w:type="dxa" w:w="1234"/>
          </w:tcPr>
          <w:p>
            <w:r>
              <w:t>1902815</w:t>
            </w:r>
          </w:p>
        </w:tc>
        <w:tc>
          <w:tcPr>
            <w:tcW w:type="dxa" w:w="1234"/>
          </w:tcPr>
          <w:p>
            <w:r>
              <w:t>刘颖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63</w:t>
            </w:r>
          </w:p>
        </w:tc>
        <w:tc>
          <w:tcPr>
            <w:tcW w:type="dxa" w:w="1234"/>
          </w:tcPr>
          <w:p>
            <w:r>
              <w:t>1904805</w:t>
            </w:r>
          </w:p>
        </w:tc>
        <w:tc>
          <w:tcPr>
            <w:tcW w:type="dxa" w:w="1234"/>
          </w:tcPr>
          <w:p>
            <w:r>
              <w:t>万川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学术型硕士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64</w:t>
            </w:r>
          </w:p>
        </w:tc>
        <w:tc>
          <w:tcPr>
            <w:tcW w:type="dxa" w:w="1234"/>
          </w:tcPr>
          <w:p>
            <w:r>
              <w:t>1901607</w:t>
            </w:r>
          </w:p>
        </w:tc>
        <w:tc>
          <w:tcPr>
            <w:tcW w:type="dxa" w:w="1234"/>
          </w:tcPr>
          <w:p>
            <w:r>
              <w:t>王颖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65</w:t>
            </w:r>
          </w:p>
        </w:tc>
        <w:tc>
          <w:tcPr>
            <w:tcW w:type="dxa" w:w="1234"/>
          </w:tcPr>
          <w:p>
            <w:r>
              <w:t>1901621</w:t>
            </w:r>
          </w:p>
        </w:tc>
        <w:tc>
          <w:tcPr>
            <w:tcW w:type="dxa" w:w="1234"/>
          </w:tcPr>
          <w:p>
            <w:r>
              <w:t>张宇泽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66</w:t>
            </w:r>
          </w:p>
        </w:tc>
        <w:tc>
          <w:tcPr>
            <w:tcW w:type="dxa" w:w="1234"/>
          </w:tcPr>
          <w:p>
            <w:r>
              <w:t>1900359</w:t>
            </w:r>
          </w:p>
        </w:tc>
        <w:tc>
          <w:tcPr>
            <w:tcW w:type="dxa" w:w="1234"/>
          </w:tcPr>
          <w:p>
            <w:r>
              <w:t>任乔牧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67</w:t>
            </w:r>
          </w:p>
        </w:tc>
        <w:tc>
          <w:tcPr>
            <w:tcW w:type="dxa" w:w="1234"/>
          </w:tcPr>
          <w:p>
            <w:r>
              <w:t>1901529</w:t>
            </w:r>
          </w:p>
        </w:tc>
        <w:tc>
          <w:tcPr>
            <w:tcW w:type="dxa" w:w="1234"/>
          </w:tcPr>
          <w:p>
            <w:r>
              <w:t>吴宁馨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68</w:t>
            </w:r>
          </w:p>
        </w:tc>
        <w:tc>
          <w:tcPr>
            <w:tcW w:type="dxa" w:w="1234"/>
          </w:tcPr>
          <w:p>
            <w:r>
              <w:t>1900314</w:t>
            </w:r>
          </w:p>
        </w:tc>
        <w:tc>
          <w:tcPr>
            <w:tcW w:type="dxa" w:w="1234"/>
          </w:tcPr>
          <w:p>
            <w:r>
              <w:t>杨涵清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69</w:t>
            </w:r>
          </w:p>
        </w:tc>
        <w:tc>
          <w:tcPr>
            <w:tcW w:type="dxa" w:w="1234"/>
          </w:tcPr>
          <w:p>
            <w:r>
              <w:t>1905161</w:t>
            </w:r>
          </w:p>
        </w:tc>
        <w:tc>
          <w:tcPr>
            <w:tcW w:type="dxa" w:w="1234"/>
          </w:tcPr>
          <w:p>
            <w:r>
              <w:t>潘宇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70</w:t>
            </w:r>
          </w:p>
        </w:tc>
        <w:tc>
          <w:tcPr>
            <w:tcW w:type="dxa" w:w="1234"/>
          </w:tcPr>
          <w:p>
            <w:r>
              <w:t>1902402</w:t>
            </w:r>
          </w:p>
        </w:tc>
        <w:tc>
          <w:tcPr>
            <w:tcW w:type="dxa" w:w="1234"/>
          </w:tcPr>
          <w:p>
            <w:r>
              <w:t>刘代坤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71</w:t>
            </w:r>
          </w:p>
        </w:tc>
        <w:tc>
          <w:tcPr>
            <w:tcW w:type="dxa" w:w="1234"/>
          </w:tcPr>
          <w:p>
            <w:r>
              <w:t>1900750</w:t>
            </w:r>
          </w:p>
        </w:tc>
        <w:tc>
          <w:tcPr>
            <w:tcW w:type="dxa" w:w="1234"/>
          </w:tcPr>
          <w:p>
            <w:r>
              <w:t>王文浩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72</w:t>
            </w:r>
          </w:p>
        </w:tc>
        <w:tc>
          <w:tcPr>
            <w:tcW w:type="dxa" w:w="1234"/>
          </w:tcPr>
          <w:p>
            <w:r>
              <w:t>1904256</w:t>
            </w:r>
          </w:p>
        </w:tc>
        <w:tc>
          <w:tcPr>
            <w:tcW w:type="dxa" w:w="1234"/>
          </w:tcPr>
          <w:p>
            <w:r>
              <w:t>季晟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73</w:t>
            </w:r>
          </w:p>
        </w:tc>
        <w:tc>
          <w:tcPr>
            <w:tcW w:type="dxa" w:w="1234"/>
          </w:tcPr>
          <w:p>
            <w:r>
              <w:t>1904633</w:t>
            </w:r>
          </w:p>
        </w:tc>
        <w:tc>
          <w:tcPr>
            <w:tcW w:type="dxa" w:w="1234"/>
          </w:tcPr>
          <w:p>
            <w:r>
              <w:t>吴君娴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74</w:t>
            </w:r>
          </w:p>
        </w:tc>
        <w:tc>
          <w:tcPr>
            <w:tcW w:type="dxa" w:w="1234"/>
          </w:tcPr>
          <w:p>
            <w:r>
              <w:t>1901729</w:t>
            </w:r>
          </w:p>
        </w:tc>
        <w:tc>
          <w:tcPr>
            <w:tcW w:type="dxa" w:w="1234"/>
          </w:tcPr>
          <w:p>
            <w:r>
              <w:t>李楚溪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75</w:t>
            </w:r>
          </w:p>
        </w:tc>
        <w:tc>
          <w:tcPr>
            <w:tcW w:type="dxa" w:w="1234"/>
          </w:tcPr>
          <w:p>
            <w:r>
              <w:t>1900525</w:t>
            </w:r>
          </w:p>
        </w:tc>
        <w:tc>
          <w:tcPr>
            <w:tcW w:type="dxa" w:w="1234"/>
          </w:tcPr>
          <w:p>
            <w:r>
              <w:t>吴倩楠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76</w:t>
            </w:r>
          </w:p>
        </w:tc>
        <w:tc>
          <w:tcPr>
            <w:tcW w:type="dxa" w:w="1234"/>
          </w:tcPr>
          <w:p>
            <w:r>
              <w:t>1908858</w:t>
            </w:r>
          </w:p>
        </w:tc>
        <w:tc>
          <w:tcPr>
            <w:tcW w:type="dxa" w:w="1234"/>
          </w:tcPr>
          <w:p>
            <w:r>
              <w:t>刘佳能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77</w:t>
            </w:r>
          </w:p>
        </w:tc>
        <w:tc>
          <w:tcPr>
            <w:tcW w:type="dxa" w:w="1234"/>
          </w:tcPr>
          <w:p>
            <w:r>
              <w:t>1903828</w:t>
            </w:r>
          </w:p>
        </w:tc>
        <w:tc>
          <w:tcPr>
            <w:tcW w:type="dxa" w:w="1234"/>
          </w:tcPr>
          <w:p>
            <w:r>
              <w:t>王诗明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78</w:t>
            </w:r>
          </w:p>
        </w:tc>
        <w:tc>
          <w:tcPr>
            <w:tcW w:type="dxa" w:w="1234"/>
          </w:tcPr>
          <w:p>
            <w:r>
              <w:t>1901372</w:t>
            </w:r>
          </w:p>
        </w:tc>
        <w:tc>
          <w:tcPr>
            <w:tcW w:type="dxa" w:w="1234"/>
          </w:tcPr>
          <w:p>
            <w:r>
              <w:t>姚云聪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79</w:t>
            </w:r>
          </w:p>
        </w:tc>
        <w:tc>
          <w:tcPr>
            <w:tcW w:type="dxa" w:w="1234"/>
          </w:tcPr>
          <w:p>
            <w:r>
              <w:t>1901611</w:t>
            </w:r>
          </w:p>
        </w:tc>
        <w:tc>
          <w:tcPr>
            <w:tcW w:type="dxa" w:w="1234"/>
          </w:tcPr>
          <w:p>
            <w:r>
              <w:t>杨博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80</w:t>
            </w:r>
          </w:p>
        </w:tc>
        <w:tc>
          <w:tcPr>
            <w:tcW w:type="dxa" w:w="1234"/>
          </w:tcPr>
          <w:p>
            <w:r>
              <w:t>1904178</w:t>
            </w:r>
          </w:p>
        </w:tc>
        <w:tc>
          <w:tcPr>
            <w:tcW w:type="dxa" w:w="1234"/>
          </w:tcPr>
          <w:p>
            <w:r>
              <w:t>孙国兴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81</w:t>
            </w:r>
          </w:p>
        </w:tc>
        <w:tc>
          <w:tcPr>
            <w:tcW w:type="dxa" w:w="1234"/>
          </w:tcPr>
          <w:p>
            <w:r>
              <w:t>1902488</w:t>
            </w:r>
          </w:p>
        </w:tc>
        <w:tc>
          <w:tcPr>
            <w:tcW w:type="dxa" w:w="1234"/>
          </w:tcPr>
          <w:p>
            <w:r>
              <w:t>李文聪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82</w:t>
            </w:r>
          </w:p>
        </w:tc>
        <w:tc>
          <w:tcPr>
            <w:tcW w:type="dxa" w:w="1234"/>
          </w:tcPr>
          <w:p>
            <w:r>
              <w:t>1900531</w:t>
            </w:r>
          </w:p>
        </w:tc>
        <w:tc>
          <w:tcPr>
            <w:tcW w:type="dxa" w:w="1234"/>
          </w:tcPr>
          <w:p>
            <w:r>
              <w:t>周自爱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83</w:t>
            </w:r>
          </w:p>
        </w:tc>
        <w:tc>
          <w:tcPr>
            <w:tcW w:type="dxa" w:w="1234"/>
          </w:tcPr>
          <w:p>
            <w:r>
              <w:t>1900231</w:t>
            </w:r>
          </w:p>
        </w:tc>
        <w:tc>
          <w:tcPr>
            <w:tcW w:type="dxa" w:w="1234"/>
          </w:tcPr>
          <w:p>
            <w:r>
              <w:t>刘睿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84</w:t>
            </w:r>
          </w:p>
        </w:tc>
        <w:tc>
          <w:tcPr>
            <w:tcW w:type="dxa" w:w="1234"/>
          </w:tcPr>
          <w:p>
            <w:r>
              <w:t>1901036</w:t>
            </w:r>
          </w:p>
        </w:tc>
        <w:tc>
          <w:tcPr>
            <w:tcW w:type="dxa" w:w="1234"/>
          </w:tcPr>
          <w:p>
            <w:r>
              <w:t>耿凡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85</w:t>
            </w:r>
          </w:p>
        </w:tc>
        <w:tc>
          <w:tcPr>
            <w:tcW w:type="dxa" w:w="1234"/>
          </w:tcPr>
          <w:p>
            <w:r>
              <w:t>1902848</w:t>
            </w:r>
          </w:p>
        </w:tc>
        <w:tc>
          <w:tcPr>
            <w:tcW w:type="dxa" w:w="1234"/>
          </w:tcPr>
          <w:p>
            <w:r>
              <w:t>张皓飞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86</w:t>
            </w:r>
          </w:p>
        </w:tc>
        <w:tc>
          <w:tcPr>
            <w:tcW w:type="dxa" w:w="1234"/>
          </w:tcPr>
          <w:p>
            <w:r>
              <w:t>1902559</w:t>
            </w:r>
          </w:p>
        </w:tc>
        <w:tc>
          <w:tcPr>
            <w:tcW w:type="dxa" w:w="1234"/>
          </w:tcPr>
          <w:p>
            <w:r>
              <w:t>何昱锋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87</w:t>
            </w:r>
          </w:p>
        </w:tc>
        <w:tc>
          <w:tcPr>
            <w:tcW w:type="dxa" w:w="1234"/>
          </w:tcPr>
          <w:p>
            <w:r>
              <w:t>1901128</w:t>
            </w:r>
          </w:p>
        </w:tc>
        <w:tc>
          <w:tcPr>
            <w:tcW w:type="dxa" w:w="1234"/>
          </w:tcPr>
          <w:p>
            <w:r>
              <w:t>程子月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88</w:t>
            </w:r>
          </w:p>
        </w:tc>
        <w:tc>
          <w:tcPr>
            <w:tcW w:type="dxa" w:w="1234"/>
          </w:tcPr>
          <w:p>
            <w:r>
              <w:t>1900881</w:t>
            </w:r>
          </w:p>
        </w:tc>
        <w:tc>
          <w:tcPr>
            <w:tcW w:type="dxa" w:w="1234"/>
          </w:tcPr>
          <w:p>
            <w:r>
              <w:t>李越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89</w:t>
            </w:r>
          </w:p>
        </w:tc>
        <w:tc>
          <w:tcPr>
            <w:tcW w:type="dxa" w:w="1234"/>
          </w:tcPr>
          <w:p>
            <w:r>
              <w:t>1904283</w:t>
            </w:r>
          </w:p>
        </w:tc>
        <w:tc>
          <w:tcPr>
            <w:tcW w:type="dxa" w:w="1234"/>
          </w:tcPr>
          <w:p>
            <w:r>
              <w:t>杨向鹏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90</w:t>
            </w:r>
          </w:p>
        </w:tc>
        <w:tc>
          <w:tcPr>
            <w:tcW w:type="dxa" w:w="1234"/>
          </w:tcPr>
          <w:p>
            <w:r>
              <w:t>1902591</w:t>
            </w:r>
          </w:p>
        </w:tc>
        <w:tc>
          <w:tcPr>
            <w:tcW w:type="dxa" w:w="1234"/>
          </w:tcPr>
          <w:p>
            <w:r>
              <w:t>韩鹏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91</w:t>
            </w:r>
          </w:p>
        </w:tc>
        <w:tc>
          <w:tcPr>
            <w:tcW w:type="dxa" w:w="1234"/>
          </w:tcPr>
          <w:p>
            <w:r>
              <w:t>1901194</w:t>
            </w:r>
          </w:p>
        </w:tc>
        <w:tc>
          <w:tcPr>
            <w:tcW w:type="dxa" w:w="1234"/>
          </w:tcPr>
          <w:p>
            <w:r>
              <w:t>袁正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92</w:t>
            </w:r>
          </w:p>
        </w:tc>
        <w:tc>
          <w:tcPr>
            <w:tcW w:type="dxa" w:w="1234"/>
          </w:tcPr>
          <w:p>
            <w:r>
              <w:t>1904954</w:t>
            </w:r>
          </w:p>
        </w:tc>
        <w:tc>
          <w:tcPr>
            <w:tcW w:type="dxa" w:w="1234"/>
          </w:tcPr>
          <w:p>
            <w:r>
              <w:t>陈美玲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专业型硕士</w:t>
            </w:r>
          </w:p>
        </w:tc>
        <w:tc>
          <w:tcPr>
            <w:tcW w:type="dxa" w:w="1234"/>
          </w:tcPr>
          <w:p>
            <w:r>
              <w:t>拟接收</w:t>
            </w:r>
          </w:p>
        </w:tc>
      </w:tr>
      <w:tr>
        <w:tc>
          <w:tcPr>
            <w:tcW w:type="dxa" w:w="1234"/>
          </w:tcPr>
          <w:p>
            <w:r>
              <w:t>93</w:t>
            </w:r>
          </w:p>
        </w:tc>
        <w:tc>
          <w:tcPr>
            <w:tcW w:type="dxa" w:w="1234"/>
          </w:tcPr>
          <w:p>
            <w:r>
              <w:t>1901562</w:t>
            </w:r>
          </w:p>
        </w:tc>
        <w:tc>
          <w:tcPr>
            <w:tcW w:type="dxa" w:w="1234"/>
          </w:tcPr>
          <w:p>
            <w:r>
              <w:t>陈晨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博士</w:t>
            </w:r>
          </w:p>
        </w:tc>
        <w:tc>
          <w:tcPr>
            <w:tcW w:type="dxa" w:w="1234"/>
          </w:tcPr>
          <w:p>
            <w:r>
              <w:t>拟接收(直博)</w:t>
            </w:r>
          </w:p>
        </w:tc>
      </w:tr>
      <w:tr>
        <w:tc>
          <w:tcPr>
            <w:tcW w:type="dxa" w:w="1234"/>
          </w:tcPr>
          <w:p>
            <w:r>
              <w:t>94</w:t>
            </w:r>
          </w:p>
        </w:tc>
        <w:tc>
          <w:tcPr>
            <w:tcW w:type="dxa" w:w="1234"/>
          </w:tcPr>
          <w:p>
            <w:r>
              <w:t>1901045</w:t>
            </w:r>
          </w:p>
        </w:tc>
        <w:tc>
          <w:tcPr>
            <w:tcW w:type="dxa" w:w="1234"/>
          </w:tcPr>
          <w:p>
            <w:r>
              <w:t>徐乐玏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博士</w:t>
            </w:r>
          </w:p>
        </w:tc>
        <w:tc>
          <w:tcPr>
            <w:tcW w:type="dxa" w:w="1234"/>
          </w:tcPr>
          <w:p>
            <w:r>
              <w:t>拟接收(直博)</w:t>
            </w:r>
          </w:p>
        </w:tc>
      </w:tr>
      <w:tr>
        <w:tc>
          <w:tcPr>
            <w:tcW w:type="dxa" w:w="1234"/>
          </w:tcPr>
          <w:p>
            <w:r>
              <w:t>95</w:t>
            </w:r>
          </w:p>
        </w:tc>
        <w:tc>
          <w:tcPr>
            <w:tcW w:type="dxa" w:w="1234"/>
          </w:tcPr>
          <w:p>
            <w:r>
              <w:t>1902144</w:t>
            </w:r>
          </w:p>
        </w:tc>
        <w:tc>
          <w:tcPr>
            <w:tcW w:type="dxa" w:w="1234"/>
          </w:tcPr>
          <w:p>
            <w:r>
              <w:t>王国标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博士</w:t>
            </w:r>
          </w:p>
        </w:tc>
        <w:tc>
          <w:tcPr>
            <w:tcW w:type="dxa" w:w="1234"/>
          </w:tcPr>
          <w:p>
            <w:r>
              <w:t>拟接收(直博)</w:t>
            </w:r>
          </w:p>
        </w:tc>
      </w:tr>
      <w:tr>
        <w:tc>
          <w:tcPr>
            <w:tcW w:type="dxa" w:w="1234"/>
          </w:tcPr>
          <w:p>
            <w:r>
              <w:t>96</w:t>
            </w:r>
          </w:p>
        </w:tc>
        <w:tc>
          <w:tcPr>
            <w:tcW w:type="dxa" w:w="1234"/>
          </w:tcPr>
          <w:p>
            <w:r>
              <w:t>1900415</w:t>
            </w:r>
          </w:p>
        </w:tc>
        <w:tc>
          <w:tcPr>
            <w:tcW w:type="dxa" w:w="1234"/>
          </w:tcPr>
          <w:p>
            <w:r>
              <w:t>窦唯靖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博士</w:t>
            </w:r>
          </w:p>
        </w:tc>
        <w:tc>
          <w:tcPr>
            <w:tcW w:type="dxa" w:w="1234"/>
          </w:tcPr>
          <w:p>
            <w:r>
              <w:t>拟接收(直博)</w:t>
            </w:r>
          </w:p>
        </w:tc>
      </w:tr>
      <w:tr>
        <w:tc>
          <w:tcPr>
            <w:tcW w:type="dxa" w:w="1234"/>
          </w:tcPr>
          <w:p>
            <w:r>
              <w:t>97</w:t>
            </w:r>
          </w:p>
        </w:tc>
        <w:tc>
          <w:tcPr>
            <w:tcW w:type="dxa" w:w="1234"/>
          </w:tcPr>
          <w:p>
            <w:r>
              <w:t>1900549</w:t>
            </w:r>
          </w:p>
        </w:tc>
        <w:tc>
          <w:tcPr>
            <w:tcW w:type="dxa" w:w="1234"/>
          </w:tcPr>
          <w:p>
            <w:r>
              <w:t>王智娴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博士</w:t>
            </w:r>
          </w:p>
        </w:tc>
        <w:tc>
          <w:tcPr>
            <w:tcW w:type="dxa" w:w="1234"/>
          </w:tcPr>
          <w:p>
            <w:r>
              <w:t>拟接收(直博)</w:t>
            </w:r>
          </w:p>
        </w:tc>
      </w:tr>
      <w:tr>
        <w:tc>
          <w:tcPr>
            <w:tcW w:type="dxa" w:w="1234"/>
          </w:tcPr>
          <w:p>
            <w:r>
              <w:t>98</w:t>
            </w:r>
          </w:p>
        </w:tc>
        <w:tc>
          <w:tcPr>
            <w:tcW w:type="dxa" w:w="1234"/>
          </w:tcPr>
          <w:p>
            <w:r>
              <w:t>1903141</w:t>
            </w:r>
          </w:p>
        </w:tc>
        <w:tc>
          <w:tcPr>
            <w:tcW w:type="dxa" w:w="1234"/>
          </w:tcPr>
          <w:p>
            <w:r>
              <w:t>何康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博士</w:t>
            </w:r>
          </w:p>
        </w:tc>
        <w:tc>
          <w:tcPr>
            <w:tcW w:type="dxa" w:w="1234"/>
          </w:tcPr>
          <w:p>
            <w:r>
              <w:t>拟接收(直博)</w:t>
            </w:r>
          </w:p>
        </w:tc>
      </w:tr>
      <w:tr>
        <w:tc>
          <w:tcPr>
            <w:tcW w:type="dxa" w:w="1234"/>
          </w:tcPr>
          <w:p>
            <w:r>
              <w:t>99</w:t>
            </w:r>
          </w:p>
        </w:tc>
        <w:tc>
          <w:tcPr>
            <w:tcW w:type="dxa" w:w="1234"/>
          </w:tcPr>
          <w:p>
            <w:r>
              <w:t>1904128</w:t>
            </w:r>
          </w:p>
        </w:tc>
        <w:tc>
          <w:tcPr>
            <w:tcW w:type="dxa" w:w="1234"/>
          </w:tcPr>
          <w:p>
            <w:r>
              <w:t>张菁华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100</w:t>
            </w:r>
          </w:p>
        </w:tc>
        <w:tc>
          <w:tcPr>
            <w:tcW w:type="dxa" w:w="1234"/>
          </w:tcPr>
          <w:p>
            <w:r>
              <w:t>1900301</w:t>
            </w:r>
          </w:p>
        </w:tc>
        <w:tc>
          <w:tcPr>
            <w:tcW w:type="dxa" w:w="1234"/>
          </w:tcPr>
          <w:p>
            <w:r>
              <w:t>金运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101</w:t>
            </w:r>
          </w:p>
        </w:tc>
        <w:tc>
          <w:tcPr>
            <w:tcW w:type="dxa" w:w="1234"/>
          </w:tcPr>
          <w:p>
            <w:r>
              <w:t>1904888</w:t>
            </w:r>
          </w:p>
        </w:tc>
        <w:tc>
          <w:tcPr>
            <w:tcW w:type="dxa" w:w="1234"/>
          </w:tcPr>
          <w:p>
            <w:r>
              <w:t>赵建刚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102</w:t>
            </w:r>
          </w:p>
        </w:tc>
        <w:tc>
          <w:tcPr>
            <w:tcW w:type="dxa" w:w="1234"/>
          </w:tcPr>
          <w:p>
            <w:r>
              <w:t>1905899</w:t>
            </w:r>
          </w:p>
        </w:tc>
        <w:tc>
          <w:tcPr>
            <w:tcW w:type="dxa" w:w="1234"/>
          </w:tcPr>
          <w:p>
            <w:r>
              <w:t>王宁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103</w:t>
            </w:r>
          </w:p>
        </w:tc>
        <w:tc>
          <w:tcPr>
            <w:tcW w:type="dxa" w:w="1234"/>
          </w:tcPr>
          <w:p>
            <w:r>
              <w:t>1901027</w:t>
            </w:r>
          </w:p>
        </w:tc>
        <w:tc>
          <w:tcPr>
            <w:tcW w:type="dxa" w:w="1234"/>
          </w:tcPr>
          <w:p>
            <w:r>
              <w:t>马雨佳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104</w:t>
            </w:r>
          </w:p>
        </w:tc>
        <w:tc>
          <w:tcPr>
            <w:tcW w:type="dxa" w:w="1234"/>
          </w:tcPr>
          <w:p>
            <w:r>
              <w:t>1900477</w:t>
            </w:r>
          </w:p>
        </w:tc>
        <w:tc>
          <w:tcPr>
            <w:tcW w:type="dxa" w:w="1234"/>
          </w:tcPr>
          <w:p>
            <w:r>
              <w:t>谈悦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105</w:t>
            </w:r>
          </w:p>
        </w:tc>
        <w:tc>
          <w:tcPr>
            <w:tcW w:type="dxa" w:w="1234"/>
          </w:tcPr>
          <w:p>
            <w:r>
              <w:t>1904810</w:t>
            </w:r>
          </w:p>
        </w:tc>
        <w:tc>
          <w:tcPr>
            <w:tcW w:type="dxa" w:w="1234"/>
          </w:tcPr>
          <w:p>
            <w:r>
              <w:t>周相坡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106</w:t>
            </w:r>
          </w:p>
        </w:tc>
        <w:tc>
          <w:tcPr>
            <w:tcW w:type="dxa" w:w="1234"/>
          </w:tcPr>
          <w:p>
            <w:r>
              <w:t>1901017</w:t>
            </w:r>
          </w:p>
        </w:tc>
        <w:tc>
          <w:tcPr>
            <w:tcW w:type="dxa" w:w="1234"/>
          </w:tcPr>
          <w:p>
            <w:r>
              <w:t>李剑峰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107</w:t>
            </w:r>
          </w:p>
        </w:tc>
        <w:tc>
          <w:tcPr>
            <w:tcW w:type="dxa" w:w="1234"/>
          </w:tcPr>
          <w:p>
            <w:r>
              <w:t>1905454</w:t>
            </w:r>
          </w:p>
        </w:tc>
        <w:tc>
          <w:tcPr>
            <w:tcW w:type="dxa" w:w="1234"/>
          </w:tcPr>
          <w:p>
            <w:r>
              <w:t>黄步真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108</w:t>
            </w:r>
          </w:p>
        </w:tc>
        <w:tc>
          <w:tcPr>
            <w:tcW w:type="dxa" w:w="1234"/>
          </w:tcPr>
          <w:p>
            <w:r>
              <w:t>1900268</w:t>
            </w:r>
          </w:p>
        </w:tc>
        <w:tc>
          <w:tcPr>
            <w:tcW w:type="dxa" w:w="1234"/>
          </w:tcPr>
          <w:p>
            <w:r>
              <w:t>宇世怡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109</w:t>
            </w:r>
          </w:p>
        </w:tc>
        <w:tc>
          <w:tcPr>
            <w:tcW w:type="dxa" w:w="1234"/>
          </w:tcPr>
          <w:p>
            <w:r>
              <w:t>1902773</w:t>
            </w:r>
          </w:p>
        </w:tc>
        <w:tc>
          <w:tcPr>
            <w:tcW w:type="dxa" w:w="1234"/>
          </w:tcPr>
          <w:p>
            <w:r>
              <w:t>张赛男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110</w:t>
            </w:r>
          </w:p>
        </w:tc>
        <w:tc>
          <w:tcPr>
            <w:tcW w:type="dxa" w:w="1234"/>
          </w:tcPr>
          <w:p>
            <w:r>
              <w:t>1904651</w:t>
            </w:r>
          </w:p>
        </w:tc>
        <w:tc>
          <w:tcPr>
            <w:tcW w:type="dxa" w:w="1234"/>
          </w:tcPr>
          <w:p>
            <w:r>
              <w:t>严少华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111</w:t>
            </w:r>
          </w:p>
        </w:tc>
        <w:tc>
          <w:tcPr>
            <w:tcW w:type="dxa" w:w="1234"/>
          </w:tcPr>
          <w:p>
            <w:r>
              <w:t>1906121</w:t>
            </w:r>
          </w:p>
        </w:tc>
        <w:tc>
          <w:tcPr>
            <w:tcW w:type="dxa" w:w="1234"/>
          </w:tcPr>
          <w:p>
            <w:r>
              <w:t>孙继元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112</w:t>
            </w:r>
          </w:p>
        </w:tc>
        <w:tc>
          <w:tcPr>
            <w:tcW w:type="dxa" w:w="1234"/>
          </w:tcPr>
          <w:p>
            <w:r>
              <w:t>1902767</w:t>
            </w:r>
          </w:p>
        </w:tc>
        <w:tc>
          <w:tcPr>
            <w:tcW w:type="dxa" w:w="1234"/>
          </w:tcPr>
          <w:p>
            <w:r>
              <w:t>吴用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113</w:t>
            </w:r>
          </w:p>
        </w:tc>
        <w:tc>
          <w:tcPr>
            <w:tcW w:type="dxa" w:w="1234"/>
          </w:tcPr>
          <w:p>
            <w:r>
              <w:t>1904740</w:t>
            </w:r>
          </w:p>
        </w:tc>
        <w:tc>
          <w:tcPr>
            <w:tcW w:type="dxa" w:w="1234"/>
          </w:tcPr>
          <w:p>
            <w:r>
              <w:t>张宏亮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114</w:t>
            </w:r>
          </w:p>
        </w:tc>
        <w:tc>
          <w:tcPr>
            <w:tcW w:type="dxa" w:w="1234"/>
          </w:tcPr>
          <w:p>
            <w:r>
              <w:t>1904812</w:t>
            </w:r>
          </w:p>
        </w:tc>
        <w:tc>
          <w:tcPr>
            <w:tcW w:type="dxa" w:w="1234"/>
          </w:tcPr>
          <w:p>
            <w:r>
              <w:t>李郝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115</w:t>
            </w:r>
          </w:p>
        </w:tc>
        <w:tc>
          <w:tcPr>
            <w:tcW w:type="dxa" w:w="1234"/>
          </w:tcPr>
          <w:p>
            <w:r>
              <w:t>1900461</w:t>
            </w:r>
          </w:p>
        </w:tc>
        <w:tc>
          <w:tcPr>
            <w:tcW w:type="dxa" w:w="1234"/>
          </w:tcPr>
          <w:p>
            <w:r>
              <w:t>徐义飞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116</w:t>
            </w:r>
          </w:p>
        </w:tc>
        <w:tc>
          <w:tcPr>
            <w:tcW w:type="dxa" w:w="1234"/>
          </w:tcPr>
          <w:p>
            <w:r>
              <w:t>1900105</w:t>
            </w:r>
          </w:p>
        </w:tc>
        <w:tc>
          <w:tcPr>
            <w:tcW w:type="dxa" w:w="1234"/>
          </w:tcPr>
          <w:p>
            <w:r>
              <w:t>钱深瀚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117</w:t>
            </w:r>
          </w:p>
        </w:tc>
        <w:tc>
          <w:tcPr>
            <w:tcW w:type="dxa" w:w="1234"/>
          </w:tcPr>
          <w:p>
            <w:r>
              <w:t>1902855</w:t>
            </w:r>
          </w:p>
        </w:tc>
        <w:tc>
          <w:tcPr>
            <w:tcW w:type="dxa" w:w="1234"/>
          </w:tcPr>
          <w:p>
            <w:r>
              <w:t>宋皆充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118</w:t>
            </w:r>
          </w:p>
        </w:tc>
        <w:tc>
          <w:tcPr>
            <w:tcW w:type="dxa" w:w="1234"/>
          </w:tcPr>
          <w:p>
            <w:r>
              <w:t>1901724</w:t>
            </w:r>
          </w:p>
        </w:tc>
        <w:tc>
          <w:tcPr>
            <w:tcW w:type="dxa" w:w="1234"/>
          </w:tcPr>
          <w:p>
            <w:r>
              <w:t>叶子青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119</w:t>
            </w:r>
          </w:p>
        </w:tc>
        <w:tc>
          <w:tcPr>
            <w:tcW w:type="dxa" w:w="1234"/>
          </w:tcPr>
          <w:p>
            <w:r>
              <w:t>1900219</w:t>
            </w:r>
          </w:p>
        </w:tc>
        <w:tc>
          <w:tcPr>
            <w:tcW w:type="dxa" w:w="1234"/>
          </w:tcPr>
          <w:p>
            <w:r>
              <w:t>吴麟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120</w:t>
            </w:r>
          </w:p>
        </w:tc>
        <w:tc>
          <w:tcPr>
            <w:tcW w:type="dxa" w:w="1234"/>
          </w:tcPr>
          <w:p>
            <w:r>
              <w:t>1900394</w:t>
            </w:r>
          </w:p>
        </w:tc>
        <w:tc>
          <w:tcPr>
            <w:tcW w:type="dxa" w:w="1234"/>
          </w:tcPr>
          <w:p>
            <w:r>
              <w:t>杨金月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121</w:t>
            </w:r>
          </w:p>
        </w:tc>
        <w:tc>
          <w:tcPr>
            <w:tcW w:type="dxa" w:w="1234"/>
          </w:tcPr>
          <w:p>
            <w:r>
              <w:t>1905218</w:t>
            </w:r>
          </w:p>
        </w:tc>
        <w:tc>
          <w:tcPr>
            <w:tcW w:type="dxa" w:w="1234"/>
          </w:tcPr>
          <w:p>
            <w:r>
              <w:t>葛昊天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122</w:t>
            </w:r>
          </w:p>
        </w:tc>
        <w:tc>
          <w:tcPr>
            <w:tcW w:type="dxa" w:w="1234"/>
          </w:tcPr>
          <w:p>
            <w:r>
              <w:t>1901094</w:t>
            </w:r>
          </w:p>
        </w:tc>
        <w:tc>
          <w:tcPr>
            <w:tcW w:type="dxa" w:w="1234"/>
          </w:tcPr>
          <w:p>
            <w:r>
              <w:t>刘志浩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123</w:t>
            </w:r>
          </w:p>
        </w:tc>
        <w:tc>
          <w:tcPr>
            <w:tcW w:type="dxa" w:w="1234"/>
          </w:tcPr>
          <w:p>
            <w:r>
              <w:t>1900192</w:t>
            </w:r>
          </w:p>
        </w:tc>
        <w:tc>
          <w:tcPr>
            <w:tcW w:type="dxa" w:w="1234"/>
          </w:tcPr>
          <w:p>
            <w:r>
              <w:t>付苑文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  <w:tr>
        <w:tc>
          <w:tcPr>
            <w:tcW w:type="dxa" w:w="1234"/>
          </w:tcPr>
          <w:p>
            <w:r>
              <w:t>124</w:t>
            </w:r>
          </w:p>
        </w:tc>
        <w:tc>
          <w:tcPr>
            <w:tcW w:type="dxa" w:w="1234"/>
          </w:tcPr>
          <w:p>
            <w:r>
              <w:t>1903469</w:t>
            </w:r>
          </w:p>
        </w:tc>
        <w:tc>
          <w:tcPr>
            <w:tcW w:type="dxa" w:w="1234"/>
          </w:tcPr>
          <w:p>
            <w:r>
              <w:t>王黎翔</w:t>
            </w:r>
          </w:p>
        </w:tc>
        <w:tc>
          <w:tcPr>
            <w:tcW w:type="dxa" w:w="1234"/>
          </w:tcPr>
          <w:p>
            <w:r>
              <w:t>081100</w:t>
            </w:r>
          </w:p>
        </w:tc>
        <w:tc>
          <w:tcPr>
            <w:tcW w:type="dxa" w:w="1234"/>
          </w:tcPr>
          <w:p>
            <w:r>
              <w:t>控制科学与工程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待定</w:t>
            </w:r>
          </w:p>
        </w:tc>
      </w:tr>
    </w:tbl>
    <w:p>
      <w:r>
        <w:t>联系邮箱：seuautogszs@163.com（优先），联系电话：15380988573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