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2019届本科毕业生的推荐免试攻读研究生工作启动</w:t>
      </w:r>
    </w:p>
    <w:p>
      <w:r>
        <w:t>本年度电子学院的免研申请工作于8月22日开始至8月31日止。请符合免研报名条件的同学，填写“2018版-电子科学与工程学院免试研究生申请表.doc”、“2018年东南大学电子学院免试研究生自我加分表.doc”、“2018年-免试研究生汇总表.xls”电子文档、准备加分材料。</w:t>
      </w:r>
    </w:p>
    <w:p>
      <w:r>
        <w:t>填写“2018年东南大学电子学院免试研究生自我加分表”加分、材料提交时间，注意事项：</w:t>
      </w:r>
    </w:p>
    <w:p>
      <w:r>
        <w:t>（1）、具体加分细节和要求，请按照“2018年电子科学与工程学院本科生免试研究生推荐细则”来操作。（2）、把能加分的项目都写上，表格中的空格不够，可以自己增加。（3）、所有加分项目的证书都要有复印件，所有这些复印件以及连同：“2018版-电子科学与工程学院免试研究生申请表”纸质版、“2018年东南大学电子学院免试研究生自我加分表”纸质版，请务必于8月31日（周五）下午14:00—15:30时间段交到四牌楼学办：电子学院机关办公楼107室。每人准备一个文件夹，所有材料放在自己的文件夹中。此外，交纸质版材料的时候，请把相关加分证书等材料的原件也带过来，需要验证下，验完后会把原件现场还给大家。（4）、所有加分项目的证书都要有JPG格式的扫描件（注意：是扫描件，不是照片），扫描件的名称以如下方式命名：“（学号-姓名）20XX年X月全国大学生电子设计竞赛三等奖”，其中的时间以证书上的时间为准。所有这些扫描件以及连同：“2018版-电子科学与工程学院免试研究生申请表”电子版、“2018年东南大学电子学院免试研究生自我加分表”电子版、“2018年-免试研究生汇总表”电子版，一起放在一个文件夹内，文件夹以如下方式命名：“（学号-姓名）2018年东南大学电子学院免试研究生申请”，请把该文件夹的压缩文件，于8月30日晚上21:00之前，发送至指定邮箱，邮件名请以如下方式命名：“（学号-姓名）2018年东南大学电子学院免试研究生申请”（请注意：是发到邮箱，不要通过QQ或者微信传送，以防止丢失）（5）、正式出版的期刊论文：交出版的期刊原件一份，扫描件一套：封面、目录、论文正页。文件夹用：“作者姓名-期刊名-期刊卷号期号-论文名”，放入“（学号-姓名）2018年东南大学电子学院免试研究生申请”的文件夹中。</w:t>
      </w:r>
    </w:p>
    <w:p>
      <w:r>
        <w:t>西部支教的不能报直博。</w:t>
      </w:r>
    </w:p>
    <w:p>
      <w:r>
        <w:t>电子学院学办</w:t>
      </w:r>
    </w:p>
    <w:p>
      <w:r>
        <w:t>2018-08-21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