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通知：2019届本科毕业生的推荐免试攻读研究生填表工作</w:t>
      </w:r>
    </w:p>
    <w:p>
      <w:r>
        <w:t>请3个专业已有免研名额的同学，在9月12日中午前完成以下任务，于9月12日下午15：00~16：00将纸质表格交到电子学院行政办公楼107室。1、填写《东南大学推荐免试研究生申请表》（见附件2）（其中，本人签名栏，需要申请者用黑色水笔亲自签名；最终录取情况一栏，待最终录取情况确定后再约定时间来补充填写）；2、申请直接攻读我校博士学位，申请者须按要求填写《东南大学本科直博研究生申请-考核表》（见附件4）3、提供《东南大学推荐免试研究生专家推荐表》（见附件5）2份（须有两位副教授及以上职称的教师填写，直博生需一式两份），若是推荐外校直博生的同学，也请填写附件5(免试硕士生专用)的表格，若是推荐本校直博生请填写附件5(本科直博生专用)的表格。</w:t>
      </w:r>
    </w:p>
    <w:p>
      <w:r>
        <w:t>电子学院学办</w:t>
      </w:r>
    </w:p>
    <w:p>
      <w:r>
        <w:t>2018-9-10</w:t>
      </w:r>
    </w:p>
    <w:p>
      <w:r>
        <w:t>附件二：东南大学推荐免试研究生申请表.doc</w:t>
      </w:r>
    </w:p>
    <w:p>
      <w:r>
        <w:t>附件四：东南大学本科直博研究生申请-考核表.doc</w:t>
      </w:r>
    </w:p>
    <w:p>
      <w:r>
        <w:t>附件五：东南大学推荐免试研究生专家推荐表（分硕士和直博两种）.doc</w:t>
      </w:r>
    </w:p>
    <w:p>
      <w:r>
        <w:t>关于做好2019届本科毕业生的推荐和接收免试攻读研究生工作的通知.pdf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