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学习科学研究中心2010级校内推免生面试结果</w:t>
      </w:r>
    </w:p>
    <w:p>
      <w:r>
        <w:t>发布者：系统管理员发布时间：2009-09-30浏览次数：37</w:t>
      </w:r>
    </w:p>
    <w:p>
      <w:r>
        <w:t>学习科学研究中心2010级校内推免生和助研面试结果.doc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