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学习中心2014届本科生推荐免试研究生名单公示</w:t>
      </w:r>
    </w:p>
    <w:p>
      <w:r>
        <w:t>发布者：系统管理员发布时间：2013-09-29浏览次数：2</w:t>
      </w:r>
    </w:p>
    <w:p>
      <w:r>
        <w:t>免试研究生名册.doc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