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生命科学与技术学院第二批推免面试考核结果</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生命科学与技术学院第二批推免面试考核结果</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序号</w:t>
            </w:r>
          </w:p>
        </w:tc>
        <w:tc>
          <w:tcPr>
            <w:tcW w:type="dxa" w:w="1440"/>
          </w:tcPr>
          <w:p>
            <w:r>
              <w:t>报名编号</w:t>
            </w:r>
          </w:p>
        </w:tc>
        <w:tc>
          <w:tcPr>
            <w:tcW w:type="dxa" w:w="1440"/>
          </w:tcPr>
          <w:p>
            <w:r>
              <w:t>姓名</w:t>
            </w:r>
          </w:p>
        </w:tc>
        <w:tc>
          <w:tcPr>
            <w:tcW w:type="dxa" w:w="1440"/>
          </w:tcPr>
          <w:p>
            <w:r>
              <w:t>报考专业</w:t>
            </w:r>
          </w:p>
        </w:tc>
        <w:tc>
          <w:tcPr>
            <w:tcW w:type="dxa" w:w="1440"/>
          </w:tcPr>
          <w:p>
            <w:r>
              <w:t>综合成绩</w:t>
            </w:r>
          </w:p>
        </w:tc>
        <w:tc>
          <w:tcPr>
            <w:tcW w:type="dxa" w:w="1440"/>
          </w:tcPr>
          <w:p>
            <w:r>
              <w:t>等级（优秀/合格/不合格）</w:t>
            </w:r>
          </w:p>
        </w:tc>
      </w:tr>
      <w:tr>
        <w:tc>
          <w:tcPr>
            <w:tcW w:type="dxa" w:w="1440"/>
          </w:tcPr>
          <w:p>
            <w:r>
              <w:t>1</w:t>
            </w:r>
          </w:p>
        </w:tc>
        <w:tc>
          <w:tcPr>
            <w:tcW w:type="dxa" w:w="1440"/>
          </w:tcPr>
          <w:p>
            <w:r>
              <w:t>2230305</w:t>
            </w:r>
          </w:p>
        </w:tc>
        <w:tc>
          <w:tcPr>
            <w:tcW w:type="dxa" w:w="1440"/>
          </w:tcPr>
          <w:p>
            <w:r>
              <w:t>陶翀新</w:t>
            </w:r>
          </w:p>
        </w:tc>
        <w:tc>
          <w:tcPr>
            <w:tcW w:type="dxa" w:w="1440"/>
          </w:tcPr>
          <w:p>
            <w:r>
              <w:t>生物学</w:t>
            </w:r>
          </w:p>
        </w:tc>
        <w:tc>
          <w:tcPr>
            <w:tcW w:type="dxa" w:w="1440"/>
          </w:tcPr>
          <w:p>
            <w:r>
              <w:t>91</w:t>
            </w:r>
          </w:p>
        </w:tc>
        <w:tc>
          <w:tcPr>
            <w:tcW w:type="dxa" w:w="1440"/>
          </w:tcPr>
          <w:p>
            <w:r>
              <w:t>优秀</w:t>
            </w:r>
          </w:p>
        </w:tc>
      </w:tr>
      <w:tr>
        <w:tc>
          <w:tcPr>
            <w:tcW w:type="dxa" w:w="1440"/>
          </w:tcPr>
          <w:p>
            <w:r>
              <w:t>2</w:t>
            </w:r>
          </w:p>
        </w:tc>
        <w:tc>
          <w:tcPr>
            <w:tcW w:type="dxa" w:w="1440"/>
          </w:tcPr>
          <w:p>
            <w:r>
              <w:t>2232120</w:t>
            </w:r>
          </w:p>
        </w:tc>
        <w:tc>
          <w:tcPr>
            <w:tcW w:type="dxa" w:w="1440"/>
          </w:tcPr>
          <w:p>
            <w:r>
              <w:t>丁旗</w:t>
            </w:r>
          </w:p>
        </w:tc>
        <w:tc>
          <w:tcPr>
            <w:tcW w:type="dxa" w:w="1440"/>
          </w:tcPr>
          <w:p>
            <w:r>
              <w:t>生物学</w:t>
            </w:r>
          </w:p>
        </w:tc>
        <w:tc>
          <w:tcPr>
            <w:tcW w:type="dxa" w:w="1440"/>
          </w:tcPr>
          <w:p>
            <w:r>
              <w:t>88.25</w:t>
            </w:r>
          </w:p>
        </w:tc>
        <w:tc>
          <w:tcPr>
            <w:tcW w:type="dxa" w:w="1440"/>
          </w:tcPr>
          <w:p>
            <w:r>
              <w:t>合格</w:t>
            </w:r>
          </w:p>
        </w:tc>
      </w:tr>
      <w:tr>
        <w:tc>
          <w:tcPr>
            <w:tcW w:type="dxa" w:w="1440"/>
          </w:tcPr>
          <w:p>
            <w:r>
              <w:t>3</w:t>
            </w:r>
          </w:p>
        </w:tc>
        <w:tc>
          <w:tcPr>
            <w:tcW w:type="dxa" w:w="1440"/>
          </w:tcPr>
          <w:p>
            <w:r>
              <w:t>2201774</w:t>
            </w:r>
          </w:p>
        </w:tc>
        <w:tc>
          <w:tcPr>
            <w:tcW w:type="dxa" w:w="1440"/>
          </w:tcPr>
          <w:p>
            <w:r>
              <w:t>郭睿</w:t>
            </w:r>
          </w:p>
        </w:tc>
        <w:tc>
          <w:tcPr>
            <w:tcW w:type="dxa" w:w="1440"/>
          </w:tcPr>
          <w:p>
            <w:r>
              <w:t>生物学</w:t>
            </w:r>
          </w:p>
        </w:tc>
        <w:tc>
          <w:tcPr>
            <w:tcW w:type="dxa" w:w="1440"/>
          </w:tcPr>
          <w:p>
            <w:r>
              <w:t>88</w:t>
            </w:r>
          </w:p>
        </w:tc>
        <w:tc>
          <w:tcPr>
            <w:tcW w:type="dxa" w:w="1440"/>
          </w:tcPr>
          <w:p>
            <w:r>
              <w:t>合格</w:t>
            </w:r>
          </w:p>
        </w:tc>
      </w:tr>
      <w:tr>
        <w:tc>
          <w:tcPr>
            <w:tcW w:type="dxa" w:w="1440"/>
          </w:tcPr>
          <w:p>
            <w:r>
              <w:t>4</w:t>
            </w:r>
          </w:p>
        </w:tc>
        <w:tc>
          <w:tcPr>
            <w:tcW w:type="dxa" w:w="1440"/>
          </w:tcPr>
          <w:p>
            <w:r>
              <w:t>2232119</w:t>
            </w:r>
          </w:p>
        </w:tc>
        <w:tc>
          <w:tcPr>
            <w:tcW w:type="dxa" w:w="1440"/>
          </w:tcPr>
          <w:p>
            <w:r>
              <w:t>周欣然</w:t>
            </w:r>
          </w:p>
        </w:tc>
        <w:tc>
          <w:tcPr>
            <w:tcW w:type="dxa" w:w="1440"/>
          </w:tcPr>
          <w:p>
            <w:r>
              <w:t>生物学</w:t>
            </w:r>
          </w:p>
        </w:tc>
        <w:tc>
          <w:tcPr>
            <w:tcW w:type="dxa" w:w="1440"/>
          </w:tcPr>
          <w:p>
            <w:r>
              <w:t>87.75</w:t>
            </w:r>
          </w:p>
        </w:tc>
        <w:tc>
          <w:tcPr>
            <w:tcW w:type="dxa" w:w="1440"/>
          </w:tcPr>
          <w:p>
            <w:r>
              <w:t>合格</w:t>
            </w:r>
          </w:p>
        </w:tc>
      </w:tr>
      <w:tr>
        <w:tc>
          <w:tcPr>
            <w:tcW w:type="dxa" w:w="1440"/>
          </w:tcPr>
          <w:p>
            <w:r>
              <w:t>5</w:t>
            </w:r>
          </w:p>
        </w:tc>
        <w:tc>
          <w:tcPr>
            <w:tcW w:type="dxa" w:w="1440"/>
          </w:tcPr>
          <w:p>
            <w:r>
              <w:t>2212834</w:t>
            </w:r>
          </w:p>
        </w:tc>
        <w:tc>
          <w:tcPr>
            <w:tcW w:type="dxa" w:w="1440"/>
          </w:tcPr>
          <w:p>
            <w:r>
              <w:t>卜彭帅子</w:t>
            </w:r>
          </w:p>
        </w:tc>
        <w:tc>
          <w:tcPr>
            <w:tcW w:type="dxa" w:w="1440"/>
          </w:tcPr>
          <w:p>
            <w:r>
              <w:t>生物学</w:t>
            </w:r>
          </w:p>
        </w:tc>
        <w:tc>
          <w:tcPr>
            <w:tcW w:type="dxa" w:w="1440"/>
          </w:tcPr>
          <w:p>
            <w:r>
              <w:t>87.5</w:t>
            </w:r>
          </w:p>
        </w:tc>
        <w:tc>
          <w:tcPr>
            <w:tcW w:type="dxa" w:w="1440"/>
          </w:tcPr>
          <w:p>
            <w:r>
              <w:t>合格</w:t>
            </w:r>
          </w:p>
        </w:tc>
      </w:tr>
      <w:tr>
        <w:tc>
          <w:tcPr>
            <w:tcW w:type="dxa" w:w="1440"/>
          </w:tcPr>
          <w:p>
            <w:r>
              <w:t>6</w:t>
            </w:r>
          </w:p>
        </w:tc>
        <w:tc>
          <w:tcPr>
            <w:tcW w:type="dxa" w:w="1440"/>
          </w:tcPr>
          <w:p>
            <w:r>
              <w:t>2228822</w:t>
            </w:r>
          </w:p>
        </w:tc>
        <w:tc>
          <w:tcPr>
            <w:tcW w:type="dxa" w:w="1440"/>
          </w:tcPr>
          <w:p>
            <w:r>
              <w:t>王子怡</w:t>
            </w:r>
          </w:p>
        </w:tc>
        <w:tc>
          <w:tcPr>
            <w:tcW w:type="dxa" w:w="1440"/>
          </w:tcPr>
          <w:p>
            <w:r>
              <w:t>生物学</w:t>
            </w:r>
          </w:p>
        </w:tc>
        <w:tc>
          <w:tcPr>
            <w:tcW w:type="dxa" w:w="1440"/>
          </w:tcPr>
          <w:p>
            <w:r>
              <w:t>87</w:t>
            </w:r>
          </w:p>
        </w:tc>
        <w:tc>
          <w:tcPr>
            <w:tcW w:type="dxa" w:w="1440"/>
          </w:tcPr>
          <w:p>
            <w:r>
              <w:t>合格</w:t>
            </w:r>
          </w:p>
        </w:tc>
      </w:tr>
      <w:tr>
        <w:tc>
          <w:tcPr>
            <w:tcW w:type="dxa" w:w="1440"/>
          </w:tcPr>
          <w:p>
            <w:r>
              <w:t>7</w:t>
            </w:r>
          </w:p>
        </w:tc>
        <w:tc>
          <w:tcPr>
            <w:tcW w:type="dxa" w:w="1440"/>
          </w:tcPr>
          <w:p>
            <w:r>
              <w:t>2207865</w:t>
            </w:r>
          </w:p>
        </w:tc>
        <w:tc>
          <w:tcPr>
            <w:tcW w:type="dxa" w:w="1440"/>
          </w:tcPr>
          <w:p>
            <w:r>
              <w:t>王丹妮</w:t>
            </w:r>
          </w:p>
        </w:tc>
        <w:tc>
          <w:tcPr>
            <w:tcW w:type="dxa" w:w="1440"/>
          </w:tcPr>
          <w:p>
            <w:r>
              <w:t>生物学</w:t>
            </w:r>
          </w:p>
        </w:tc>
        <w:tc>
          <w:tcPr>
            <w:tcW w:type="dxa" w:w="1440"/>
          </w:tcPr>
          <w:p>
            <w:r>
              <w:t>87</w:t>
            </w:r>
          </w:p>
        </w:tc>
        <w:tc>
          <w:tcPr>
            <w:tcW w:type="dxa" w:w="1440"/>
          </w:tcPr>
          <w:p>
            <w:r>
              <w:t>合格</w:t>
            </w:r>
          </w:p>
        </w:tc>
      </w:tr>
      <w:tr>
        <w:tc>
          <w:tcPr>
            <w:tcW w:type="dxa" w:w="1440"/>
          </w:tcPr>
          <w:p>
            <w:r>
              <w:t>8</w:t>
            </w:r>
          </w:p>
        </w:tc>
        <w:tc>
          <w:tcPr>
            <w:tcW w:type="dxa" w:w="1440"/>
          </w:tcPr>
          <w:p>
            <w:r>
              <w:t>2232126</w:t>
            </w:r>
          </w:p>
        </w:tc>
        <w:tc>
          <w:tcPr>
            <w:tcW w:type="dxa" w:w="1440"/>
          </w:tcPr>
          <w:p>
            <w:r>
              <w:t>马国成</w:t>
            </w:r>
          </w:p>
        </w:tc>
        <w:tc>
          <w:tcPr>
            <w:tcW w:type="dxa" w:w="1440"/>
          </w:tcPr>
          <w:p>
            <w:r>
              <w:t>生物学</w:t>
            </w:r>
          </w:p>
        </w:tc>
        <w:tc>
          <w:tcPr>
            <w:tcW w:type="dxa" w:w="1440"/>
          </w:tcPr>
          <w:p>
            <w:r>
              <w:t>86.75</w:t>
            </w:r>
          </w:p>
        </w:tc>
        <w:tc>
          <w:tcPr>
            <w:tcW w:type="dxa" w:w="1440"/>
          </w:tcPr>
          <w:p>
            <w:r>
              <w:t>合格</w:t>
            </w:r>
          </w:p>
        </w:tc>
      </w:tr>
      <w:tr>
        <w:tc>
          <w:tcPr>
            <w:tcW w:type="dxa" w:w="1440"/>
          </w:tcPr>
          <w:p>
            <w:r>
              <w:t>9</w:t>
            </w:r>
          </w:p>
        </w:tc>
        <w:tc>
          <w:tcPr>
            <w:tcW w:type="dxa" w:w="1440"/>
          </w:tcPr>
          <w:p>
            <w:r>
              <w:t>2219631</w:t>
            </w:r>
          </w:p>
        </w:tc>
        <w:tc>
          <w:tcPr>
            <w:tcW w:type="dxa" w:w="1440"/>
          </w:tcPr>
          <w:p>
            <w:r>
              <w:t>邹欣芮</w:t>
            </w:r>
          </w:p>
        </w:tc>
        <w:tc>
          <w:tcPr>
            <w:tcW w:type="dxa" w:w="1440"/>
          </w:tcPr>
          <w:p>
            <w:r>
              <w:t>生物学</w:t>
            </w:r>
          </w:p>
        </w:tc>
        <w:tc>
          <w:tcPr>
            <w:tcW w:type="dxa" w:w="1440"/>
          </w:tcPr>
          <w:p>
            <w:r>
              <w:t>86.25</w:t>
            </w:r>
          </w:p>
        </w:tc>
        <w:tc>
          <w:tcPr>
            <w:tcW w:type="dxa" w:w="1440"/>
          </w:tcPr>
          <w:p>
            <w:r>
              <w:t>合格</w:t>
            </w:r>
          </w:p>
        </w:tc>
      </w:tr>
      <w:tr>
        <w:tc>
          <w:tcPr>
            <w:tcW w:type="dxa" w:w="1440"/>
          </w:tcPr>
          <w:p>
            <w:r>
              <w:t>10</w:t>
            </w:r>
          </w:p>
        </w:tc>
        <w:tc>
          <w:tcPr>
            <w:tcW w:type="dxa" w:w="1440"/>
          </w:tcPr>
          <w:p>
            <w:r>
              <w:t>2226810</w:t>
            </w:r>
          </w:p>
        </w:tc>
        <w:tc>
          <w:tcPr>
            <w:tcW w:type="dxa" w:w="1440"/>
          </w:tcPr>
          <w:p>
            <w:r>
              <w:t>黄二茜</w:t>
            </w:r>
          </w:p>
        </w:tc>
        <w:tc>
          <w:tcPr>
            <w:tcW w:type="dxa" w:w="1440"/>
          </w:tcPr>
          <w:p>
            <w:r>
              <w:t>生物学</w:t>
            </w:r>
          </w:p>
        </w:tc>
        <w:tc>
          <w:tcPr>
            <w:tcW w:type="dxa" w:w="1440"/>
          </w:tcPr>
          <w:p>
            <w:r>
              <w:t>86.25</w:t>
            </w:r>
          </w:p>
        </w:tc>
        <w:tc>
          <w:tcPr>
            <w:tcW w:type="dxa" w:w="1440"/>
          </w:tcPr>
          <w:p>
            <w:r>
              <w:t>合格</w:t>
            </w:r>
          </w:p>
        </w:tc>
      </w:tr>
      <w:tr>
        <w:tc>
          <w:tcPr>
            <w:tcW w:type="dxa" w:w="1440"/>
          </w:tcPr>
          <w:p>
            <w:r>
              <w:t>11</w:t>
            </w:r>
          </w:p>
        </w:tc>
        <w:tc>
          <w:tcPr>
            <w:tcW w:type="dxa" w:w="1440"/>
          </w:tcPr>
          <w:p>
            <w:r>
              <w:t>2231789</w:t>
            </w:r>
          </w:p>
        </w:tc>
        <w:tc>
          <w:tcPr>
            <w:tcW w:type="dxa" w:w="1440"/>
          </w:tcPr>
          <w:p>
            <w:r>
              <w:t>吴季恒</w:t>
            </w:r>
          </w:p>
        </w:tc>
        <w:tc>
          <w:tcPr>
            <w:tcW w:type="dxa" w:w="1440"/>
          </w:tcPr>
          <w:p>
            <w:r>
              <w:t>生物学</w:t>
            </w:r>
          </w:p>
        </w:tc>
        <w:tc>
          <w:tcPr>
            <w:tcW w:type="dxa" w:w="1440"/>
          </w:tcPr>
          <w:p>
            <w:r>
              <w:t>85.75</w:t>
            </w:r>
          </w:p>
        </w:tc>
        <w:tc>
          <w:tcPr>
            <w:tcW w:type="dxa" w:w="1440"/>
          </w:tcPr>
          <w:p>
            <w:r>
              <w:t>合格</w:t>
            </w:r>
          </w:p>
        </w:tc>
      </w:tr>
      <w:tr>
        <w:tc>
          <w:tcPr>
            <w:tcW w:type="dxa" w:w="1440"/>
          </w:tcPr>
          <w:p>
            <w:r>
              <w:t>12</w:t>
            </w:r>
          </w:p>
        </w:tc>
        <w:tc>
          <w:tcPr>
            <w:tcW w:type="dxa" w:w="1440"/>
          </w:tcPr>
          <w:p>
            <w:r>
              <w:t>2232121</w:t>
            </w:r>
          </w:p>
        </w:tc>
        <w:tc>
          <w:tcPr>
            <w:tcW w:type="dxa" w:w="1440"/>
          </w:tcPr>
          <w:p>
            <w:r>
              <w:t>王庆凯</w:t>
            </w:r>
          </w:p>
        </w:tc>
        <w:tc>
          <w:tcPr>
            <w:tcW w:type="dxa" w:w="1440"/>
          </w:tcPr>
          <w:p>
            <w:r>
              <w:t>生物学</w:t>
            </w:r>
          </w:p>
        </w:tc>
        <w:tc>
          <w:tcPr>
            <w:tcW w:type="dxa" w:w="1440"/>
          </w:tcPr>
          <w:p>
            <w:r>
              <w:t>85.75</w:t>
            </w:r>
          </w:p>
        </w:tc>
        <w:tc>
          <w:tcPr>
            <w:tcW w:type="dxa" w:w="1440"/>
          </w:tcPr>
          <w:p>
            <w:r>
              <w:t>合格</w:t>
            </w:r>
          </w:p>
        </w:tc>
      </w:tr>
      <w:tr>
        <w:tc>
          <w:tcPr>
            <w:tcW w:type="dxa" w:w="1440"/>
          </w:tcPr>
          <w:p>
            <w:r>
              <w:t>13</w:t>
            </w:r>
          </w:p>
        </w:tc>
        <w:tc>
          <w:tcPr>
            <w:tcW w:type="dxa" w:w="1440"/>
          </w:tcPr>
          <w:p>
            <w:r>
              <w:t>2232117</w:t>
            </w:r>
          </w:p>
        </w:tc>
        <w:tc>
          <w:tcPr>
            <w:tcW w:type="dxa" w:w="1440"/>
          </w:tcPr>
          <w:p>
            <w:r>
              <w:t>徐慧馨</w:t>
            </w:r>
          </w:p>
        </w:tc>
        <w:tc>
          <w:tcPr>
            <w:tcW w:type="dxa" w:w="1440"/>
          </w:tcPr>
          <w:p>
            <w:r>
              <w:t>生物学</w:t>
            </w:r>
          </w:p>
        </w:tc>
        <w:tc>
          <w:tcPr>
            <w:tcW w:type="dxa" w:w="1440"/>
          </w:tcPr>
          <w:p>
            <w:r>
              <w:t>85.75</w:t>
            </w:r>
          </w:p>
        </w:tc>
        <w:tc>
          <w:tcPr>
            <w:tcW w:type="dxa" w:w="1440"/>
          </w:tcPr>
          <w:p>
            <w:r>
              <w:t>合格</w:t>
            </w:r>
          </w:p>
        </w:tc>
      </w:tr>
      <w:tr>
        <w:tc>
          <w:tcPr>
            <w:tcW w:type="dxa" w:w="1440"/>
          </w:tcPr>
          <w:p>
            <w:r>
              <w:t>14</w:t>
            </w:r>
          </w:p>
        </w:tc>
        <w:tc>
          <w:tcPr>
            <w:tcW w:type="dxa" w:w="1440"/>
          </w:tcPr>
          <w:p>
            <w:r>
              <w:t>2231904</w:t>
            </w:r>
          </w:p>
        </w:tc>
        <w:tc>
          <w:tcPr>
            <w:tcW w:type="dxa" w:w="1440"/>
          </w:tcPr>
          <w:p>
            <w:r>
              <w:t>张晴</w:t>
            </w:r>
          </w:p>
        </w:tc>
        <w:tc>
          <w:tcPr>
            <w:tcW w:type="dxa" w:w="1440"/>
          </w:tcPr>
          <w:p>
            <w:r>
              <w:t>生物学</w:t>
            </w:r>
          </w:p>
        </w:tc>
        <w:tc>
          <w:tcPr>
            <w:tcW w:type="dxa" w:w="1440"/>
          </w:tcPr>
          <w:p>
            <w:r>
              <w:t>85.25</w:t>
            </w:r>
          </w:p>
        </w:tc>
        <w:tc>
          <w:tcPr>
            <w:tcW w:type="dxa" w:w="1440"/>
          </w:tcPr>
          <w:p>
            <w:r>
              <w:t>合格</w:t>
            </w:r>
          </w:p>
        </w:tc>
      </w:tr>
      <w:tr>
        <w:tc>
          <w:tcPr>
            <w:tcW w:type="dxa" w:w="1440"/>
          </w:tcPr>
          <w:p>
            <w:r>
              <w:t>15</w:t>
            </w:r>
          </w:p>
        </w:tc>
        <w:tc>
          <w:tcPr>
            <w:tcW w:type="dxa" w:w="1440"/>
          </w:tcPr>
          <w:p>
            <w:r>
              <w:t>2230220</w:t>
            </w:r>
          </w:p>
        </w:tc>
        <w:tc>
          <w:tcPr>
            <w:tcW w:type="dxa" w:w="1440"/>
          </w:tcPr>
          <w:p>
            <w:r>
              <w:t>郝昱竹</w:t>
            </w:r>
          </w:p>
        </w:tc>
        <w:tc>
          <w:tcPr>
            <w:tcW w:type="dxa" w:w="1440"/>
          </w:tcPr>
          <w:p>
            <w:r>
              <w:t>生物学</w:t>
            </w:r>
          </w:p>
        </w:tc>
        <w:tc>
          <w:tcPr>
            <w:tcW w:type="dxa" w:w="1440"/>
          </w:tcPr>
          <w:p>
            <w:r>
              <w:t>85</w:t>
            </w:r>
          </w:p>
        </w:tc>
        <w:tc>
          <w:tcPr>
            <w:tcW w:type="dxa" w:w="1440"/>
          </w:tcPr>
          <w:p>
            <w:r>
              <w:t>合格</w:t>
            </w:r>
          </w:p>
        </w:tc>
      </w:tr>
      <w:tr>
        <w:tc>
          <w:tcPr>
            <w:tcW w:type="dxa" w:w="1440"/>
          </w:tcPr>
          <w:p>
            <w:r>
              <w:t>16</w:t>
            </w:r>
          </w:p>
        </w:tc>
        <w:tc>
          <w:tcPr>
            <w:tcW w:type="dxa" w:w="1440"/>
          </w:tcPr>
          <w:p>
            <w:r>
              <w:t>2230330</w:t>
            </w:r>
          </w:p>
        </w:tc>
        <w:tc>
          <w:tcPr>
            <w:tcW w:type="dxa" w:w="1440"/>
          </w:tcPr>
          <w:p>
            <w:r>
              <w:t>杨翠</w:t>
            </w:r>
          </w:p>
        </w:tc>
        <w:tc>
          <w:tcPr>
            <w:tcW w:type="dxa" w:w="1440"/>
          </w:tcPr>
          <w:p>
            <w:r>
              <w:t>生物学</w:t>
            </w:r>
          </w:p>
        </w:tc>
        <w:tc>
          <w:tcPr>
            <w:tcW w:type="dxa" w:w="1440"/>
          </w:tcPr>
          <w:p>
            <w:r>
              <w:t>85</w:t>
            </w:r>
          </w:p>
        </w:tc>
        <w:tc>
          <w:tcPr>
            <w:tcW w:type="dxa" w:w="1440"/>
          </w:tcPr>
          <w:p>
            <w:r>
              <w:t>合格</w:t>
            </w:r>
          </w:p>
        </w:tc>
      </w:tr>
      <w:tr>
        <w:tc>
          <w:tcPr>
            <w:tcW w:type="dxa" w:w="1440"/>
          </w:tcPr>
          <w:p>
            <w:r>
              <w:t>17</w:t>
            </w:r>
          </w:p>
        </w:tc>
        <w:tc>
          <w:tcPr>
            <w:tcW w:type="dxa" w:w="1440"/>
          </w:tcPr>
          <w:p>
            <w:r>
              <w:t>2226691</w:t>
            </w:r>
          </w:p>
        </w:tc>
        <w:tc>
          <w:tcPr>
            <w:tcW w:type="dxa" w:w="1440"/>
          </w:tcPr>
          <w:p>
            <w:r>
              <w:t>吴一繁</w:t>
            </w:r>
          </w:p>
        </w:tc>
        <w:tc>
          <w:tcPr>
            <w:tcW w:type="dxa" w:w="1440"/>
          </w:tcPr>
          <w:p>
            <w:r>
              <w:t>生物学</w:t>
            </w:r>
          </w:p>
        </w:tc>
        <w:tc>
          <w:tcPr>
            <w:tcW w:type="dxa" w:w="1440"/>
          </w:tcPr>
          <w:p>
            <w:r>
              <w:t>84.75</w:t>
            </w:r>
          </w:p>
        </w:tc>
        <w:tc>
          <w:tcPr>
            <w:tcW w:type="dxa" w:w="1440"/>
          </w:tcPr>
          <w:p>
            <w:r>
              <w:t>合格</w:t>
            </w:r>
          </w:p>
        </w:tc>
      </w:tr>
      <w:tr>
        <w:tc>
          <w:tcPr>
            <w:tcW w:type="dxa" w:w="1440"/>
          </w:tcPr>
          <w:p>
            <w:r>
              <w:t>18</w:t>
            </w:r>
          </w:p>
        </w:tc>
        <w:tc>
          <w:tcPr>
            <w:tcW w:type="dxa" w:w="1440"/>
          </w:tcPr>
          <w:p>
            <w:r>
              <w:t>2232118</w:t>
            </w:r>
          </w:p>
        </w:tc>
        <w:tc>
          <w:tcPr>
            <w:tcW w:type="dxa" w:w="1440"/>
          </w:tcPr>
          <w:p>
            <w:r>
              <w:t>李子怡</w:t>
            </w:r>
          </w:p>
        </w:tc>
        <w:tc>
          <w:tcPr>
            <w:tcW w:type="dxa" w:w="1440"/>
          </w:tcPr>
          <w:p>
            <w:r>
              <w:t>生物学</w:t>
            </w:r>
          </w:p>
        </w:tc>
        <w:tc>
          <w:tcPr>
            <w:tcW w:type="dxa" w:w="1440"/>
          </w:tcPr>
          <w:p>
            <w:r>
              <w:t>84.75</w:t>
            </w:r>
          </w:p>
        </w:tc>
        <w:tc>
          <w:tcPr>
            <w:tcW w:type="dxa" w:w="1440"/>
          </w:tcPr>
          <w:p>
            <w:r>
              <w:t>合格</w:t>
            </w:r>
          </w:p>
        </w:tc>
      </w:tr>
      <w:tr>
        <w:tc>
          <w:tcPr>
            <w:tcW w:type="dxa" w:w="1440"/>
          </w:tcPr>
          <w:p>
            <w:r>
              <w:t>19</w:t>
            </w:r>
          </w:p>
        </w:tc>
        <w:tc>
          <w:tcPr>
            <w:tcW w:type="dxa" w:w="1440"/>
          </w:tcPr>
          <w:p>
            <w:r>
              <w:t>2228625</w:t>
            </w:r>
          </w:p>
        </w:tc>
        <w:tc>
          <w:tcPr>
            <w:tcW w:type="dxa" w:w="1440"/>
          </w:tcPr>
          <w:p>
            <w:r>
              <w:t>袁红</w:t>
            </w:r>
          </w:p>
        </w:tc>
        <w:tc>
          <w:tcPr>
            <w:tcW w:type="dxa" w:w="1440"/>
          </w:tcPr>
          <w:p>
            <w:r>
              <w:t>生物学</w:t>
            </w:r>
          </w:p>
        </w:tc>
        <w:tc>
          <w:tcPr>
            <w:tcW w:type="dxa" w:w="1440"/>
          </w:tcPr>
          <w:p>
            <w:r>
              <w:t>83.75</w:t>
            </w:r>
          </w:p>
        </w:tc>
        <w:tc>
          <w:tcPr>
            <w:tcW w:type="dxa" w:w="1440"/>
          </w:tcPr>
          <w:p>
            <w:r>
              <w:t>合格</w:t>
            </w:r>
          </w:p>
        </w:tc>
      </w:tr>
      <w:tr>
        <w:tc>
          <w:tcPr>
            <w:tcW w:type="dxa" w:w="1440"/>
          </w:tcPr>
          <w:p>
            <w:r>
              <w:t>20</w:t>
            </w:r>
          </w:p>
        </w:tc>
        <w:tc>
          <w:tcPr>
            <w:tcW w:type="dxa" w:w="1440"/>
          </w:tcPr>
          <w:p>
            <w:r>
              <w:t>2217793</w:t>
            </w:r>
          </w:p>
        </w:tc>
        <w:tc>
          <w:tcPr>
            <w:tcW w:type="dxa" w:w="1440"/>
          </w:tcPr>
          <w:p>
            <w:r>
              <w:t>骆彤</w:t>
            </w:r>
          </w:p>
        </w:tc>
        <w:tc>
          <w:tcPr>
            <w:tcW w:type="dxa" w:w="1440"/>
          </w:tcPr>
          <w:p>
            <w:r>
              <w:t>生物学</w:t>
            </w:r>
          </w:p>
        </w:tc>
        <w:tc>
          <w:tcPr>
            <w:tcW w:type="dxa" w:w="1440"/>
          </w:tcPr>
          <w:p>
            <w:r>
              <w:t>81.25</w:t>
            </w:r>
          </w:p>
        </w:tc>
        <w:tc>
          <w:tcPr>
            <w:tcW w:type="dxa" w:w="1440"/>
          </w:tcPr>
          <w:p>
            <w:r>
              <w:t>合格</w:t>
            </w:r>
          </w:p>
        </w:tc>
      </w:tr>
      <w:tr>
        <w:tc>
          <w:tcPr>
            <w:tcW w:type="dxa" w:w="1440"/>
          </w:tcPr>
          <w:p>
            <w:r>
              <w:t>备注：面试结果为优秀的考生如获得所在学校推荐面试资格，并在我院规定时间内通过教育部“全国推荐优秀应届本科毕业生免试攻读研究生信息公开暨管理服务系统”（网址:http://yz.chsi.com.cn/tm)完成所有规定流程后，则优先拟录取。面试结果为合格的考生视指标剩余情况替补。</w:t>
            </w:r>
          </w:p>
        </w:tc>
        <w:tc>
          <w:tcPr>
            <w:tcW w:type="dxa" w:w="1440"/>
          </w:tcPr>
          <w:p/>
        </w:tc>
        <w:tc>
          <w:tcPr>
            <w:tcW w:type="dxa" w:w="1440"/>
          </w:tcPr>
          <w:p/>
        </w:tc>
        <w:tc>
          <w:tcPr>
            <w:tcW w:type="dxa" w:w="1440"/>
          </w:tcPr>
          <w:p/>
        </w:tc>
        <w:tc>
          <w:tcPr>
            <w:tcW w:type="dxa" w:w="1440"/>
          </w:tcPr>
          <w:p/>
        </w:tc>
        <w:tc>
          <w:tcPr>
            <w:tcW w:type="dxa" w:w="1440"/>
          </w:tcP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