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物理学院_政策文件_2011-09-13</w:t>
      </w:r>
    </w:p>
    <w:p>
      <w:pPr>
        <w:pStyle w:val="Heading1"/>
      </w:pPr>
      <w:r>
        <w:t>关于在2012届本科毕业生中做好推荐免试攻读硕士学位研究生工作的通知.doc</w:t>
      </w:r>
    </w:p>
    <w:p>
      <w:r>
        <w:t>发布者：系统管理员发布时间：2011-09-13浏览次数：52</w:t>
      </w:r>
    </w:p>
    <w:p>
      <w:r>
        <w:t>附件：</w:t>
      </w:r>
    </w:p>
    <w:p>
      <w:r>
        <w:t>关于在2012届本科毕业生中做好推荐免试攻读硕士学位研究生工作的通知</w:t>
      </w:r>
    </w:p>
    <w:p>
      <w:r>
        <w:t>.doc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