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关于2018届本科毕业生推免研报名的通知</w:t>
      </w:r>
    </w:p>
    <w:p>
      <w:r>
        <w:t>物理学院2018届本科生推免研细则</w:t>
      </w:r>
    </w:p>
    <w:p>
      <w:r>
        <w:t>附件三：东南大学推荐免试研究生申请表</w:t>
      </w:r>
    </w:p>
    <w:p>
      <w:r>
        <w:t>附件四：东南大学推荐免试研究生专家推荐表（分硕士和直博两种）</w:t>
      </w:r>
    </w:p>
    <w:p>
      <w:r>
        <w:t>附件五：东南大学推荐支教申请表</w:t>
      </w:r>
    </w:p>
    <w:p>
      <w:r>
        <w:t>附件六：东南大学本科直接攻读博士学位研究生申请-考核表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