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2025届东南大学物理学院拟推荐免试研究生名单公示</w:t>
      </w:r>
    </w:p>
    <w:p>
      <w:r>
        <w:t>依《东南大学推荐优秀应届本科毕业生免试攻读研究生工作实施办法（修订）》及相关文件要求，根据同学们提交的申请材料，经推免研工作组审核，现将2025届东南大学物理学院拟推荐免试研究生名单进行公示。</w:t>
      </w:r>
    </w:p>
    <w:p>
      <w:r>
        <w:t>如有疑问，请向物理学院推免研工作组提出申请说明，最终解释权归物理学院推免工作组所有。</w:t>
      </w:r>
    </w:p>
    <w:p>
      <w:r>
        <w:t>公示日期：即日起至2024年9月20日止</w:t>
      </w:r>
    </w:p>
    <w:p>
      <w:r>
        <w:t>推免资格公示表.pdf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