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2021年东南大学物理学院研究生预推免面试成绩公示（20210922）</w:t>
      </w:r>
    </w:p>
    <w:p>
      <w:r>
        <w:t>发布者：蒋红燕发布时间：2021-09-22浏览次数：2785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