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物理学院2022届拟推荐推免生名单公示</w:t>
      </w:r>
    </w:p>
    <w:p>
      <w:r>
        <w:t>本公示自即日起，至2021年9月14日12时止，如对本次拟推免研名单有异议，请以实名（包括身份证姓名及联系电话）提交书面说明材料，将其电子版发送至xiumeiwu@seu.edu.cn。</w:t>
      </w:r>
    </w:p>
    <w:p>
      <w:r>
        <w:t>本次公示不接受匿名材料及与本次推免研无关的提议。</w:t>
      </w:r>
    </w:p>
    <w:p>
      <w:r>
        <w:t>本公示解释权归东南大学物理学院推免工作组所有。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