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物理学院拟推荐2023年免试攻读研究生名单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>
        <w:tc>
          <w:tcPr>
            <w:tcW w:type="dxa" w:w="480"/>
          </w:tcPr>
          <w:p>
            <w:r>
              <w:t>物理学院拟推荐2023年免试攻读研究生名单：101专业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编号</w:t>
            </w:r>
          </w:p>
        </w:tc>
        <w:tc>
          <w:tcPr>
            <w:tcW w:type="dxa" w:w="480"/>
          </w:tcPr>
          <w:p>
            <w:r>
              <w:t>学生学号</w:t>
            </w:r>
          </w:p>
        </w:tc>
        <w:tc>
          <w:tcPr>
            <w:tcW w:type="dxa" w:w="480"/>
          </w:tcPr>
          <w:p>
            <w:r>
              <w:t>一卡通号</w:t>
            </w:r>
          </w:p>
        </w:tc>
        <w:tc>
          <w:tcPr>
            <w:tcW w:type="dxa" w:w="480"/>
          </w:tcPr>
          <w:p>
            <w:r>
              <w:t>学生姓名</w:t>
            </w:r>
          </w:p>
        </w:tc>
        <w:tc>
          <w:tcPr>
            <w:tcW w:type="dxa" w:w="480"/>
          </w:tcPr>
          <w:p>
            <w:r>
              <w:t>思想品德考核</w:t>
            </w:r>
          </w:p>
        </w:tc>
        <w:tc>
          <w:tcPr>
            <w:tcW w:type="dxa" w:w="480"/>
          </w:tcPr>
          <w:p>
            <w:r>
              <w:t>是否受处分</w:t>
            </w:r>
          </w:p>
        </w:tc>
        <w:tc>
          <w:tcPr>
            <w:tcW w:type="dxa" w:w="480"/>
          </w:tcPr>
          <w:p>
            <w:r>
              <w:t>cet4</w:t>
            </w:r>
          </w:p>
        </w:tc>
        <w:tc>
          <w:tcPr>
            <w:tcW w:type="dxa" w:w="480"/>
          </w:tcPr>
          <w:p>
            <w:r>
              <w:t>cet6</w:t>
            </w:r>
          </w:p>
        </w:tc>
        <w:tc>
          <w:tcPr>
            <w:tcW w:type="dxa" w:w="480"/>
          </w:tcPr>
          <w:p>
            <w:r>
              <w:t>绩点排名</w:t>
            </w:r>
          </w:p>
        </w:tc>
        <w:tc>
          <w:tcPr>
            <w:tcW w:type="dxa" w:w="480"/>
          </w:tcPr>
          <w:p>
            <w:r>
              <w:t>不及格门数</w:t>
            </w:r>
          </w:p>
        </w:tc>
        <w:tc>
          <w:tcPr>
            <w:tcW w:type="dxa" w:w="480"/>
          </w:tcPr>
          <w:p>
            <w:r>
              <w:t>未通过计划课程数</w:t>
            </w:r>
          </w:p>
        </w:tc>
        <w:tc>
          <w:tcPr>
            <w:tcW w:type="dxa" w:w="480"/>
          </w:tcPr>
          <w:p>
            <w:r>
              <w:t>首修总平均绩点</w:t>
            </w:r>
          </w:p>
        </w:tc>
        <w:tc>
          <w:tcPr>
            <w:tcW w:type="dxa" w:w="480"/>
          </w:tcPr>
          <w:p>
            <w:r>
              <w:t>首修总平均成绩</w:t>
            </w:r>
          </w:p>
        </w:tc>
        <w:tc>
          <w:tcPr>
            <w:tcW w:type="dxa" w:w="480"/>
          </w:tcPr>
          <w:p>
            <w:r>
              <w:t>综合能力加分</w:t>
            </w:r>
          </w:p>
        </w:tc>
        <w:tc>
          <w:tcPr>
            <w:tcW w:type="dxa" w:w="480"/>
          </w:tcPr>
          <w:p>
            <w:r>
              <w:t>综合成绩</w:t>
            </w:r>
          </w:p>
        </w:tc>
        <w:tc>
          <w:tcPr>
            <w:tcW w:type="dxa" w:w="480"/>
          </w:tcPr>
          <w:p>
            <w:r>
              <w:t>综合排名</w:t>
            </w:r>
          </w:p>
        </w:tc>
        <w:tc>
          <w:tcPr>
            <w:tcW w:type="dxa" w:w="480"/>
          </w:tcPr>
          <w:p>
            <w:r>
              <w:t>推荐情况</w:t>
            </w:r>
          </w:p>
        </w:tc>
        <w:tc>
          <w:tcPr>
            <w:tcW w:type="dxa" w:w="480"/>
          </w:tcPr>
          <w:p>
            <w:r>
              <w:t>推荐方式</w:t>
            </w:r>
          </w:p>
        </w:tc>
      </w:tr>
      <w:tr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213191842</w:t>
            </w:r>
          </w:p>
        </w:tc>
        <w:tc>
          <w:tcPr>
            <w:tcW w:type="dxa" w:w="480"/>
          </w:tcPr>
          <w:p>
            <w:r>
              <w:t>10119124</w:t>
            </w:r>
          </w:p>
        </w:tc>
        <w:tc>
          <w:tcPr>
            <w:tcW w:type="dxa" w:w="480"/>
          </w:tcPr>
          <w:p>
            <w:r>
              <w:t>于少薄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641</w:t>
            </w:r>
          </w:p>
        </w:tc>
        <w:tc>
          <w:tcPr>
            <w:tcW w:type="dxa" w:w="480"/>
          </w:tcPr>
          <w:p>
            <w:r>
              <w:t>573</w:t>
            </w:r>
          </w:p>
        </w:tc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4.229</w:t>
            </w:r>
          </w:p>
        </w:tc>
        <w:tc>
          <w:tcPr>
            <w:tcW w:type="dxa" w:w="480"/>
          </w:tcPr>
          <w:p>
            <w:r>
              <w:t>91.8195</w:t>
            </w:r>
          </w:p>
        </w:tc>
        <w:tc>
          <w:tcPr>
            <w:tcW w:type="dxa" w:w="480"/>
          </w:tcPr>
          <w:p>
            <w:r>
              <w:t>19</w:t>
            </w:r>
          </w:p>
        </w:tc>
        <w:tc>
          <w:tcPr>
            <w:tcW w:type="dxa" w:w="480"/>
          </w:tcPr>
          <w:p>
            <w:r>
              <w:t>84.53755</w:t>
            </w:r>
          </w:p>
        </w:tc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213191834</w:t>
            </w:r>
          </w:p>
        </w:tc>
        <w:tc>
          <w:tcPr>
            <w:tcW w:type="dxa" w:w="480"/>
          </w:tcPr>
          <w:p>
            <w:r>
              <w:t>10119136</w:t>
            </w:r>
          </w:p>
        </w:tc>
        <w:tc>
          <w:tcPr>
            <w:tcW w:type="dxa" w:w="480"/>
          </w:tcPr>
          <w:p>
            <w:r>
              <w:t>何易航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578</w:t>
            </w:r>
          </w:p>
        </w:tc>
        <w:tc>
          <w:tcPr>
            <w:tcW w:type="dxa" w:w="480"/>
          </w:tcPr>
          <w:p>
            <w:r>
              <w:t>531</w:t>
            </w:r>
          </w:p>
        </w:tc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3.9282</w:t>
            </w:r>
          </w:p>
        </w:tc>
        <w:tc>
          <w:tcPr>
            <w:tcW w:type="dxa" w:w="480"/>
          </w:tcPr>
          <w:p>
            <w:r>
              <w:t>89.1459</w:t>
            </w:r>
          </w:p>
        </w:tc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80.83131</w:t>
            </w:r>
          </w:p>
        </w:tc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213191525</w:t>
            </w:r>
          </w:p>
        </w:tc>
        <w:tc>
          <w:tcPr>
            <w:tcW w:type="dxa" w:w="480"/>
          </w:tcPr>
          <w:p>
            <w:r>
              <w:t>10119115</w:t>
            </w:r>
          </w:p>
        </w:tc>
        <w:tc>
          <w:tcPr>
            <w:tcW w:type="dxa" w:w="480"/>
          </w:tcPr>
          <w:p>
            <w:r>
              <w:t>张旺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560</w:t>
            </w:r>
          </w:p>
        </w:tc>
        <w:tc>
          <w:tcPr>
            <w:tcW w:type="dxa" w:w="480"/>
          </w:tcPr>
          <w:p>
            <w:r>
              <w:t>467</w:t>
            </w:r>
          </w:p>
        </w:tc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3.6585</w:t>
            </w:r>
          </w:p>
        </w:tc>
        <w:tc>
          <w:tcPr>
            <w:tcW w:type="dxa" w:w="480"/>
          </w:tcPr>
          <w:p>
            <w:r>
              <w:t>86.254</w:t>
            </w:r>
          </w:p>
        </w:tc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78.2286</w:t>
            </w:r>
          </w:p>
        </w:tc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213192291</w:t>
            </w:r>
          </w:p>
        </w:tc>
        <w:tc>
          <w:tcPr>
            <w:tcW w:type="dxa" w:w="480"/>
          </w:tcPr>
          <w:p>
            <w:r>
              <w:t>10119106</w:t>
            </w:r>
          </w:p>
        </w:tc>
        <w:tc>
          <w:tcPr>
            <w:tcW w:type="dxa" w:w="480"/>
          </w:tcPr>
          <w:p>
            <w:r>
              <w:t>吴筱珂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533</w:t>
            </w:r>
          </w:p>
        </w:tc>
        <w:tc>
          <w:tcPr>
            <w:tcW w:type="dxa" w:w="480"/>
          </w:tcPr>
          <w:p>
            <w:r>
              <w:t>441</w:t>
            </w:r>
          </w:p>
        </w:tc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3.6285</w:t>
            </w:r>
          </w:p>
        </w:tc>
        <w:tc>
          <w:tcPr>
            <w:tcW w:type="dxa" w:w="480"/>
          </w:tcPr>
          <w:p>
            <w:r>
              <w:t>86.0156</w:t>
            </w:r>
          </w:p>
        </w:tc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78.11404</w:t>
            </w:r>
          </w:p>
        </w:tc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213192339</w:t>
            </w:r>
          </w:p>
        </w:tc>
        <w:tc>
          <w:tcPr>
            <w:tcW w:type="dxa" w:w="480"/>
          </w:tcPr>
          <w:p>
            <w:r>
              <w:t>10119134</w:t>
            </w:r>
          </w:p>
        </w:tc>
        <w:tc>
          <w:tcPr>
            <w:tcW w:type="dxa" w:w="480"/>
          </w:tcPr>
          <w:p>
            <w:r>
              <w:t>姚浩润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507</w:t>
            </w:r>
          </w:p>
        </w:tc>
        <w:tc>
          <w:tcPr>
            <w:tcW w:type="dxa" w:w="480"/>
          </w:tcPr>
          <w:p>
            <w:r>
              <w:t>484</w:t>
            </w:r>
          </w:p>
        </w:tc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3.5532</w:t>
            </w:r>
          </w:p>
        </w:tc>
        <w:tc>
          <w:tcPr>
            <w:tcW w:type="dxa" w:w="480"/>
          </w:tcPr>
          <w:p>
            <w:r>
              <w:t>85.6301</w:t>
            </w:r>
          </w:p>
        </w:tc>
        <w:tc>
          <w:tcPr>
            <w:tcW w:type="dxa" w:w="480"/>
          </w:tcPr>
          <w:p>
            <w:r>
              <w:t>8</w:t>
            </w:r>
          </w:p>
        </w:tc>
        <w:tc>
          <w:tcPr>
            <w:tcW w:type="dxa" w:w="480"/>
          </w:tcPr>
          <w:p>
            <w:r>
              <w:t>77.86709</w:t>
            </w:r>
          </w:p>
        </w:tc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213192873</w:t>
            </w:r>
          </w:p>
        </w:tc>
        <w:tc>
          <w:tcPr>
            <w:tcW w:type="dxa" w:w="480"/>
          </w:tcPr>
          <w:p>
            <w:r>
              <w:t>10119103</w:t>
            </w:r>
          </w:p>
        </w:tc>
        <w:tc>
          <w:tcPr>
            <w:tcW w:type="dxa" w:w="480"/>
          </w:tcPr>
          <w:p>
            <w:r>
              <w:t>徐琬亭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569</w:t>
            </w:r>
          </w:p>
        </w:tc>
        <w:tc>
          <w:tcPr>
            <w:tcW w:type="dxa" w:w="480"/>
          </w:tcPr>
          <w:p>
            <w:r>
              <w:t>558</w:t>
            </w:r>
          </w:p>
        </w:tc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3.5653</w:t>
            </w:r>
          </w:p>
        </w:tc>
        <w:tc>
          <w:tcPr>
            <w:tcW w:type="dxa" w:w="480"/>
          </w:tcPr>
          <w:p>
            <w:r>
              <w:t>85.0603</w:t>
            </w:r>
          </w:p>
        </w:tc>
        <w:tc>
          <w:tcPr>
            <w:tcW w:type="dxa" w:w="480"/>
          </w:tcPr>
          <w:p>
            <w:r>
              <w:t>9.6</w:t>
            </w:r>
          </w:p>
        </w:tc>
        <w:tc>
          <w:tcPr>
            <w:tcW w:type="dxa" w:w="480"/>
          </w:tcPr>
          <w:p>
            <w:r>
              <w:t>77.51427</w:t>
            </w:r>
          </w:p>
        </w:tc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213193601</w:t>
            </w:r>
          </w:p>
        </w:tc>
        <w:tc>
          <w:tcPr>
            <w:tcW w:type="dxa" w:w="480"/>
          </w:tcPr>
          <w:p>
            <w:r>
              <w:t>10119119</w:t>
            </w:r>
          </w:p>
        </w:tc>
        <w:tc>
          <w:tcPr>
            <w:tcW w:type="dxa" w:w="480"/>
          </w:tcPr>
          <w:p>
            <w:r>
              <w:t>邓建鹏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475</w:t>
            </w:r>
          </w:p>
        </w:tc>
        <w:tc>
          <w:tcPr>
            <w:tcW w:type="dxa" w:w="480"/>
          </w:tcPr>
          <w:p>
            <w:r>
              <w:t>471</w:t>
            </w:r>
          </w:p>
        </w:tc>
        <w:tc>
          <w:tcPr>
            <w:tcW w:type="dxa" w:w="480"/>
          </w:tcPr>
          <w:p>
            <w:r>
              <w:t>10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3.3621</w:t>
            </w:r>
          </w:p>
        </w:tc>
        <w:tc>
          <w:tcPr>
            <w:tcW w:type="dxa" w:w="480"/>
          </w:tcPr>
          <w:p>
            <w:r>
              <w:t>83.5366</w:t>
            </w:r>
          </w:p>
        </w:tc>
        <w:tc>
          <w:tcPr>
            <w:tcW w:type="dxa" w:w="480"/>
          </w:tcPr>
          <w:p>
            <w:r>
              <w:t>19</w:t>
            </w:r>
          </w:p>
        </w:tc>
        <w:tc>
          <w:tcPr>
            <w:tcW w:type="dxa" w:w="480"/>
          </w:tcPr>
          <w:p>
            <w:r>
              <w:t>77.08294</w:t>
            </w:r>
          </w:p>
        </w:tc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8</w:t>
            </w:r>
          </w:p>
        </w:tc>
        <w:tc>
          <w:tcPr>
            <w:tcW w:type="dxa" w:w="480"/>
          </w:tcPr>
          <w:p>
            <w:r>
              <w:t>213193063</w:t>
            </w:r>
          </w:p>
        </w:tc>
        <w:tc>
          <w:tcPr>
            <w:tcW w:type="dxa" w:w="480"/>
          </w:tcPr>
          <w:p>
            <w:r>
              <w:t>10119101</w:t>
            </w:r>
          </w:p>
        </w:tc>
        <w:tc>
          <w:tcPr>
            <w:tcW w:type="dxa" w:w="480"/>
          </w:tcPr>
          <w:p>
            <w:r>
              <w:t>许仁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611</w:t>
            </w:r>
          </w:p>
        </w:tc>
        <w:tc>
          <w:tcPr>
            <w:tcW w:type="dxa" w:w="480"/>
          </w:tcPr>
          <w:p>
            <w:r>
              <w:t>538</w:t>
            </w:r>
          </w:p>
        </w:tc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3.5403</w:t>
            </w:r>
          </w:p>
        </w:tc>
        <w:tc>
          <w:tcPr>
            <w:tcW w:type="dxa" w:w="480"/>
          </w:tcPr>
          <w:p>
            <w:r>
              <w:t>85.0298</w:t>
            </w:r>
          </w:p>
        </w:tc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77.02682</w:t>
            </w:r>
          </w:p>
        </w:tc>
        <w:tc>
          <w:tcPr>
            <w:tcW w:type="dxa" w:w="480"/>
          </w:tcPr>
          <w:p>
            <w:r>
              <w:t>8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9</w:t>
            </w:r>
          </w:p>
        </w:tc>
        <w:tc>
          <w:tcPr>
            <w:tcW w:type="dxa" w:w="480"/>
          </w:tcPr>
          <w:p>
            <w:r>
              <w:t>213192289</w:t>
            </w:r>
          </w:p>
        </w:tc>
        <w:tc>
          <w:tcPr>
            <w:tcW w:type="dxa" w:w="480"/>
          </w:tcPr>
          <w:p>
            <w:r>
              <w:t>10119116</w:t>
            </w:r>
          </w:p>
        </w:tc>
        <w:tc>
          <w:tcPr>
            <w:tcW w:type="dxa" w:w="480"/>
          </w:tcPr>
          <w:p>
            <w:r>
              <w:t>毛旭辉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469</w:t>
            </w:r>
          </w:p>
        </w:tc>
        <w:tc>
          <w:tcPr>
            <w:tcW w:type="dxa" w:w="480"/>
          </w:tcPr>
          <w:p>
            <w:r>
              <w:t>437</w:t>
            </w:r>
          </w:p>
        </w:tc>
        <w:tc>
          <w:tcPr>
            <w:tcW w:type="dxa" w:w="480"/>
          </w:tcPr>
          <w:p>
            <w:r>
              <w:t>8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3.4405</w:t>
            </w:r>
          </w:p>
        </w:tc>
        <w:tc>
          <w:tcPr>
            <w:tcW w:type="dxa" w:w="480"/>
          </w:tcPr>
          <w:p>
            <w:r>
              <w:t>83.9205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75.52845</w:t>
            </w:r>
          </w:p>
        </w:tc>
        <w:tc>
          <w:tcPr>
            <w:tcW w:type="dxa" w:w="480"/>
          </w:tcPr>
          <w:p>
            <w:r>
              <w:t>9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10</w:t>
            </w:r>
          </w:p>
        </w:tc>
        <w:tc>
          <w:tcPr>
            <w:tcW w:type="dxa" w:w="480"/>
          </w:tcPr>
          <w:p>
            <w:r>
              <w:t>213192073</w:t>
            </w:r>
          </w:p>
        </w:tc>
        <w:tc>
          <w:tcPr>
            <w:tcW w:type="dxa" w:w="480"/>
          </w:tcPr>
          <w:p>
            <w:r>
              <w:t>10119113</w:t>
            </w:r>
          </w:p>
        </w:tc>
        <w:tc>
          <w:tcPr>
            <w:tcW w:type="dxa" w:w="480"/>
          </w:tcPr>
          <w:p>
            <w:r>
              <w:t>牛畅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531</w:t>
            </w:r>
          </w:p>
        </w:tc>
        <w:tc>
          <w:tcPr>
            <w:tcW w:type="dxa" w:w="480"/>
          </w:tcPr>
          <w:p>
            <w:r>
              <w:t>510</w:t>
            </w:r>
          </w:p>
        </w:tc>
        <w:tc>
          <w:tcPr>
            <w:tcW w:type="dxa" w:w="480"/>
          </w:tcPr>
          <w:p>
            <w:r>
              <w:t>12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3.3203</w:t>
            </w:r>
          </w:p>
        </w:tc>
        <w:tc>
          <w:tcPr>
            <w:tcW w:type="dxa" w:w="480"/>
          </w:tcPr>
          <w:p>
            <w:r>
              <w:t>83.0307</w:t>
            </w:r>
          </w:p>
        </w:tc>
        <w:tc>
          <w:tcPr>
            <w:tcW w:type="dxa" w:w="480"/>
          </w:tcPr>
          <w:p>
            <w:r>
              <w:t>8</w:t>
            </w:r>
          </w:p>
        </w:tc>
        <w:tc>
          <w:tcPr>
            <w:tcW w:type="dxa" w:w="480"/>
          </w:tcPr>
          <w:p>
            <w:r>
              <w:t>75.52763</w:t>
            </w:r>
          </w:p>
        </w:tc>
        <w:tc>
          <w:tcPr>
            <w:tcW w:type="dxa" w:w="480"/>
          </w:tcPr>
          <w:p>
            <w:r>
              <w:t>10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11</w:t>
            </w:r>
          </w:p>
        </w:tc>
        <w:tc>
          <w:tcPr>
            <w:tcW w:type="dxa" w:w="480"/>
          </w:tcPr>
          <w:p>
            <w:r>
              <w:t>213192569</w:t>
            </w:r>
          </w:p>
        </w:tc>
        <w:tc>
          <w:tcPr>
            <w:tcW w:type="dxa" w:w="480"/>
          </w:tcPr>
          <w:p>
            <w:r>
              <w:t>10119109</w:t>
            </w:r>
          </w:p>
        </w:tc>
        <w:tc>
          <w:tcPr>
            <w:tcW w:type="dxa" w:w="480"/>
          </w:tcPr>
          <w:p>
            <w:r>
              <w:t>林睿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502</w:t>
            </w:r>
          </w:p>
        </w:tc>
        <w:tc>
          <w:tcPr>
            <w:tcW w:type="dxa" w:w="480"/>
          </w:tcPr>
          <w:p>
            <w:r>
              <w:t>535</w:t>
            </w:r>
          </w:p>
        </w:tc>
        <w:tc>
          <w:tcPr>
            <w:tcW w:type="dxa" w:w="480"/>
          </w:tcPr>
          <w:p>
            <w:r>
              <w:t>14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3.2618</w:t>
            </w:r>
          </w:p>
        </w:tc>
        <w:tc>
          <w:tcPr>
            <w:tcW w:type="dxa" w:w="480"/>
          </w:tcPr>
          <w:p>
            <w:r>
              <w:t>82.4074</w:t>
            </w:r>
          </w:p>
        </w:tc>
        <w:tc>
          <w:tcPr>
            <w:tcW w:type="dxa" w:w="480"/>
          </w:tcPr>
          <w:p>
            <w:r>
              <w:t>12</w:t>
            </w:r>
          </w:p>
        </w:tc>
        <w:tc>
          <w:tcPr>
            <w:tcW w:type="dxa" w:w="480"/>
          </w:tcPr>
          <w:p>
            <w:r>
              <w:t>75.36666</w:t>
            </w:r>
          </w:p>
        </w:tc>
        <w:tc>
          <w:tcPr>
            <w:tcW w:type="dxa" w:w="480"/>
          </w:tcPr>
          <w:p>
            <w:r>
              <w:t>11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倾斜</w:t>
            </w:r>
          </w:p>
        </w:tc>
      </w:tr>
      <w:tr>
        <w:tc>
          <w:tcPr>
            <w:tcW w:type="dxa" w:w="480"/>
          </w:tcPr>
          <w:p>
            <w:r>
              <w:t>12</w:t>
            </w:r>
          </w:p>
        </w:tc>
        <w:tc>
          <w:tcPr>
            <w:tcW w:type="dxa" w:w="480"/>
          </w:tcPr>
          <w:p>
            <w:r>
              <w:t>213193185</w:t>
            </w:r>
          </w:p>
        </w:tc>
        <w:tc>
          <w:tcPr>
            <w:tcW w:type="dxa" w:w="480"/>
          </w:tcPr>
          <w:p>
            <w:r>
              <w:t>10119131</w:t>
            </w:r>
          </w:p>
        </w:tc>
        <w:tc>
          <w:tcPr>
            <w:tcW w:type="dxa" w:w="480"/>
          </w:tcPr>
          <w:p>
            <w:r>
              <w:t>伏健平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574</w:t>
            </w:r>
          </w:p>
        </w:tc>
        <w:tc>
          <w:tcPr>
            <w:tcW w:type="dxa" w:w="480"/>
          </w:tcPr>
          <w:p>
            <w:r>
              <w:t>446</w:t>
            </w:r>
          </w:p>
        </w:tc>
        <w:tc>
          <w:tcPr>
            <w:tcW w:type="dxa" w:w="480"/>
          </w:tcPr>
          <w:p>
            <w:r>
              <w:t>16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3.1598</w:t>
            </w:r>
          </w:p>
        </w:tc>
        <w:tc>
          <w:tcPr>
            <w:tcW w:type="dxa" w:w="480"/>
          </w:tcPr>
          <w:p>
            <w:r>
              <w:t>81.3802</w:t>
            </w:r>
          </w:p>
        </w:tc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73.74218</w:t>
            </w:r>
          </w:p>
        </w:tc>
        <w:tc>
          <w:tcPr>
            <w:tcW w:type="dxa" w:w="480"/>
          </w:tcPr>
          <w:p>
            <w:r>
              <w:t>13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倾斜</w:t>
            </w:r>
          </w:p>
        </w:tc>
      </w:tr>
      <w:tr>
        <w:tc>
          <w:tcPr>
            <w:tcW w:type="dxa" w:w="480"/>
          </w:tcPr>
          <w:p>
            <w:r>
              <w:t>13</w:t>
            </w:r>
          </w:p>
        </w:tc>
        <w:tc>
          <w:tcPr>
            <w:tcW w:type="dxa" w:w="480"/>
          </w:tcPr>
          <w:p>
            <w:r>
              <w:t>213192874</w:t>
            </w:r>
          </w:p>
        </w:tc>
        <w:tc>
          <w:tcPr>
            <w:tcW w:type="dxa" w:w="480"/>
          </w:tcPr>
          <w:p>
            <w:r>
              <w:t>10119104</w:t>
            </w:r>
          </w:p>
        </w:tc>
        <w:tc>
          <w:tcPr>
            <w:tcW w:type="dxa" w:w="480"/>
          </w:tcPr>
          <w:p>
            <w:r>
              <w:t>陈泳辰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595</w:t>
            </w:r>
          </w:p>
        </w:tc>
        <w:tc>
          <w:tcPr>
            <w:tcW w:type="dxa" w:w="480"/>
          </w:tcPr>
          <w:p>
            <w:r>
              <w:t>541</w:t>
            </w:r>
          </w:p>
        </w:tc>
        <w:tc>
          <w:tcPr>
            <w:tcW w:type="dxa" w:w="480"/>
          </w:tcPr>
          <w:p>
            <w:r>
              <w:t>18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3.0326</w:t>
            </w:r>
          </w:p>
        </w:tc>
        <w:tc>
          <w:tcPr>
            <w:tcW w:type="dxa" w:w="480"/>
          </w:tcPr>
          <w:p>
            <w:r>
              <w:t>79.6364</w:t>
            </w:r>
          </w:p>
        </w:tc>
        <w:tc>
          <w:tcPr>
            <w:tcW w:type="dxa" w:w="480"/>
          </w:tcPr>
          <w:p>
            <w:r>
              <w:t>8</w:t>
            </w:r>
          </w:p>
        </w:tc>
        <w:tc>
          <w:tcPr>
            <w:tcW w:type="dxa" w:w="480"/>
          </w:tcPr>
          <w:p>
            <w:r>
              <w:t>72.47276</w:t>
            </w:r>
          </w:p>
        </w:tc>
        <w:tc>
          <w:tcPr>
            <w:tcW w:type="dxa" w:w="480"/>
          </w:tcPr>
          <w:p>
            <w:r>
              <w:t>14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倾斜</w:t>
            </w:r>
          </w:p>
        </w:tc>
      </w:tr>
      <w:tr>
        <w:tc>
          <w:tcPr>
            <w:tcW w:type="dxa" w:w="480"/>
          </w:tcPr>
          <w:p>
            <w:r>
              <w:t>物理学院拟推荐2023年免试攻读研究生名单：103专业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  <w:tr>
        <w:tc>
          <w:tcPr>
            <w:tcW w:type="dxa" w:w="480"/>
          </w:tcPr>
          <w:p>
            <w:r>
              <w:t>编号</w:t>
            </w:r>
          </w:p>
        </w:tc>
        <w:tc>
          <w:tcPr>
            <w:tcW w:type="dxa" w:w="480"/>
          </w:tcPr>
          <w:p>
            <w:r>
              <w:t>学生学号</w:t>
            </w:r>
          </w:p>
        </w:tc>
        <w:tc>
          <w:tcPr>
            <w:tcW w:type="dxa" w:w="480"/>
          </w:tcPr>
          <w:p>
            <w:r>
              <w:t>一卡通号</w:t>
            </w:r>
          </w:p>
        </w:tc>
        <w:tc>
          <w:tcPr>
            <w:tcW w:type="dxa" w:w="480"/>
          </w:tcPr>
          <w:p>
            <w:r>
              <w:t>学生姓名</w:t>
            </w:r>
          </w:p>
        </w:tc>
        <w:tc>
          <w:tcPr>
            <w:tcW w:type="dxa" w:w="480"/>
          </w:tcPr>
          <w:p>
            <w:r>
              <w:t>思想品德考核</w:t>
            </w:r>
          </w:p>
        </w:tc>
        <w:tc>
          <w:tcPr>
            <w:tcW w:type="dxa" w:w="480"/>
          </w:tcPr>
          <w:p>
            <w:r>
              <w:t>是否受处分</w:t>
            </w:r>
          </w:p>
        </w:tc>
        <w:tc>
          <w:tcPr>
            <w:tcW w:type="dxa" w:w="480"/>
          </w:tcPr>
          <w:p>
            <w:r>
              <w:t>cet4</w:t>
            </w:r>
          </w:p>
        </w:tc>
        <w:tc>
          <w:tcPr>
            <w:tcW w:type="dxa" w:w="480"/>
          </w:tcPr>
          <w:p>
            <w:r>
              <w:t>cet6</w:t>
            </w:r>
          </w:p>
        </w:tc>
        <w:tc>
          <w:tcPr>
            <w:tcW w:type="dxa" w:w="480"/>
          </w:tcPr>
          <w:p>
            <w:r>
              <w:t>绩点排名</w:t>
            </w:r>
          </w:p>
        </w:tc>
        <w:tc>
          <w:tcPr>
            <w:tcW w:type="dxa" w:w="480"/>
          </w:tcPr>
          <w:p>
            <w:r>
              <w:t>不及格门数</w:t>
            </w:r>
          </w:p>
        </w:tc>
        <w:tc>
          <w:tcPr>
            <w:tcW w:type="dxa" w:w="480"/>
          </w:tcPr>
          <w:p>
            <w:r>
              <w:t>未通过计划课程数</w:t>
            </w:r>
          </w:p>
        </w:tc>
        <w:tc>
          <w:tcPr>
            <w:tcW w:type="dxa" w:w="480"/>
          </w:tcPr>
          <w:p>
            <w:r>
              <w:t>首修总平均绩点</w:t>
            </w:r>
          </w:p>
        </w:tc>
        <w:tc>
          <w:tcPr>
            <w:tcW w:type="dxa" w:w="480"/>
          </w:tcPr>
          <w:p>
            <w:r>
              <w:t>首修总平均成绩A</w:t>
            </w:r>
          </w:p>
        </w:tc>
        <w:tc>
          <w:tcPr>
            <w:tcW w:type="dxa" w:w="480"/>
          </w:tcPr>
          <w:p>
            <w:r>
              <w:t>综合能力加分（见各单项加分表）B</w:t>
            </w:r>
          </w:p>
        </w:tc>
        <w:tc>
          <w:tcPr>
            <w:tcW w:type="dxa" w:w="480"/>
          </w:tcPr>
          <w:p>
            <w:r>
              <w:t>综合成绩</w:t>
            </w:r>
          </w:p>
        </w:tc>
        <w:tc>
          <w:tcPr>
            <w:tcW w:type="dxa" w:w="480"/>
          </w:tcPr>
          <w:p>
            <w:r>
              <w:t>综合排名</w:t>
            </w:r>
          </w:p>
        </w:tc>
        <w:tc>
          <w:tcPr>
            <w:tcW w:type="dxa" w:w="480"/>
          </w:tcPr>
          <w:p>
            <w:r>
              <w:t>推荐情况</w:t>
            </w:r>
          </w:p>
        </w:tc>
        <w:tc>
          <w:tcPr>
            <w:tcW w:type="dxa" w:w="480"/>
          </w:tcPr>
          <w:p>
            <w:r>
              <w:t>推荐方式</w:t>
            </w:r>
          </w:p>
        </w:tc>
      </w:tr>
      <w:tr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10319103</w:t>
            </w:r>
          </w:p>
        </w:tc>
        <w:tc>
          <w:tcPr>
            <w:tcW w:type="dxa" w:w="480"/>
          </w:tcPr>
          <w:p>
            <w:r>
              <w:t>213193050</w:t>
            </w:r>
          </w:p>
        </w:tc>
        <w:tc>
          <w:tcPr>
            <w:tcW w:type="dxa" w:w="480"/>
          </w:tcPr>
          <w:p>
            <w:r>
              <w:t>宣邦祖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656</w:t>
            </w:r>
          </w:p>
        </w:tc>
        <w:tc>
          <w:tcPr>
            <w:tcW w:type="dxa" w:w="480"/>
          </w:tcPr>
          <w:p>
            <w:r>
              <w:t>608</w:t>
            </w:r>
          </w:p>
        </w:tc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4.052</w:t>
            </w:r>
          </w:p>
        </w:tc>
        <w:tc>
          <w:tcPr>
            <w:tcW w:type="dxa" w:w="480"/>
          </w:tcPr>
          <w:p>
            <w:r>
              <w:t>90.036</w:t>
            </w:r>
          </w:p>
        </w:tc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81.6324</w:t>
            </w:r>
          </w:p>
        </w:tc>
        <w:tc>
          <w:tcPr>
            <w:tcW w:type="dxa" w:w="480"/>
          </w:tcPr>
          <w:p>
            <w:r>
              <w:t>1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213191262</w:t>
            </w:r>
          </w:p>
        </w:tc>
        <w:tc>
          <w:tcPr>
            <w:tcW w:type="dxa" w:w="480"/>
          </w:tcPr>
          <w:p>
            <w:r>
              <w:t>10319110</w:t>
            </w:r>
          </w:p>
        </w:tc>
        <w:tc>
          <w:tcPr>
            <w:tcW w:type="dxa" w:w="480"/>
          </w:tcPr>
          <w:p>
            <w:r>
              <w:t>王佳敏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563</w:t>
            </w:r>
          </w:p>
        </w:tc>
        <w:tc>
          <w:tcPr>
            <w:tcW w:type="dxa" w:w="480"/>
          </w:tcPr>
          <w:p>
            <w:r>
              <w:t>566</w:t>
            </w:r>
          </w:p>
        </w:tc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3.7857</w:t>
            </w:r>
          </w:p>
        </w:tc>
        <w:tc>
          <w:tcPr>
            <w:tcW w:type="dxa" w:w="480"/>
          </w:tcPr>
          <w:p>
            <w:r>
              <w:t>87.3596</w:t>
            </w:r>
          </w:p>
        </w:tc>
        <w:tc>
          <w:tcPr>
            <w:tcW w:type="dxa" w:w="480"/>
          </w:tcPr>
          <w:p>
            <w:r>
              <w:t>13</w:t>
            </w:r>
          </w:p>
        </w:tc>
        <w:tc>
          <w:tcPr>
            <w:tcW w:type="dxa" w:w="480"/>
          </w:tcPr>
          <w:p>
            <w:r>
              <w:t>79.92364</w:t>
            </w:r>
          </w:p>
        </w:tc>
        <w:tc>
          <w:tcPr>
            <w:tcW w:type="dxa" w:w="480"/>
          </w:tcPr>
          <w:p>
            <w:r>
              <w:t>2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10319104</w:t>
            </w:r>
          </w:p>
        </w:tc>
        <w:tc>
          <w:tcPr>
            <w:tcW w:type="dxa" w:w="480"/>
          </w:tcPr>
          <w:p>
            <w:r>
              <w:t>213192724</w:t>
            </w:r>
          </w:p>
        </w:tc>
        <w:tc>
          <w:tcPr>
            <w:tcW w:type="dxa" w:w="480"/>
          </w:tcPr>
          <w:p>
            <w:r>
              <w:t>刘纤纤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639</w:t>
            </w:r>
          </w:p>
        </w:tc>
        <w:tc>
          <w:tcPr>
            <w:tcW w:type="dxa" w:w="480"/>
          </w:tcPr>
          <w:p>
            <w:r>
              <w:t>632</w:t>
            </w:r>
          </w:p>
        </w:tc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3.511</w:t>
            </w:r>
          </w:p>
        </w:tc>
        <w:tc>
          <w:tcPr>
            <w:tcW w:type="dxa" w:w="480"/>
          </w:tcPr>
          <w:p>
            <w:r>
              <w:t>85.1549</w:t>
            </w:r>
          </w:p>
        </w:tc>
        <w:tc>
          <w:tcPr>
            <w:tcW w:type="dxa" w:w="480"/>
          </w:tcPr>
          <w:p>
            <w:r>
              <w:t>13</w:t>
            </w:r>
          </w:p>
        </w:tc>
        <w:tc>
          <w:tcPr>
            <w:tcW w:type="dxa" w:w="480"/>
          </w:tcPr>
          <w:p>
            <w:r>
              <w:t>77.93941</w:t>
            </w:r>
          </w:p>
        </w:tc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10319102</w:t>
            </w:r>
          </w:p>
        </w:tc>
        <w:tc>
          <w:tcPr>
            <w:tcW w:type="dxa" w:w="480"/>
          </w:tcPr>
          <w:p>
            <w:r>
              <w:t>213191270</w:t>
            </w:r>
          </w:p>
        </w:tc>
        <w:tc>
          <w:tcPr>
            <w:tcW w:type="dxa" w:w="480"/>
          </w:tcPr>
          <w:p>
            <w:r>
              <w:t>陈欣悦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595</w:t>
            </w:r>
          </w:p>
        </w:tc>
        <w:tc>
          <w:tcPr>
            <w:tcW w:type="dxa" w:w="480"/>
          </w:tcPr>
          <w:p>
            <w:r>
              <w:t>585</w:t>
            </w:r>
          </w:p>
        </w:tc>
        <w:tc>
          <w:tcPr>
            <w:tcW w:type="dxa" w:w="480"/>
          </w:tcPr>
          <w:p>
            <w:r>
              <w:t>3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3.5802</w:t>
            </w:r>
          </w:p>
        </w:tc>
        <w:tc>
          <w:tcPr>
            <w:tcW w:type="dxa" w:w="480"/>
          </w:tcPr>
          <w:p>
            <w:r>
              <w:t>85.3941</w:t>
            </w:r>
          </w:p>
        </w:tc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77.45469</w:t>
            </w:r>
          </w:p>
        </w:tc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10319127</w:t>
            </w:r>
          </w:p>
        </w:tc>
        <w:tc>
          <w:tcPr>
            <w:tcW w:type="dxa" w:w="480"/>
          </w:tcPr>
          <w:p>
            <w:r>
              <w:t>213190407</w:t>
            </w:r>
          </w:p>
        </w:tc>
        <w:tc>
          <w:tcPr>
            <w:tcW w:type="dxa" w:w="480"/>
          </w:tcPr>
          <w:p>
            <w:r>
              <w:t>秦海洋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454</w:t>
            </w:r>
          </w:p>
        </w:tc>
        <w:tc>
          <w:tcPr>
            <w:tcW w:type="dxa" w:w="480"/>
          </w:tcPr>
          <w:p>
            <w:r>
              <w:t>474</w:t>
            </w:r>
          </w:p>
        </w:tc>
        <w:tc>
          <w:tcPr>
            <w:tcW w:type="dxa" w:w="480"/>
          </w:tcPr>
          <w:p>
            <w:r>
              <w:t>4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3.5686</w:t>
            </w:r>
          </w:p>
        </w:tc>
        <w:tc>
          <w:tcPr>
            <w:tcW w:type="dxa" w:w="480"/>
          </w:tcPr>
          <w:p>
            <w:r>
              <w:t>85.3986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76.85874</w:t>
            </w:r>
          </w:p>
        </w:tc>
        <w:tc>
          <w:tcPr>
            <w:tcW w:type="dxa" w:w="480"/>
          </w:tcPr>
          <w:p>
            <w:r>
              <w:t>5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10319120</w:t>
            </w:r>
          </w:p>
        </w:tc>
        <w:tc>
          <w:tcPr>
            <w:tcW w:type="dxa" w:w="480"/>
          </w:tcPr>
          <w:p>
            <w:r>
              <w:t>213192518</w:t>
            </w:r>
          </w:p>
        </w:tc>
        <w:tc>
          <w:tcPr>
            <w:tcW w:type="dxa" w:w="480"/>
          </w:tcPr>
          <w:p>
            <w:r>
              <w:t>杨骐瑞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497</w:t>
            </w:r>
          </w:p>
        </w:tc>
        <w:tc>
          <w:tcPr>
            <w:tcW w:type="dxa" w:w="480"/>
          </w:tcPr>
          <w:p>
            <w:r>
              <w:t>458</w:t>
            </w:r>
          </w:p>
        </w:tc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3.268</w:t>
            </w:r>
          </w:p>
        </w:tc>
        <w:tc>
          <w:tcPr>
            <w:tcW w:type="dxa" w:w="480"/>
          </w:tcPr>
          <w:p>
            <w:r>
              <w:t>82.2976</w:t>
            </w:r>
          </w:p>
        </w:tc>
        <w:tc>
          <w:tcPr>
            <w:tcW w:type="dxa" w:w="480"/>
          </w:tcPr>
          <w:p>
            <w:r>
              <w:t>16</w:t>
            </w:r>
          </w:p>
        </w:tc>
        <w:tc>
          <w:tcPr>
            <w:tcW w:type="dxa" w:w="480"/>
          </w:tcPr>
          <w:p>
            <w:r>
              <w:t>75.66784</w:t>
            </w:r>
          </w:p>
        </w:tc>
        <w:tc>
          <w:tcPr>
            <w:tcW w:type="dxa" w:w="480"/>
          </w:tcPr>
          <w:p>
            <w:r>
              <w:t>6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普通</w:t>
            </w:r>
          </w:p>
        </w:tc>
      </w:tr>
      <w:tr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10319112</w:t>
            </w:r>
          </w:p>
        </w:tc>
        <w:tc>
          <w:tcPr>
            <w:tcW w:type="dxa" w:w="480"/>
          </w:tcPr>
          <w:p>
            <w:r>
              <w:t>213192337</w:t>
            </w:r>
          </w:p>
        </w:tc>
        <w:tc>
          <w:tcPr>
            <w:tcW w:type="dxa" w:w="480"/>
          </w:tcPr>
          <w:p>
            <w:r>
              <w:t>张星怿</w:t>
            </w:r>
          </w:p>
        </w:tc>
        <w:tc>
          <w:tcPr>
            <w:tcW w:type="dxa" w:w="480"/>
          </w:tcPr>
          <w:p>
            <w:r>
              <w:t>优</w:t>
            </w:r>
          </w:p>
        </w:tc>
        <w:tc>
          <w:tcPr>
            <w:tcW w:type="dxa" w:w="480"/>
          </w:tcPr>
          <w:p>
            <w:r>
              <w:t>否</w:t>
            </w:r>
          </w:p>
        </w:tc>
        <w:tc>
          <w:tcPr>
            <w:tcW w:type="dxa" w:w="480"/>
          </w:tcPr>
          <w:p>
            <w:r>
              <w:t>489</w:t>
            </w:r>
          </w:p>
        </w:tc>
        <w:tc>
          <w:tcPr>
            <w:tcW w:type="dxa" w:w="480"/>
          </w:tcPr>
          <w:p>
            <w:r>
              <w:t>434</w:t>
            </w:r>
          </w:p>
        </w:tc>
        <w:tc>
          <w:tcPr>
            <w:tcW w:type="dxa" w:w="480"/>
          </w:tcPr>
          <w:p>
            <w:r>
              <w:t>10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0</w:t>
            </w:r>
          </w:p>
        </w:tc>
        <w:tc>
          <w:tcPr>
            <w:tcW w:type="dxa" w:w="480"/>
          </w:tcPr>
          <w:p>
            <w:r>
              <w:t>2.9885</w:t>
            </w:r>
          </w:p>
        </w:tc>
        <w:tc>
          <w:tcPr>
            <w:tcW w:type="dxa" w:w="480"/>
          </w:tcPr>
          <w:p>
            <w:r>
              <w:t>79.6387</w:t>
            </w:r>
          </w:p>
        </w:tc>
        <w:tc>
          <w:tcPr>
            <w:tcW w:type="dxa" w:w="480"/>
          </w:tcPr>
          <w:p>
            <w:r>
              <w:t>9.5</w:t>
            </w:r>
          </w:p>
        </w:tc>
        <w:tc>
          <w:tcPr>
            <w:tcW w:type="dxa" w:w="480"/>
          </w:tcPr>
          <w:p>
            <w:r>
              <w:t>72.62483</w:t>
            </w:r>
          </w:p>
        </w:tc>
        <w:tc>
          <w:tcPr>
            <w:tcW w:type="dxa" w:w="480"/>
          </w:tcPr>
          <w:p>
            <w:r>
              <w:t>7</w:t>
            </w:r>
          </w:p>
        </w:tc>
        <w:tc>
          <w:tcPr>
            <w:tcW w:type="dxa" w:w="480"/>
          </w:tcPr>
          <w:p>
            <w:r>
              <w:t>拟推荐</w:t>
            </w:r>
          </w:p>
        </w:tc>
        <w:tc>
          <w:tcPr>
            <w:tcW w:type="dxa" w:w="480"/>
          </w:tcPr>
          <w:p>
            <w:r>
              <w:t>倾斜</w:t>
            </w:r>
          </w:p>
        </w:tc>
      </w:tr>
      <w:tr>
        <w:tc>
          <w:tcPr>
            <w:tcW w:type="dxa" w:w="480"/>
          </w:tcPr>
          <w:p>
            <w:r>
              <w:t>本公示从即日起至2022年9月18日止，解释权归物理学院推免组</w:t>
            </w:r>
          </w:p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  <w:tc>
          <w:tcPr>
            <w:tcW w:type="dxa" w:w="480"/>
          </w:tcPr>
          <w:p/>
        </w:tc>
      </w:tr>
    </w:tbl>
    <w:p>
      <w:r>
        <w:t>**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