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关于物理学院拟推荐 2024 届免试攻读研究生名单的公示</w:t>
      </w:r>
    </w:p>
    <w:p>
      <w:r>
        <w:t>根据学校工作要求，现将物理学院拟推荐2024届免试攻读研究生名单进行公示。</w:t>
      </w:r>
    </w:p>
    <w:p>
      <w:r>
        <w:t>公示期为2023年9月2 2日至9月2 4日（三天），公示期内如有异议，请以书面署名形式反映。</w:t>
      </w:r>
    </w:p>
    <w:p>
      <w:r>
        <w:t>联系人：杨悦；邮箱：10300 9274 @seu.edu.cn</w:t>
      </w:r>
    </w:p>
    <w:p>
      <w:r>
        <w:t>物理学院拟推荐2024届免试攻读研究生名单：103专业</w:t>
      </w:r>
    </w:p>
    <w:p>
      <w:r>
        <w:t>注：根据学校分配的免研名额，拟推荐物理学专业5位同学免试攻读研究生。</w:t>
      </w:r>
    </w:p>
    <w:p>
      <w:r>
        <w:t>物理学院拟推荐2024届免试攻读研究生名单：101专业</w:t>
      </w:r>
    </w:p>
    <w:p>
      <w:r>
        <w:t>注：根据学校分配的免研名额，拟推荐应用物理学专业8位同学免试攻读研究生。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