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在2014届本科毕业生中做好推免生工作的通知</w:t>
      </w:r>
    </w:p>
    <w:p>
      <w:r>
        <w:t>在2014届本科毕业生中做好推免生工作的通知.pdf</w:t>
      </w:r>
    </w:p>
    <w:p>
      <w:r>
        <w:t>东南大学关于学术期刊认定的说明.doc</w:t>
      </w:r>
    </w:p>
    <w:p>
      <w:r>
        <w:t>2014届推免生表格附件二--附件六.doc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