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2014届本科毕业生推荐免试攻读硕士学位研究生工作通知</w:t>
      </w:r>
    </w:p>
    <w:p>
      <w:r>
        <w:t>校文关于在2014届本科毕业生中做好推荐免试攻读硕士学位研究生工作的通知.doc</w:t>
      </w:r>
    </w:p>
    <w:p>
      <w:r>
        <w:t>各院（系）2014届推荐免试硕士生名额分配表.pdf</w:t>
      </w:r>
    </w:p>
    <w:p>
      <w:r>
        <w:t>东南大学推荐免试研究生申请表.doc</w:t>
      </w:r>
    </w:p>
    <w:p>
      <w:r>
        <w:t>东南大学推荐免试研究生推荐表.doc</w:t>
      </w:r>
    </w:p>
    <w:p>
      <w:r>
        <w:t>东南大学本科直接攻读博士学位研究生申请表.doc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