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*2019届推荐免试研究生综合成绩公示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2019届推荐免试研究生综合成绩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姓名</w:t>
            </w:r>
          </w:p>
        </w:tc>
        <w:tc>
          <w:tcPr>
            <w:tcW w:type="dxa" w:w="1440"/>
          </w:tcPr>
          <w:p>
            <w:r>
              <w:t>平均绩点</w:t>
            </w:r>
          </w:p>
        </w:tc>
        <w:tc>
          <w:tcPr>
            <w:tcW w:type="dxa" w:w="1440"/>
          </w:tcPr>
          <w:p>
            <w:r>
              <w:t>课程平均分</w:t>
            </w:r>
          </w:p>
        </w:tc>
        <w:tc>
          <w:tcPr>
            <w:tcW w:type="dxa" w:w="1440"/>
          </w:tcPr>
          <w:p>
            <w:r>
              <w:t>面试成绩</w:t>
            </w:r>
          </w:p>
        </w:tc>
        <w:tc>
          <w:tcPr>
            <w:tcW w:type="dxa" w:w="1440"/>
          </w:tcPr>
          <w:p>
            <w:r>
              <w:t>科研社会工作</w:t>
            </w:r>
          </w:p>
        </w:tc>
        <w:tc>
          <w:tcPr>
            <w:tcW w:type="dxa" w:w="1440"/>
          </w:tcPr>
          <w:p>
            <w:r>
              <w:t>最终成绩</w:t>
            </w:r>
          </w:p>
        </w:tc>
      </w:tr>
      <w:tr>
        <w:tc>
          <w:tcPr>
            <w:tcW w:type="dxa" w:w="1440"/>
          </w:tcPr>
          <w:p>
            <w:r>
              <w:t>刘煜轩</w:t>
            </w:r>
          </w:p>
        </w:tc>
        <w:tc>
          <w:tcPr>
            <w:tcW w:type="dxa" w:w="1440"/>
          </w:tcPr>
          <w:p>
            <w:r>
              <w:t>3.791</w:t>
            </w:r>
          </w:p>
        </w:tc>
        <w:tc>
          <w:tcPr>
            <w:tcW w:type="dxa" w:w="1440"/>
          </w:tcPr>
          <w:p>
            <w:r>
              <w:t>87.78</w:t>
            </w:r>
          </w:p>
        </w:tc>
        <w:tc>
          <w:tcPr>
            <w:tcW w:type="dxa" w:w="1440"/>
          </w:tcPr>
          <w:p>
            <w:r>
              <w:t>90</w:t>
            </w:r>
          </w:p>
        </w:tc>
        <w:tc>
          <w:tcPr>
            <w:tcW w:type="dxa" w:w="1440"/>
          </w:tcPr>
          <w:p>
            <w:r>
              <w:t>61</w:t>
            </w:r>
          </w:p>
        </w:tc>
        <w:tc>
          <w:tcPr>
            <w:tcW w:type="dxa" w:w="1440"/>
          </w:tcPr>
          <w:p>
            <w:r>
              <w:t>85.546</w:t>
            </w:r>
          </w:p>
        </w:tc>
      </w:tr>
      <w:tr>
        <w:tc>
          <w:tcPr>
            <w:tcW w:type="dxa" w:w="1440"/>
          </w:tcPr>
          <w:p>
            <w:r>
              <w:t>叶思雨</w:t>
            </w:r>
          </w:p>
        </w:tc>
        <w:tc>
          <w:tcPr>
            <w:tcW w:type="dxa" w:w="1440"/>
          </w:tcPr>
          <w:p>
            <w:r>
              <w:t>4.054</w:t>
            </w:r>
          </w:p>
        </w:tc>
        <w:tc>
          <w:tcPr>
            <w:tcW w:type="dxa" w:w="1440"/>
          </w:tcPr>
          <w:p>
            <w:r>
              <w:t>90.25</w:t>
            </w:r>
          </w:p>
        </w:tc>
        <w:tc>
          <w:tcPr>
            <w:tcW w:type="dxa" w:w="1440"/>
          </w:tcPr>
          <w:p>
            <w:r>
              <w:t>93.2</w:t>
            </w:r>
          </w:p>
        </w:tc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82.115</w:t>
            </w:r>
          </w:p>
        </w:tc>
      </w:tr>
      <w:tr>
        <w:tc>
          <w:tcPr>
            <w:tcW w:type="dxa" w:w="1440"/>
          </w:tcPr>
          <w:p>
            <w:r>
              <w:t>林娴</w:t>
            </w:r>
          </w:p>
        </w:tc>
        <w:tc>
          <w:tcPr>
            <w:tcW w:type="dxa" w:w="1440"/>
          </w:tcPr>
          <w:p>
            <w:r>
              <w:t>3.932</w:t>
            </w:r>
          </w:p>
        </w:tc>
        <w:tc>
          <w:tcPr>
            <w:tcW w:type="dxa" w:w="1440"/>
          </w:tcPr>
          <w:p>
            <w:r>
              <w:t>89</w:t>
            </w:r>
          </w:p>
        </w:tc>
        <w:tc>
          <w:tcPr>
            <w:tcW w:type="dxa" w:w="1440"/>
          </w:tcPr>
          <w:p>
            <w:r>
              <w:t>92.8</w:t>
            </w:r>
          </w:p>
        </w:tc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81.56</w:t>
            </w:r>
          </w:p>
        </w:tc>
      </w:tr>
      <w:tr>
        <w:tc>
          <w:tcPr>
            <w:tcW w:type="dxa" w:w="1440"/>
          </w:tcPr>
          <w:p>
            <w:r>
              <w:t>郝继鹏</w:t>
            </w:r>
          </w:p>
        </w:tc>
        <w:tc>
          <w:tcPr>
            <w:tcW w:type="dxa" w:w="1440"/>
          </w:tcPr>
          <w:p>
            <w:r>
              <w:t>3.684</w:t>
            </w:r>
          </w:p>
        </w:tc>
        <w:tc>
          <w:tcPr>
            <w:tcW w:type="dxa" w:w="1440"/>
          </w:tcPr>
          <w:p>
            <w:r>
              <w:t>86.7</w:t>
            </w:r>
          </w:p>
        </w:tc>
        <w:tc>
          <w:tcPr>
            <w:tcW w:type="dxa" w:w="1440"/>
          </w:tcPr>
          <w:p>
            <w:r>
              <w:t>85.8</w:t>
            </w:r>
          </w:p>
        </w:tc>
        <w:tc>
          <w:tcPr>
            <w:tcW w:type="dxa" w:w="1440"/>
          </w:tcPr>
          <w:p>
            <w:r>
              <w:t>20</w:t>
            </w:r>
          </w:p>
        </w:tc>
        <w:tc>
          <w:tcPr>
            <w:tcW w:type="dxa" w:w="1440"/>
          </w:tcPr>
          <w:p>
            <w:r>
              <w:t>79.85</w:t>
            </w:r>
          </w:p>
        </w:tc>
      </w:tr>
      <w:tr>
        <w:tc>
          <w:tcPr>
            <w:tcW w:type="dxa" w:w="1440"/>
          </w:tcPr>
          <w:p>
            <w:r>
              <w:t>顾栩涵</w:t>
            </w:r>
          </w:p>
        </w:tc>
        <w:tc>
          <w:tcPr>
            <w:tcW w:type="dxa" w:w="1440"/>
          </w:tcPr>
          <w:p>
            <w:r>
              <w:t>3.742</w:t>
            </w:r>
          </w:p>
        </w:tc>
        <w:tc>
          <w:tcPr>
            <w:tcW w:type="dxa" w:w="1440"/>
          </w:tcPr>
          <w:p>
            <w:r>
              <w:t>87.08</w:t>
            </w:r>
          </w:p>
        </w:tc>
        <w:tc>
          <w:tcPr>
            <w:tcW w:type="dxa" w:w="1440"/>
          </w:tcPr>
          <w:p>
            <w:r>
              <w:t>89.6</w:t>
            </w:r>
          </w:p>
        </w:tc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79.176</w:t>
            </w:r>
          </w:p>
        </w:tc>
      </w:tr>
      <w:tr>
        <w:tc>
          <w:tcPr>
            <w:tcW w:type="dxa" w:w="1440"/>
          </w:tcPr>
          <w:p>
            <w:r>
              <w:t>朱昱霖</w:t>
            </w:r>
          </w:p>
        </w:tc>
        <w:tc>
          <w:tcPr>
            <w:tcW w:type="dxa" w:w="1440"/>
          </w:tcPr>
          <w:p>
            <w:r>
              <w:t>3.401</w:t>
            </w:r>
          </w:p>
        </w:tc>
        <w:tc>
          <w:tcPr>
            <w:tcW w:type="dxa" w:w="1440"/>
          </w:tcPr>
          <w:p>
            <w:r>
              <w:t>83.76</w:t>
            </w:r>
          </w:p>
        </w:tc>
        <w:tc>
          <w:tcPr>
            <w:tcW w:type="dxa" w:w="1440"/>
          </w:tcPr>
          <w:p>
            <w:r>
              <w:t>85.4</w:t>
            </w:r>
          </w:p>
        </w:tc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76.012</w:t>
            </w:r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姓名</w:t>
            </w:r>
          </w:p>
        </w:tc>
        <w:tc>
          <w:tcPr>
            <w:tcW w:type="dxa" w:w="1440"/>
          </w:tcPr>
          <w:p>
            <w:r>
              <w:t>平均绩点</w:t>
            </w:r>
          </w:p>
        </w:tc>
        <w:tc>
          <w:tcPr>
            <w:tcW w:type="dxa" w:w="1440"/>
          </w:tcPr>
          <w:p>
            <w:r>
              <w:t>课程平均分</w:t>
            </w:r>
          </w:p>
        </w:tc>
        <w:tc>
          <w:tcPr>
            <w:tcW w:type="dxa" w:w="1440"/>
          </w:tcPr>
          <w:p>
            <w:r>
              <w:t>面试成绩</w:t>
            </w:r>
          </w:p>
        </w:tc>
        <w:tc>
          <w:tcPr>
            <w:tcW w:type="dxa" w:w="1440"/>
          </w:tcPr>
          <w:p>
            <w:r>
              <w:t>科研社会工作</w:t>
            </w:r>
          </w:p>
        </w:tc>
        <w:tc>
          <w:tcPr>
            <w:tcW w:type="dxa" w:w="1440"/>
          </w:tcPr>
          <w:p>
            <w:r>
              <w:t>最终成绩</w:t>
            </w:r>
          </w:p>
        </w:tc>
      </w:tr>
      <w:tr>
        <w:tc>
          <w:tcPr>
            <w:tcW w:type="dxa" w:w="1440"/>
          </w:tcPr>
          <w:p>
            <w:r>
              <w:t>张振兴</w:t>
            </w:r>
          </w:p>
        </w:tc>
        <w:tc>
          <w:tcPr>
            <w:tcW w:type="dxa" w:w="1440"/>
          </w:tcPr>
          <w:p>
            <w:r>
              <w:t>4.179</w:t>
            </w:r>
          </w:p>
        </w:tc>
        <w:tc>
          <w:tcPr>
            <w:tcW w:type="dxa" w:w="1440"/>
          </w:tcPr>
          <w:p>
            <w:r>
              <w:t>91.36</w:t>
            </w:r>
          </w:p>
        </w:tc>
        <w:tc>
          <w:tcPr>
            <w:tcW w:type="dxa" w:w="1440"/>
          </w:tcPr>
          <w:p>
            <w:r>
              <w:t>94.4</w:t>
            </w:r>
          </w:p>
        </w:tc>
        <w:tc>
          <w:tcPr>
            <w:tcW w:type="dxa" w:w="1440"/>
          </w:tcPr>
          <w:p>
            <w:r>
              <w:t>59</w:t>
            </w:r>
          </w:p>
        </w:tc>
        <w:tc>
          <w:tcPr>
            <w:tcW w:type="dxa" w:w="1440"/>
          </w:tcPr>
          <w:p>
            <w:r>
              <w:t>88.732</w:t>
            </w:r>
          </w:p>
        </w:tc>
      </w:tr>
      <w:tr>
        <w:tc>
          <w:tcPr>
            <w:tcW w:type="dxa" w:w="1440"/>
          </w:tcPr>
          <w:p>
            <w:r>
              <w:t>韩寿雨</w:t>
            </w:r>
          </w:p>
        </w:tc>
        <w:tc>
          <w:tcPr>
            <w:tcW w:type="dxa" w:w="1440"/>
          </w:tcPr>
          <w:p>
            <w:r>
              <w:t>3.957</w:t>
            </w:r>
          </w:p>
        </w:tc>
        <w:tc>
          <w:tcPr>
            <w:tcW w:type="dxa" w:w="1440"/>
          </w:tcPr>
          <w:p>
            <w:r>
              <w:t>89.22</w:t>
            </w:r>
          </w:p>
        </w:tc>
        <w:tc>
          <w:tcPr>
            <w:tcW w:type="dxa" w:w="1440"/>
          </w:tcPr>
          <w:p>
            <w:r>
              <w:t>94.8</w:t>
            </w:r>
          </w:p>
        </w:tc>
        <w:tc>
          <w:tcPr>
            <w:tcW w:type="dxa" w:w="1440"/>
          </w:tcPr>
          <w:p>
            <w:r>
              <w:t>13</w:t>
            </w:r>
          </w:p>
        </w:tc>
        <w:tc>
          <w:tcPr>
            <w:tcW w:type="dxa" w:w="1440"/>
          </w:tcPr>
          <w:p>
            <w:r>
              <w:t>82.714</w:t>
            </w:r>
          </w:p>
        </w:tc>
      </w:tr>
      <w:tr>
        <w:tc>
          <w:tcPr>
            <w:tcW w:type="dxa" w:w="1440"/>
          </w:tcPr>
          <w:p>
            <w:r>
              <w:t>宋东东</w:t>
            </w:r>
          </w:p>
        </w:tc>
        <w:tc>
          <w:tcPr>
            <w:tcW w:type="dxa" w:w="1440"/>
          </w:tcPr>
          <w:p>
            <w:r>
              <w:t>3.986</w:t>
            </w:r>
          </w:p>
        </w:tc>
        <w:tc>
          <w:tcPr>
            <w:tcW w:type="dxa" w:w="1440"/>
          </w:tcPr>
          <w:p>
            <w:r>
              <w:t>89.57</w:t>
            </w:r>
          </w:p>
        </w:tc>
        <w:tc>
          <w:tcPr>
            <w:tcW w:type="dxa" w:w="1440"/>
          </w:tcPr>
          <w:p>
            <w:r>
              <w:t>91.2</w:t>
            </w:r>
          </w:p>
        </w:tc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>
              <w:t>81.939</w:t>
            </w:r>
          </w:p>
        </w:tc>
      </w:tr>
      <w:tr>
        <w:tc>
          <w:tcPr>
            <w:tcW w:type="dxa" w:w="1440"/>
          </w:tcPr>
          <w:p>
            <w:r>
              <w:t>罗心怡</w:t>
            </w:r>
          </w:p>
        </w:tc>
        <w:tc>
          <w:tcPr>
            <w:tcW w:type="dxa" w:w="1440"/>
          </w:tcPr>
          <w:p>
            <w:r>
              <w:t>3.856</w:t>
            </w:r>
          </w:p>
        </w:tc>
        <w:tc>
          <w:tcPr>
            <w:tcW w:type="dxa" w:w="1440"/>
          </w:tcPr>
          <w:p>
            <w:r>
              <w:t>88.23</w:t>
            </w:r>
          </w:p>
        </w:tc>
        <w:tc>
          <w:tcPr>
            <w:tcW w:type="dxa" w:w="1440"/>
          </w:tcPr>
          <w:p>
            <w:r>
              <w:t>92.2</w:t>
            </w:r>
          </w:p>
        </w:tc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80.801</w:t>
            </w:r>
          </w:p>
        </w:tc>
      </w:tr>
      <w:tr>
        <w:tc>
          <w:tcPr>
            <w:tcW w:type="dxa" w:w="1440"/>
          </w:tcPr>
          <w:p>
            <w:r>
              <w:t>黄耀华</w:t>
            </w:r>
          </w:p>
        </w:tc>
        <w:tc>
          <w:tcPr>
            <w:tcW w:type="dxa" w:w="1440"/>
          </w:tcPr>
          <w:p>
            <w:r>
              <w:t>3.508</w:t>
            </w:r>
          </w:p>
        </w:tc>
        <w:tc>
          <w:tcPr>
            <w:tcW w:type="dxa" w:w="1440"/>
          </w:tcPr>
          <w:p>
            <w:r>
              <w:t>84.89</w:t>
            </w:r>
          </w:p>
        </w:tc>
        <w:tc>
          <w:tcPr>
            <w:tcW w:type="dxa" w:w="1440"/>
          </w:tcPr>
          <w:p>
            <w:r>
              <w:t>88.8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77.383</w:t>
            </w:r>
          </w:p>
        </w:tc>
      </w:tr>
      <w:tr>
        <w:tc>
          <w:tcPr>
            <w:tcW w:type="dxa" w:w="1440"/>
          </w:tcPr>
          <w:p>
            <w:r>
              <w:t>秦宇璇</w:t>
            </w:r>
          </w:p>
        </w:tc>
        <w:tc>
          <w:tcPr>
            <w:tcW w:type="dxa" w:w="1440"/>
          </w:tcPr>
          <w:p>
            <w:r>
              <w:t>3.518</w:t>
            </w:r>
          </w:p>
        </w:tc>
        <w:tc>
          <w:tcPr>
            <w:tcW w:type="dxa" w:w="1440"/>
          </w:tcPr>
          <w:p>
            <w:r>
              <w:t>84.9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23</w:t>
            </w:r>
          </w:p>
        </w:tc>
        <w:tc>
          <w:tcPr>
            <w:tcW w:type="dxa" w:w="1440"/>
          </w:tcPr>
          <w:p>
            <w:r>
              <w:t>61.73</w:t>
            </w:r>
          </w:p>
        </w:tc>
      </w:tr>
      <w:tr>
        <w:tc>
          <w:tcPr>
            <w:tcW w:type="dxa" w:w="1440"/>
          </w:tcPr>
          <w:p>
            <w:r>
              <w:t>马思杰</w:t>
            </w:r>
          </w:p>
        </w:tc>
        <w:tc>
          <w:tcPr>
            <w:tcW w:type="dxa" w:w="1440"/>
          </w:tcPr>
          <w:p>
            <w:r>
              <w:t>3.405</w:t>
            </w:r>
          </w:p>
        </w:tc>
        <w:tc>
          <w:tcPr>
            <w:tcW w:type="dxa" w:w="1440"/>
          </w:tcPr>
          <w:p>
            <w:r>
              <w:t>83.88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58.716</w:t>
            </w:r>
          </w:p>
        </w:tc>
      </w:tr>
      <w:tr>
        <w:tc>
          <w:tcPr>
            <w:tcW w:type="dxa" w:w="1440"/>
          </w:tcPr>
          <w:p>
            <w:r>
              <w:t>崔婉儿</w:t>
            </w:r>
          </w:p>
        </w:tc>
        <w:tc>
          <w:tcPr>
            <w:tcW w:type="dxa" w:w="1440"/>
          </w:tcPr>
          <w:p>
            <w:r>
              <w:t>3.38</w:t>
            </w:r>
          </w:p>
        </w:tc>
        <w:tc>
          <w:tcPr>
            <w:tcW w:type="dxa" w:w="1440"/>
          </w:tcPr>
          <w:p>
            <w:r>
              <w:t>83.63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58.541</w:t>
            </w:r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姓名</w:t>
            </w:r>
          </w:p>
        </w:tc>
        <w:tc>
          <w:tcPr>
            <w:tcW w:type="dxa" w:w="1440"/>
          </w:tcPr>
          <w:p>
            <w:r>
              <w:t>平均绩点</w:t>
            </w:r>
          </w:p>
        </w:tc>
        <w:tc>
          <w:tcPr>
            <w:tcW w:type="dxa" w:w="1440"/>
          </w:tcPr>
          <w:p>
            <w:r>
              <w:t>课程平均分</w:t>
            </w:r>
          </w:p>
        </w:tc>
        <w:tc>
          <w:tcPr>
            <w:tcW w:type="dxa" w:w="1440"/>
          </w:tcPr>
          <w:p>
            <w:r>
              <w:t>面试成绩</w:t>
            </w:r>
          </w:p>
        </w:tc>
        <w:tc>
          <w:tcPr>
            <w:tcW w:type="dxa" w:w="1440"/>
          </w:tcPr>
          <w:p>
            <w:r>
              <w:t>科研社会工作</w:t>
            </w:r>
          </w:p>
        </w:tc>
        <w:tc>
          <w:tcPr>
            <w:tcW w:type="dxa" w:w="1440"/>
          </w:tcPr>
          <w:p>
            <w:r>
              <w:t>最终成绩</w:t>
            </w:r>
          </w:p>
        </w:tc>
      </w:tr>
      <w:tr>
        <w:tc>
          <w:tcPr>
            <w:tcW w:type="dxa" w:w="1440"/>
          </w:tcPr>
          <w:p>
            <w:r>
              <w:t>耿子凡</w:t>
            </w:r>
          </w:p>
        </w:tc>
        <w:tc>
          <w:tcPr>
            <w:tcW w:type="dxa" w:w="1440"/>
          </w:tcPr>
          <w:p>
            <w:r>
              <w:t>4.237</w:t>
            </w:r>
          </w:p>
        </w:tc>
        <w:tc>
          <w:tcPr>
            <w:tcW w:type="dxa" w:w="1440"/>
          </w:tcPr>
          <w:p>
            <w:r>
              <w:t>91.43</w:t>
            </w:r>
          </w:p>
        </w:tc>
        <w:tc>
          <w:tcPr>
            <w:tcW w:type="dxa" w:w="1440"/>
          </w:tcPr>
          <w:p>
            <w:r>
              <w:t>93.75</w:t>
            </w:r>
          </w:p>
        </w:tc>
        <w:tc>
          <w:tcPr>
            <w:tcW w:type="dxa" w:w="1440"/>
          </w:tcPr>
          <w:p>
            <w:r>
              <w:t>100</w:t>
            </w:r>
          </w:p>
        </w:tc>
        <w:tc>
          <w:tcPr>
            <w:tcW w:type="dxa" w:w="1440"/>
          </w:tcPr>
          <w:p>
            <w:r>
              <w:t>92.751</w:t>
            </w:r>
          </w:p>
        </w:tc>
      </w:tr>
      <w:tr>
        <w:tc>
          <w:tcPr>
            <w:tcW w:type="dxa" w:w="1440"/>
          </w:tcPr>
          <w:p>
            <w:r>
              <w:t>金鹏</w:t>
            </w:r>
          </w:p>
        </w:tc>
        <w:tc>
          <w:tcPr>
            <w:tcW w:type="dxa" w:w="1440"/>
          </w:tcPr>
          <w:p>
            <w:r>
              <w:t>3.595</w:t>
            </w:r>
          </w:p>
        </w:tc>
        <w:tc>
          <w:tcPr>
            <w:tcW w:type="dxa" w:w="1440"/>
          </w:tcPr>
          <w:p>
            <w:r>
              <w:t>85.93</w:t>
            </w:r>
          </w:p>
        </w:tc>
        <w:tc>
          <w:tcPr>
            <w:tcW w:type="dxa" w:w="1440"/>
          </w:tcPr>
          <w:p>
            <w:r>
              <w:t>92.17</w:t>
            </w:r>
          </w:p>
        </w:tc>
        <w:tc>
          <w:tcPr>
            <w:tcW w:type="dxa" w:w="1440"/>
          </w:tcPr>
          <w:p>
            <w:r>
              <w:t>67</w:t>
            </w:r>
          </w:p>
        </w:tc>
        <w:tc>
          <w:tcPr>
            <w:tcW w:type="dxa" w:w="1440"/>
          </w:tcPr>
          <w:p>
            <w:r>
              <w:t>85.285</w:t>
            </w:r>
          </w:p>
        </w:tc>
      </w:tr>
      <w:tr>
        <w:tc>
          <w:tcPr>
            <w:tcW w:type="dxa" w:w="1440"/>
          </w:tcPr>
          <w:p>
            <w:r>
              <w:t>刘琪</w:t>
            </w:r>
          </w:p>
        </w:tc>
        <w:tc>
          <w:tcPr>
            <w:tcW w:type="dxa" w:w="1440"/>
          </w:tcPr>
          <w:p>
            <w:r>
              <w:t>3.916</w:t>
            </w:r>
          </w:p>
        </w:tc>
        <w:tc>
          <w:tcPr>
            <w:tcW w:type="dxa" w:w="1440"/>
          </w:tcPr>
          <w:p>
            <w:r>
              <w:t>89.01</w:t>
            </w:r>
          </w:p>
        </w:tc>
        <w:tc>
          <w:tcPr>
            <w:tcW w:type="dxa" w:w="1440"/>
          </w:tcPr>
          <w:p>
            <w:r>
              <w:t>89.33</w:t>
            </w:r>
          </w:p>
        </w:tc>
        <w:tc>
          <w:tcPr>
            <w:tcW w:type="dxa" w:w="1440"/>
          </w:tcPr>
          <w:p>
            <w:r>
              <w:t>38</w:t>
            </w:r>
          </w:p>
        </w:tc>
        <w:tc>
          <w:tcPr>
            <w:tcW w:type="dxa" w:w="1440"/>
          </w:tcPr>
          <w:p>
            <w:r>
              <w:t>83.973</w:t>
            </w:r>
          </w:p>
        </w:tc>
      </w:tr>
      <w:tr>
        <w:tc>
          <w:tcPr>
            <w:tcW w:type="dxa" w:w="1440"/>
          </w:tcPr>
          <w:p>
            <w:r>
              <w:t>顾晓雯</w:t>
            </w:r>
          </w:p>
        </w:tc>
        <w:tc>
          <w:tcPr>
            <w:tcW w:type="dxa" w:w="1440"/>
          </w:tcPr>
          <w:p>
            <w:r>
              <w:t>3.992</w:t>
            </w:r>
          </w:p>
        </w:tc>
        <w:tc>
          <w:tcPr>
            <w:tcW w:type="dxa" w:w="1440"/>
          </w:tcPr>
          <w:p>
            <w:r>
              <w:t>89.43</w:t>
            </w:r>
          </w:p>
        </w:tc>
        <w:tc>
          <w:tcPr>
            <w:tcW w:type="dxa" w:w="1440"/>
          </w:tcPr>
          <w:p>
            <w:r>
              <w:t>91.67</w:t>
            </w:r>
          </w:p>
        </w:tc>
        <w:tc>
          <w:tcPr>
            <w:tcW w:type="dxa" w:w="1440"/>
          </w:tcPr>
          <w:p>
            <w:r>
              <w:t>28</w:t>
            </w:r>
          </w:p>
        </w:tc>
        <w:tc>
          <w:tcPr>
            <w:tcW w:type="dxa" w:w="1440"/>
          </w:tcPr>
          <w:p>
            <w:r>
              <w:t>83.735</w:t>
            </w:r>
          </w:p>
        </w:tc>
      </w:tr>
      <w:tr>
        <w:tc>
          <w:tcPr>
            <w:tcW w:type="dxa" w:w="1440"/>
          </w:tcPr>
          <w:p>
            <w:r>
              <w:t>陈高丰</w:t>
            </w:r>
          </w:p>
        </w:tc>
        <w:tc>
          <w:tcPr>
            <w:tcW w:type="dxa" w:w="1440"/>
          </w:tcPr>
          <w:p>
            <w:r>
              <w:t>3.862</w:t>
            </w:r>
          </w:p>
        </w:tc>
        <w:tc>
          <w:tcPr>
            <w:tcW w:type="dxa" w:w="1440"/>
          </w:tcPr>
          <w:p>
            <w:r>
              <w:t>88.35</w:t>
            </w:r>
          </w:p>
        </w:tc>
        <w:tc>
          <w:tcPr>
            <w:tcW w:type="dxa" w:w="1440"/>
          </w:tcPr>
          <w:p>
            <w:r>
              <w:t>88.33</w:t>
            </w:r>
          </w:p>
        </w:tc>
        <w:tc>
          <w:tcPr>
            <w:tcW w:type="dxa" w:w="1440"/>
          </w:tcPr>
          <w:p>
            <w:r>
              <w:t>14</w:t>
            </w:r>
          </w:p>
        </w:tc>
        <w:tc>
          <w:tcPr>
            <w:tcW w:type="dxa" w:w="1440"/>
          </w:tcPr>
          <w:p>
            <w:r>
              <w:t>80.911</w:t>
            </w:r>
          </w:p>
        </w:tc>
      </w:tr>
      <w:tr>
        <w:tc>
          <w:tcPr>
            <w:tcW w:type="dxa" w:w="1440"/>
          </w:tcPr>
          <w:p>
            <w:r>
              <w:t>张俊杰</w:t>
            </w:r>
          </w:p>
        </w:tc>
        <w:tc>
          <w:tcPr>
            <w:tcW w:type="dxa" w:w="1440"/>
          </w:tcPr>
          <w:p>
            <w:r>
              <w:t>3.319</w:t>
            </w:r>
          </w:p>
        </w:tc>
        <w:tc>
          <w:tcPr>
            <w:tcW w:type="dxa" w:w="1440"/>
          </w:tcPr>
          <w:p>
            <w:r>
              <w:t>83.01</w:t>
            </w:r>
          </w:p>
        </w:tc>
        <w:tc>
          <w:tcPr>
            <w:tcW w:type="dxa" w:w="1440"/>
          </w:tcPr>
          <w:p>
            <w:r>
              <w:t>91.58</w:t>
            </w:r>
          </w:p>
        </w:tc>
        <w:tc>
          <w:tcPr>
            <w:tcW w:type="dxa" w:w="1440"/>
          </w:tcPr>
          <w:p>
            <w:r>
              <w:t>33</w:t>
            </w:r>
          </w:p>
        </w:tc>
        <w:tc>
          <w:tcPr>
            <w:tcW w:type="dxa" w:w="1440"/>
          </w:tcPr>
          <w:p>
            <w:r>
              <w:t>79.723</w:t>
            </w:r>
          </w:p>
        </w:tc>
      </w:tr>
      <w:tr>
        <w:tc>
          <w:tcPr>
            <w:tcW w:type="dxa" w:w="1440"/>
          </w:tcPr>
          <w:p>
            <w:r>
              <w:t>岳夏薇</w:t>
            </w:r>
          </w:p>
        </w:tc>
        <w:tc>
          <w:tcPr>
            <w:tcW w:type="dxa" w:w="1440"/>
          </w:tcPr>
          <w:p>
            <w:r>
              <w:t>3.729</w:t>
            </w:r>
          </w:p>
        </w:tc>
        <w:tc>
          <w:tcPr>
            <w:tcW w:type="dxa" w:w="1440"/>
          </w:tcPr>
          <w:p>
            <w:r>
              <w:t>86.94</w:t>
            </w:r>
          </w:p>
        </w:tc>
        <w:tc>
          <w:tcPr>
            <w:tcW w:type="dxa" w:w="1440"/>
          </w:tcPr>
          <w:p>
            <w:r>
              <w:t>86.92</w:t>
            </w:r>
          </w:p>
        </w:tc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79.042</w:t>
            </w:r>
          </w:p>
        </w:tc>
      </w:tr>
      <w:tr>
        <w:tc>
          <w:tcPr>
            <w:tcW w:type="dxa" w:w="1440"/>
          </w:tcPr>
          <w:p>
            <w:r>
              <w:t>汪智斌</w:t>
            </w:r>
          </w:p>
        </w:tc>
        <w:tc>
          <w:tcPr>
            <w:tcW w:type="dxa" w:w="1440"/>
          </w:tcPr>
          <w:p>
            <w:r>
              <w:t>3.326</w:t>
            </w:r>
          </w:p>
        </w:tc>
        <w:tc>
          <w:tcPr>
            <w:tcW w:type="dxa" w:w="1440"/>
          </w:tcPr>
          <w:p>
            <w:r>
              <w:t>82.93</w:t>
            </w:r>
          </w:p>
        </w:tc>
        <w:tc>
          <w:tcPr>
            <w:tcW w:type="dxa" w:w="1440"/>
          </w:tcPr>
          <w:p>
            <w:r>
              <w:t>85.33</w:t>
            </w:r>
          </w:p>
        </w:tc>
        <w:tc>
          <w:tcPr>
            <w:tcW w:type="dxa" w:w="1440"/>
          </w:tcPr>
          <w:p>
            <w:r>
              <w:t>33</w:t>
            </w:r>
          </w:p>
        </w:tc>
        <w:tc>
          <w:tcPr>
            <w:tcW w:type="dxa" w:w="1440"/>
          </w:tcPr>
          <w:p>
            <w:r>
              <w:t>78.417</w:t>
            </w:r>
          </w:p>
        </w:tc>
      </w:tr>
      <w:tr>
        <w:tc>
          <w:tcPr>
            <w:tcW w:type="dxa" w:w="1440"/>
          </w:tcPr>
          <w:p>
            <w:r>
              <w:t>蔡雅诗</w:t>
            </w:r>
          </w:p>
        </w:tc>
        <w:tc>
          <w:tcPr>
            <w:tcW w:type="dxa" w:w="1440"/>
          </w:tcPr>
          <w:p>
            <w:r>
              <w:t>3.578</w:t>
            </w:r>
          </w:p>
        </w:tc>
        <w:tc>
          <w:tcPr>
            <w:tcW w:type="dxa" w:w="1440"/>
          </w:tcPr>
          <w:p>
            <w:r>
              <w:t>85.74</w:t>
            </w:r>
          </w:p>
        </w:tc>
        <w:tc>
          <w:tcPr>
            <w:tcW w:type="dxa" w:w="1440"/>
          </w:tcPr>
          <w:p>
            <w:r>
              <w:t>88.58</w:t>
            </w:r>
          </w:p>
        </w:tc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78.134</w:t>
            </w:r>
          </w:p>
        </w:tc>
      </w:tr>
      <w:tr>
        <w:tc>
          <w:tcPr>
            <w:tcW w:type="dxa" w:w="1440"/>
          </w:tcPr>
          <w:p>
            <w:r>
              <w:t>张春鹏</w:t>
            </w:r>
          </w:p>
        </w:tc>
        <w:tc>
          <w:tcPr>
            <w:tcW w:type="dxa" w:w="1440"/>
          </w:tcPr>
          <w:p>
            <w:r>
              <w:t>3.256</w:t>
            </w:r>
          </w:p>
        </w:tc>
        <w:tc>
          <w:tcPr>
            <w:tcW w:type="dxa" w:w="1440"/>
          </w:tcPr>
          <w:p>
            <w:r>
              <w:t>82.55</w:t>
            </w:r>
          </w:p>
        </w:tc>
        <w:tc>
          <w:tcPr>
            <w:tcW w:type="dxa" w:w="1440"/>
          </w:tcPr>
          <w:p>
            <w:r>
              <w:t>90.92</w:t>
            </w:r>
          </w:p>
        </w:tc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76.469</w:t>
            </w:r>
          </w:p>
        </w:tc>
      </w:tr>
      <w:tr>
        <w:tc>
          <w:tcPr>
            <w:tcW w:type="dxa" w:w="1440"/>
          </w:tcPr>
          <w:p>
            <w:r>
              <w:t>樊美岺</w:t>
            </w:r>
          </w:p>
        </w:tc>
        <w:tc>
          <w:tcPr>
            <w:tcW w:type="dxa" w:w="1440"/>
          </w:tcPr>
          <w:p>
            <w:r>
              <w:t>3.292</w:t>
            </w:r>
          </w:p>
        </w:tc>
        <w:tc>
          <w:tcPr>
            <w:tcW w:type="dxa" w:w="1440"/>
          </w:tcPr>
          <w:p>
            <w:r>
              <w:t>82.5</w:t>
            </w:r>
          </w:p>
        </w:tc>
        <w:tc>
          <w:tcPr>
            <w:tcW w:type="dxa" w:w="1440"/>
          </w:tcPr>
          <w:p>
            <w:r>
              <w:t>87.33</w:t>
            </w:r>
          </w:p>
        </w:tc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75.616</w:t>
            </w:r>
          </w:p>
        </w:tc>
      </w:tr>
      <w:tr>
        <w:tc>
          <w:tcPr>
            <w:tcW w:type="dxa" w:w="1440"/>
          </w:tcPr>
          <w:p>
            <w:r>
              <w:t>李近川</w:t>
            </w:r>
          </w:p>
        </w:tc>
        <w:tc>
          <w:tcPr>
            <w:tcW w:type="dxa" w:w="1440"/>
          </w:tcPr>
          <w:p>
            <w:r>
              <w:t>3.81</w:t>
            </w:r>
          </w:p>
        </w:tc>
        <w:tc>
          <w:tcPr>
            <w:tcW w:type="dxa" w:w="1440"/>
          </w:tcPr>
          <w:p>
            <w:r>
              <w:t>87.61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61.327</w:t>
            </w:r>
          </w:p>
        </w:tc>
      </w:tr>
      <w:tr>
        <w:tc>
          <w:tcPr>
            <w:tcW w:type="dxa" w:w="1440"/>
          </w:tcPr>
          <w:p>
            <w:r>
              <w:t>冯建航</w:t>
            </w:r>
          </w:p>
        </w:tc>
        <w:tc>
          <w:tcPr>
            <w:tcW w:type="dxa" w:w="1440"/>
          </w:tcPr>
          <w:p>
            <w:r>
              <w:t>3.459</w:t>
            </w:r>
          </w:p>
        </w:tc>
        <w:tc>
          <w:tcPr>
            <w:tcW w:type="dxa" w:w="1440"/>
          </w:tcPr>
          <w:p>
            <w:r>
              <w:t>84.28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58.996</w:t>
            </w:r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姓名</w:t>
            </w:r>
          </w:p>
        </w:tc>
        <w:tc>
          <w:tcPr>
            <w:tcW w:type="dxa" w:w="1440"/>
          </w:tcPr>
          <w:p>
            <w:r>
              <w:t>平均绩点</w:t>
            </w:r>
          </w:p>
        </w:tc>
        <w:tc>
          <w:tcPr>
            <w:tcW w:type="dxa" w:w="1440"/>
          </w:tcPr>
          <w:p>
            <w:r>
              <w:t>课程平均分</w:t>
            </w:r>
          </w:p>
        </w:tc>
        <w:tc>
          <w:tcPr>
            <w:tcW w:type="dxa" w:w="1440"/>
          </w:tcPr>
          <w:p>
            <w:r>
              <w:t>面试成绩</w:t>
            </w:r>
          </w:p>
        </w:tc>
        <w:tc>
          <w:tcPr>
            <w:tcW w:type="dxa" w:w="1440"/>
          </w:tcPr>
          <w:p>
            <w:r>
              <w:t>科研社会工作</w:t>
            </w:r>
          </w:p>
        </w:tc>
        <w:tc>
          <w:tcPr>
            <w:tcW w:type="dxa" w:w="1440"/>
          </w:tcPr>
          <w:p>
            <w:r>
              <w:t>最终成绩</w:t>
            </w:r>
          </w:p>
        </w:tc>
      </w:tr>
      <w:tr>
        <w:tc>
          <w:tcPr>
            <w:tcW w:type="dxa" w:w="1440"/>
          </w:tcPr>
          <w:p>
            <w:r>
              <w:t>王纯</w:t>
            </w:r>
          </w:p>
        </w:tc>
        <w:tc>
          <w:tcPr>
            <w:tcW w:type="dxa" w:w="1440"/>
          </w:tcPr>
          <w:p>
            <w:r>
              <w:t>3.89</w:t>
            </w:r>
          </w:p>
        </w:tc>
        <w:tc>
          <w:tcPr>
            <w:tcW w:type="dxa" w:w="1440"/>
          </w:tcPr>
          <w:p>
            <w:r>
              <w:t>88.67</w:t>
            </w:r>
          </w:p>
        </w:tc>
        <w:tc>
          <w:tcPr>
            <w:tcW w:type="dxa" w:w="1440"/>
          </w:tcPr>
          <w:p>
            <w:r>
              <w:t>91.8</w:t>
            </w:r>
          </w:p>
        </w:tc>
        <w:tc>
          <w:tcPr>
            <w:tcW w:type="dxa" w:w="1440"/>
          </w:tcPr>
          <w:p>
            <w:r>
              <w:t>57</w:t>
            </w:r>
          </w:p>
        </w:tc>
        <w:tc>
          <w:tcPr>
            <w:tcW w:type="dxa" w:w="1440"/>
          </w:tcPr>
          <w:p>
            <w:r>
              <w:t>86.129</w:t>
            </w:r>
          </w:p>
        </w:tc>
      </w:tr>
      <w:tr>
        <w:tc>
          <w:tcPr>
            <w:tcW w:type="dxa" w:w="1440"/>
          </w:tcPr>
          <w:p>
            <w:r>
              <w:t>游玉莹</w:t>
            </w:r>
          </w:p>
        </w:tc>
        <w:tc>
          <w:tcPr>
            <w:tcW w:type="dxa" w:w="1440"/>
          </w:tcPr>
          <w:p>
            <w:r>
              <w:t>3.792</w:t>
            </w:r>
          </w:p>
        </w:tc>
        <w:tc>
          <w:tcPr>
            <w:tcW w:type="dxa" w:w="1440"/>
          </w:tcPr>
          <w:p>
            <w:r>
              <w:t>87.72</w:t>
            </w:r>
          </w:p>
        </w:tc>
        <w:tc>
          <w:tcPr>
            <w:tcW w:type="dxa" w:w="1440"/>
          </w:tcPr>
          <w:p>
            <w:r>
              <w:t>86.2</w:t>
            </w:r>
          </w:p>
        </w:tc>
        <w:tc>
          <w:tcPr>
            <w:tcW w:type="dxa" w:w="1440"/>
          </w:tcPr>
          <w:p>
            <w:r>
              <w:t>58</w:t>
            </w:r>
          </w:p>
        </w:tc>
        <w:tc>
          <w:tcPr>
            <w:tcW w:type="dxa" w:w="1440"/>
          </w:tcPr>
          <w:p>
            <w:r>
              <w:t>84.444</w:t>
            </w:r>
          </w:p>
        </w:tc>
      </w:tr>
      <w:tr>
        <w:tc>
          <w:tcPr>
            <w:tcW w:type="dxa" w:w="1440"/>
          </w:tcPr>
          <w:p>
            <w:r>
              <w:t>封媛嘉</w:t>
            </w:r>
          </w:p>
        </w:tc>
        <w:tc>
          <w:tcPr>
            <w:tcW w:type="dxa" w:w="1440"/>
          </w:tcPr>
          <w:p>
            <w:r>
              <w:t>3.761</w:t>
            </w:r>
          </w:p>
        </w:tc>
        <w:tc>
          <w:tcPr>
            <w:tcW w:type="dxa" w:w="1440"/>
          </w:tcPr>
          <w:p>
            <w:r>
              <w:t>87.4</w:t>
            </w:r>
          </w:p>
        </w:tc>
        <w:tc>
          <w:tcPr>
            <w:tcW w:type="dxa" w:w="1440"/>
          </w:tcPr>
          <w:p>
            <w:r>
              <w:t>80.4</w:t>
            </w:r>
          </w:p>
        </w:tc>
        <w:tc>
          <w:tcPr>
            <w:tcW w:type="dxa" w:w="1440"/>
          </w:tcPr>
          <w:p>
            <w:r>
              <w:t>38</w:t>
            </w:r>
          </w:p>
        </w:tc>
        <w:tc>
          <w:tcPr>
            <w:tcW w:type="dxa" w:w="1440"/>
          </w:tcPr>
          <w:p>
            <w:r>
              <w:t>81.06</w:t>
            </w:r>
          </w:p>
        </w:tc>
      </w:tr>
      <w:tr>
        <w:tc>
          <w:tcPr>
            <w:tcW w:type="dxa" w:w="1440"/>
          </w:tcPr>
          <w:p>
            <w:r>
              <w:t>刘冀洋</w:t>
            </w:r>
          </w:p>
        </w:tc>
        <w:tc>
          <w:tcPr>
            <w:tcW w:type="dxa" w:w="1440"/>
          </w:tcPr>
          <w:p>
            <w:r>
              <w:t>3.506</w:t>
            </w:r>
          </w:p>
        </w:tc>
        <w:tc>
          <w:tcPr>
            <w:tcW w:type="dxa" w:w="1440"/>
          </w:tcPr>
          <w:p>
            <w:r>
              <w:t>84.94</w:t>
            </w:r>
          </w:p>
        </w:tc>
        <w:tc>
          <w:tcPr>
            <w:tcW w:type="dxa" w:w="1440"/>
          </w:tcPr>
          <w:p>
            <w:r>
              <w:t>87.6</w:t>
            </w:r>
          </w:p>
        </w:tc>
        <w:tc>
          <w:tcPr>
            <w:tcW w:type="dxa" w:w="1440"/>
          </w:tcPr>
          <w:p>
            <w:r>
              <w:t>34</w:t>
            </w:r>
          </w:p>
        </w:tc>
        <w:tc>
          <w:tcPr>
            <w:tcW w:type="dxa" w:w="1440"/>
          </w:tcPr>
          <w:p>
            <w:r>
              <w:t>80.378</w:t>
            </w:r>
          </w:p>
        </w:tc>
      </w:tr>
      <w:tr>
        <w:tc>
          <w:tcPr>
            <w:tcW w:type="dxa" w:w="1440"/>
          </w:tcPr>
          <w:p>
            <w:r>
              <w:t>康宏辉</w:t>
            </w:r>
          </w:p>
        </w:tc>
        <w:tc>
          <w:tcPr>
            <w:tcW w:type="dxa" w:w="1440"/>
          </w:tcPr>
          <w:p>
            <w:r>
              <w:t>3.888</w:t>
            </w:r>
          </w:p>
        </w:tc>
        <w:tc>
          <w:tcPr>
            <w:tcW w:type="dxa" w:w="1440"/>
          </w:tcPr>
          <w:p>
            <w:r>
              <w:t>88.47</w:t>
            </w:r>
          </w:p>
        </w:tc>
        <w:tc>
          <w:tcPr>
            <w:tcW w:type="dxa" w:w="1440"/>
          </w:tcPr>
          <w:p>
            <w:r>
              <w:t>79.4</w:t>
            </w:r>
          </w:p>
        </w:tc>
        <w:tc>
          <w:tcPr>
            <w:tcW w:type="dxa" w:w="1440"/>
          </w:tcPr>
          <w:p>
            <w:r>
              <w:t>11</w:t>
            </w:r>
          </w:p>
        </w:tc>
        <w:tc>
          <w:tcPr>
            <w:tcW w:type="dxa" w:w="1440"/>
          </w:tcPr>
          <w:p>
            <w:r>
              <w:t>78.909</w:t>
            </w:r>
          </w:p>
        </w:tc>
      </w:tr>
      <w:tr>
        <w:tc>
          <w:tcPr>
            <w:tcW w:type="dxa" w:w="1440"/>
          </w:tcPr>
          <w:p>
            <w:r>
              <w:t>鲍卓珩</w:t>
            </w:r>
          </w:p>
        </w:tc>
        <w:tc>
          <w:tcPr>
            <w:tcW w:type="dxa" w:w="1440"/>
          </w:tcPr>
          <w:p>
            <w:r>
              <w:t>3.528</w:t>
            </w:r>
          </w:p>
        </w:tc>
        <w:tc>
          <w:tcPr>
            <w:tcW w:type="dxa" w:w="1440"/>
          </w:tcPr>
          <w:p>
            <w:r>
              <w:t>84.92</w:t>
            </w:r>
          </w:p>
        </w:tc>
        <w:tc>
          <w:tcPr>
            <w:tcW w:type="dxa" w:w="1440"/>
          </w:tcPr>
          <w:p>
            <w:r>
              <w:t>91.4</w:t>
            </w:r>
          </w:p>
        </w:tc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78.124</w:t>
            </w:r>
          </w:p>
        </w:tc>
      </w:tr>
      <w:tr>
        <w:tc>
          <w:tcPr>
            <w:tcW w:type="dxa" w:w="1440"/>
          </w:tcPr>
          <w:p>
            <w:r>
              <w:t>刘志康</w:t>
            </w:r>
          </w:p>
        </w:tc>
        <w:tc>
          <w:tcPr>
            <w:tcW w:type="dxa" w:w="1440"/>
          </w:tcPr>
          <w:p>
            <w:r>
              <w:t>3.417</w:t>
            </w:r>
          </w:p>
        </w:tc>
        <w:tc>
          <w:tcPr>
            <w:tcW w:type="dxa" w:w="1440"/>
          </w:tcPr>
          <w:p>
            <w:r>
              <w:t>83.74</w:t>
            </w:r>
          </w:p>
        </w:tc>
        <w:tc>
          <w:tcPr>
            <w:tcW w:type="dxa" w:w="1440"/>
          </w:tcPr>
          <w:p>
            <w:r>
              <w:t>78.8</w:t>
            </w:r>
          </w:p>
        </w:tc>
        <w:tc>
          <w:tcPr>
            <w:tcW w:type="dxa" w:w="1440"/>
          </w:tcPr>
          <w:p>
            <w:r>
              <w:t>37</w:t>
            </w:r>
          </w:p>
        </w:tc>
        <w:tc>
          <w:tcPr>
            <w:tcW w:type="dxa" w:w="1440"/>
          </w:tcPr>
          <w:p>
            <w:r>
              <w:t>78.078</w:t>
            </w:r>
          </w:p>
        </w:tc>
      </w:tr>
      <w:tr>
        <w:tc>
          <w:tcPr>
            <w:tcW w:type="dxa" w:w="1440"/>
          </w:tcPr>
          <w:p>
            <w:r>
              <w:t>董樑</w:t>
            </w:r>
          </w:p>
        </w:tc>
        <w:tc>
          <w:tcPr>
            <w:tcW w:type="dxa" w:w="1440"/>
          </w:tcPr>
          <w:p>
            <w:r>
              <w:t>3.491</w:t>
            </w:r>
          </w:p>
        </w:tc>
        <w:tc>
          <w:tcPr>
            <w:tcW w:type="dxa" w:w="1440"/>
          </w:tcPr>
          <w:p>
            <w:r>
              <w:t>85.09</w:t>
            </w:r>
          </w:p>
        </w:tc>
        <w:tc>
          <w:tcPr>
            <w:tcW w:type="dxa" w:w="1440"/>
          </w:tcPr>
          <w:p>
            <w:r>
              <w:t>82.8</w:t>
            </w:r>
          </w:p>
        </w:tc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76.423</w:t>
            </w:r>
          </w:p>
        </w:tc>
      </w:tr>
      <w:tr>
        <w:tc>
          <w:tcPr>
            <w:tcW w:type="dxa" w:w="1440"/>
          </w:tcPr>
          <w:p>
            <w:r>
              <w:t>陈曦</w:t>
            </w:r>
          </w:p>
        </w:tc>
        <w:tc>
          <w:tcPr>
            <w:tcW w:type="dxa" w:w="1440"/>
          </w:tcPr>
          <w:p>
            <w:r>
              <w:t>3.601</w:t>
            </w:r>
          </w:p>
        </w:tc>
        <w:tc>
          <w:tcPr>
            <w:tcW w:type="dxa" w:w="1440"/>
          </w:tcPr>
          <w:p>
            <w:r>
              <w:t>85.98</w:t>
            </w:r>
          </w:p>
        </w:tc>
        <w:tc>
          <w:tcPr>
            <w:tcW w:type="dxa" w:w="1440"/>
          </w:tcPr>
          <w:p>
            <w:r>
              <w:t>78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75.886</w:t>
            </w:r>
          </w:p>
        </w:tc>
      </w:tr>
      <w:tr>
        <w:tc>
          <w:tcPr>
            <w:tcW w:type="dxa" w:w="1440"/>
          </w:tcPr>
          <w:p>
            <w:r>
              <w:t>熊紫伊</w:t>
            </w:r>
          </w:p>
        </w:tc>
        <w:tc>
          <w:tcPr>
            <w:tcW w:type="dxa" w:w="1440"/>
          </w:tcPr>
          <w:p>
            <w:r>
              <w:t>3.344</w:t>
            </w:r>
          </w:p>
        </w:tc>
        <w:tc>
          <w:tcPr>
            <w:tcW w:type="dxa" w:w="1440"/>
          </w:tcPr>
          <w:p>
            <w:r>
              <w:t>82.97</w:t>
            </w:r>
          </w:p>
        </w:tc>
        <w:tc>
          <w:tcPr>
            <w:tcW w:type="dxa" w:w="1440"/>
          </w:tcPr>
          <w:p>
            <w:r>
              <w:t>85.2</w:t>
            </w:r>
          </w:p>
        </w:tc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75.819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