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东南大学材料学院2020年接收外校推荐免试研究生提前复试面试合格名单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东南大学材料学院2020年接收外校推荐免试研究生提前复试面试合格名单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成绩排名</w:t>
            </w:r>
          </w:p>
        </w:tc>
        <w:tc>
          <w:tcPr>
            <w:tcW w:type="dxa" w:w="1728"/>
          </w:tcPr>
          <w:p>
            <w:r>
              <w:t>报名号</w:t>
            </w:r>
          </w:p>
        </w:tc>
        <w:tc>
          <w:tcPr>
            <w:tcW w:type="dxa" w:w="1728"/>
          </w:tcPr>
          <w:p>
            <w:r>
              <w:t>考生姓名</w:t>
            </w:r>
          </w:p>
        </w:tc>
        <w:tc>
          <w:tcPr>
            <w:tcW w:type="dxa" w:w="1728"/>
          </w:tcPr>
          <w:p>
            <w:r>
              <w:t>本科学校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2013499</w:t>
            </w:r>
          </w:p>
        </w:tc>
        <w:tc>
          <w:tcPr>
            <w:tcW w:type="dxa" w:w="1728"/>
          </w:tcPr>
          <w:p>
            <w:r>
              <w:t>钱津辰</w:t>
            </w:r>
          </w:p>
        </w:tc>
        <w:tc>
          <w:tcPr>
            <w:tcW w:type="dxa" w:w="1728"/>
          </w:tcPr>
          <w:p>
            <w:r>
              <w:t>武汉理工大学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2012346</w:t>
            </w:r>
          </w:p>
        </w:tc>
        <w:tc>
          <w:tcPr>
            <w:tcW w:type="dxa" w:w="1728"/>
          </w:tcPr>
          <w:p>
            <w:r>
              <w:t>何瑶婷</w:t>
            </w:r>
          </w:p>
        </w:tc>
        <w:tc>
          <w:tcPr>
            <w:tcW w:type="dxa" w:w="1728"/>
          </w:tcPr>
          <w:p>
            <w:r>
              <w:t>长春理工大学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2006792</w:t>
            </w:r>
          </w:p>
        </w:tc>
        <w:tc>
          <w:tcPr>
            <w:tcW w:type="dxa" w:w="1728"/>
          </w:tcPr>
          <w:p>
            <w:r>
              <w:t>周流芳</w:t>
            </w:r>
          </w:p>
        </w:tc>
        <w:tc>
          <w:tcPr>
            <w:tcW w:type="dxa" w:w="1728"/>
          </w:tcPr>
          <w:p>
            <w:r>
              <w:t>东华大学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2013745</w:t>
            </w:r>
          </w:p>
        </w:tc>
        <w:tc>
          <w:tcPr>
            <w:tcW w:type="dxa" w:w="1728"/>
          </w:tcPr>
          <w:p>
            <w:r>
              <w:t>李洋</w:t>
            </w:r>
          </w:p>
        </w:tc>
        <w:tc>
          <w:tcPr>
            <w:tcW w:type="dxa" w:w="1728"/>
          </w:tcPr>
          <w:p>
            <w:r>
              <w:t>东华大学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2006266</w:t>
            </w:r>
          </w:p>
        </w:tc>
        <w:tc>
          <w:tcPr>
            <w:tcW w:type="dxa" w:w="1728"/>
          </w:tcPr>
          <w:p>
            <w:r>
              <w:t>陆游游</w:t>
            </w:r>
          </w:p>
        </w:tc>
        <w:tc>
          <w:tcPr>
            <w:tcW w:type="dxa" w:w="1728"/>
          </w:tcPr>
          <w:p>
            <w:r>
              <w:t>东华大学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2012821</w:t>
            </w:r>
          </w:p>
        </w:tc>
        <w:tc>
          <w:tcPr>
            <w:tcW w:type="dxa" w:w="1728"/>
          </w:tcPr>
          <w:p>
            <w:r>
              <w:t>史书宽</w:t>
            </w:r>
          </w:p>
        </w:tc>
        <w:tc>
          <w:tcPr>
            <w:tcW w:type="dxa" w:w="1728"/>
          </w:tcPr>
          <w:p>
            <w:r>
              <w:t>东华大学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2013449</w:t>
            </w:r>
          </w:p>
        </w:tc>
        <w:tc>
          <w:tcPr>
            <w:tcW w:type="dxa" w:w="1728"/>
          </w:tcPr>
          <w:p>
            <w:r>
              <w:t>杨美玲</w:t>
            </w:r>
          </w:p>
        </w:tc>
        <w:tc>
          <w:tcPr>
            <w:tcW w:type="dxa" w:w="1728"/>
          </w:tcPr>
          <w:p>
            <w:r>
              <w:t>长春理工大学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2011053</w:t>
            </w:r>
          </w:p>
        </w:tc>
        <w:tc>
          <w:tcPr>
            <w:tcW w:type="dxa" w:w="1728"/>
          </w:tcPr>
          <w:p>
            <w:r>
              <w:t>朱佳新</w:t>
            </w:r>
          </w:p>
        </w:tc>
        <w:tc>
          <w:tcPr>
            <w:tcW w:type="dxa" w:w="1728"/>
          </w:tcPr>
          <w:p>
            <w:r>
              <w:t>南昌大学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2005261</w:t>
            </w:r>
          </w:p>
        </w:tc>
        <w:tc>
          <w:tcPr>
            <w:tcW w:type="dxa" w:w="1728"/>
          </w:tcPr>
          <w:p>
            <w:r>
              <w:t>王小钒</w:t>
            </w:r>
          </w:p>
        </w:tc>
        <w:tc>
          <w:tcPr>
            <w:tcW w:type="dxa" w:w="1728"/>
          </w:tcPr>
          <w:p>
            <w:r>
              <w:t>湘潭大学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2013588</w:t>
            </w:r>
          </w:p>
        </w:tc>
        <w:tc>
          <w:tcPr>
            <w:tcW w:type="dxa" w:w="1728"/>
          </w:tcPr>
          <w:p>
            <w:r>
              <w:t>孔庆慧</w:t>
            </w:r>
          </w:p>
        </w:tc>
        <w:tc>
          <w:tcPr>
            <w:tcW w:type="dxa" w:w="1728"/>
          </w:tcPr>
          <w:p>
            <w:r>
              <w:t>燕山大学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2008994</w:t>
            </w:r>
          </w:p>
        </w:tc>
        <w:tc>
          <w:tcPr>
            <w:tcW w:type="dxa" w:w="1728"/>
          </w:tcPr>
          <w:p>
            <w:r>
              <w:t>高雅</w:t>
            </w:r>
          </w:p>
        </w:tc>
        <w:tc>
          <w:tcPr>
            <w:tcW w:type="dxa" w:w="1728"/>
          </w:tcPr>
          <w:p>
            <w:r>
              <w:t>合肥工业大学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2013586</w:t>
            </w:r>
          </w:p>
        </w:tc>
        <w:tc>
          <w:tcPr>
            <w:tcW w:type="dxa" w:w="1728"/>
          </w:tcPr>
          <w:p>
            <w:r>
              <w:t>张馨月</w:t>
            </w:r>
          </w:p>
        </w:tc>
        <w:tc>
          <w:tcPr>
            <w:tcW w:type="dxa" w:w="1728"/>
          </w:tcPr>
          <w:p>
            <w:r>
              <w:t>燕山大学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2011771</w:t>
            </w:r>
          </w:p>
        </w:tc>
        <w:tc>
          <w:tcPr>
            <w:tcW w:type="dxa" w:w="1728"/>
          </w:tcPr>
          <w:p>
            <w:r>
              <w:t>李慧</w:t>
            </w:r>
          </w:p>
        </w:tc>
        <w:tc>
          <w:tcPr>
            <w:tcW w:type="dxa" w:w="1728"/>
          </w:tcPr>
          <w:p>
            <w:r>
              <w:t>济南大学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2007509</w:t>
            </w:r>
          </w:p>
        </w:tc>
        <w:tc>
          <w:tcPr>
            <w:tcW w:type="dxa" w:w="1728"/>
          </w:tcPr>
          <w:p>
            <w:r>
              <w:t>郑焱</w:t>
            </w:r>
          </w:p>
        </w:tc>
        <w:tc>
          <w:tcPr>
            <w:tcW w:type="dxa" w:w="1728"/>
          </w:tcPr>
          <w:p>
            <w:r>
              <w:t>中国矿业大学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2008586</w:t>
            </w:r>
          </w:p>
        </w:tc>
        <w:tc>
          <w:tcPr>
            <w:tcW w:type="dxa" w:w="1728"/>
          </w:tcPr>
          <w:p>
            <w:r>
              <w:t>张婧逸</w:t>
            </w:r>
          </w:p>
        </w:tc>
        <w:tc>
          <w:tcPr>
            <w:tcW w:type="dxa" w:w="1728"/>
          </w:tcPr>
          <w:p>
            <w:r>
              <w:t>中国矿业大学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2011384</w:t>
            </w:r>
          </w:p>
        </w:tc>
        <w:tc>
          <w:tcPr>
            <w:tcW w:type="dxa" w:w="1728"/>
          </w:tcPr>
          <w:p>
            <w:r>
              <w:t>刘铭悦</w:t>
            </w:r>
          </w:p>
        </w:tc>
        <w:tc>
          <w:tcPr>
            <w:tcW w:type="dxa" w:w="1728"/>
          </w:tcPr>
          <w:p>
            <w:r>
              <w:t>长春理工大学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2012649</w:t>
            </w:r>
          </w:p>
        </w:tc>
        <w:tc>
          <w:tcPr>
            <w:tcW w:type="dxa" w:w="1728"/>
          </w:tcPr>
          <w:p>
            <w:r>
              <w:t>袁伊蝶</w:t>
            </w:r>
          </w:p>
        </w:tc>
        <w:tc>
          <w:tcPr>
            <w:tcW w:type="dxa" w:w="1728"/>
          </w:tcPr>
          <w:p>
            <w:r>
              <w:t>西南大学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2013845</w:t>
            </w:r>
          </w:p>
        </w:tc>
        <w:tc>
          <w:tcPr>
            <w:tcW w:type="dxa" w:w="1728"/>
          </w:tcPr>
          <w:p>
            <w:r>
              <w:t>佟永乐</w:t>
            </w:r>
          </w:p>
        </w:tc>
        <w:tc>
          <w:tcPr>
            <w:tcW w:type="dxa" w:w="1728"/>
          </w:tcPr>
          <w:p>
            <w:r>
              <w:t>合肥工业大学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2010968</w:t>
            </w:r>
          </w:p>
        </w:tc>
        <w:tc>
          <w:tcPr>
            <w:tcW w:type="dxa" w:w="1728"/>
          </w:tcPr>
          <w:p>
            <w:r>
              <w:t>高雷</w:t>
            </w:r>
          </w:p>
        </w:tc>
        <w:tc>
          <w:tcPr>
            <w:tcW w:type="dxa" w:w="1728"/>
          </w:tcPr>
          <w:p>
            <w:r>
              <w:t>南京理工大学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2013037</w:t>
            </w:r>
          </w:p>
        </w:tc>
        <w:tc>
          <w:tcPr>
            <w:tcW w:type="dxa" w:w="1728"/>
          </w:tcPr>
          <w:p>
            <w:r>
              <w:t>庄怡凡</w:t>
            </w:r>
          </w:p>
        </w:tc>
        <w:tc>
          <w:tcPr>
            <w:tcW w:type="dxa" w:w="1728"/>
          </w:tcPr>
          <w:p>
            <w:r>
              <w:t>河南科技大学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2010312</w:t>
            </w:r>
          </w:p>
        </w:tc>
        <w:tc>
          <w:tcPr>
            <w:tcW w:type="dxa" w:w="1728"/>
          </w:tcPr>
          <w:p>
            <w:r>
              <w:t>马文琦</w:t>
            </w:r>
          </w:p>
        </w:tc>
        <w:tc>
          <w:tcPr>
            <w:tcW w:type="dxa" w:w="1728"/>
          </w:tcPr>
          <w:p>
            <w:r>
              <w:t>中国矿业大学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22</w:t>
            </w:r>
          </w:p>
        </w:tc>
        <w:tc>
          <w:tcPr>
            <w:tcW w:type="dxa" w:w="1728"/>
          </w:tcPr>
          <w:p>
            <w:r>
              <w:t>2006206</w:t>
            </w:r>
          </w:p>
        </w:tc>
        <w:tc>
          <w:tcPr>
            <w:tcW w:type="dxa" w:w="1728"/>
          </w:tcPr>
          <w:p>
            <w:r>
              <w:t>王荦敏</w:t>
            </w:r>
          </w:p>
        </w:tc>
        <w:tc>
          <w:tcPr>
            <w:tcW w:type="dxa" w:w="1728"/>
          </w:tcPr>
          <w:p>
            <w:r>
              <w:t>中国矿业大学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2009248</w:t>
            </w:r>
          </w:p>
        </w:tc>
        <w:tc>
          <w:tcPr>
            <w:tcW w:type="dxa" w:w="1728"/>
          </w:tcPr>
          <w:p>
            <w:r>
              <w:t>车雷声</w:t>
            </w:r>
          </w:p>
        </w:tc>
        <w:tc>
          <w:tcPr>
            <w:tcW w:type="dxa" w:w="1728"/>
          </w:tcPr>
          <w:p>
            <w:r>
              <w:t>南京信息工程大学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2011388</w:t>
            </w:r>
          </w:p>
        </w:tc>
        <w:tc>
          <w:tcPr>
            <w:tcW w:type="dxa" w:w="1728"/>
          </w:tcPr>
          <w:p>
            <w:r>
              <w:t>张天博</w:t>
            </w:r>
          </w:p>
        </w:tc>
        <w:tc>
          <w:tcPr>
            <w:tcW w:type="dxa" w:w="1728"/>
          </w:tcPr>
          <w:p>
            <w:r>
              <w:t>南京工业大学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25</w:t>
            </w:r>
          </w:p>
        </w:tc>
        <w:tc>
          <w:tcPr>
            <w:tcW w:type="dxa" w:w="1728"/>
          </w:tcPr>
          <w:p>
            <w:r>
              <w:t>2013799</w:t>
            </w:r>
          </w:p>
        </w:tc>
        <w:tc>
          <w:tcPr>
            <w:tcW w:type="dxa" w:w="1728"/>
          </w:tcPr>
          <w:p>
            <w:r>
              <w:t>胡智昆</w:t>
            </w:r>
          </w:p>
        </w:tc>
        <w:tc>
          <w:tcPr>
            <w:tcW w:type="dxa" w:w="1728"/>
          </w:tcPr>
          <w:p>
            <w:r>
              <w:t>中国矿业大学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26</w:t>
            </w:r>
          </w:p>
        </w:tc>
        <w:tc>
          <w:tcPr>
            <w:tcW w:type="dxa" w:w="1728"/>
          </w:tcPr>
          <w:p>
            <w:r>
              <w:t>2012684</w:t>
            </w:r>
          </w:p>
        </w:tc>
        <w:tc>
          <w:tcPr>
            <w:tcW w:type="dxa" w:w="1728"/>
          </w:tcPr>
          <w:p>
            <w:r>
              <w:t>龚熠莉</w:t>
            </w:r>
          </w:p>
        </w:tc>
        <w:tc>
          <w:tcPr>
            <w:tcW w:type="dxa" w:w="1728"/>
          </w:tcPr>
          <w:p>
            <w:r>
              <w:t>合肥工业大学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27</w:t>
            </w:r>
          </w:p>
        </w:tc>
        <w:tc>
          <w:tcPr>
            <w:tcW w:type="dxa" w:w="1728"/>
          </w:tcPr>
          <w:p>
            <w:r>
              <w:t>2011613</w:t>
            </w:r>
          </w:p>
        </w:tc>
        <w:tc>
          <w:tcPr>
            <w:tcW w:type="dxa" w:w="1728"/>
          </w:tcPr>
          <w:p>
            <w:r>
              <w:t>李龙</w:t>
            </w:r>
          </w:p>
        </w:tc>
        <w:tc>
          <w:tcPr>
            <w:tcW w:type="dxa" w:w="1728"/>
          </w:tcPr>
          <w:p>
            <w:r>
              <w:t>合肥工业大学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28</w:t>
            </w:r>
          </w:p>
        </w:tc>
        <w:tc>
          <w:tcPr>
            <w:tcW w:type="dxa" w:w="1728"/>
          </w:tcPr>
          <w:p>
            <w:r>
              <w:t>2013949</w:t>
            </w:r>
          </w:p>
        </w:tc>
        <w:tc>
          <w:tcPr>
            <w:tcW w:type="dxa" w:w="1728"/>
          </w:tcPr>
          <w:p>
            <w:r>
              <w:t>李梦奇</w:t>
            </w:r>
          </w:p>
        </w:tc>
        <w:tc>
          <w:tcPr>
            <w:tcW w:type="dxa" w:w="1728"/>
          </w:tcPr>
          <w:p>
            <w:r>
              <w:t>合肥工业大学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29</w:t>
            </w:r>
          </w:p>
        </w:tc>
        <w:tc>
          <w:tcPr>
            <w:tcW w:type="dxa" w:w="1728"/>
          </w:tcPr>
          <w:p>
            <w:r>
              <w:t>2010175</w:t>
            </w:r>
          </w:p>
        </w:tc>
        <w:tc>
          <w:tcPr>
            <w:tcW w:type="dxa" w:w="1728"/>
          </w:tcPr>
          <w:p>
            <w:r>
              <w:t>杨淑娟</w:t>
            </w:r>
          </w:p>
        </w:tc>
        <w:tc>
          <w:tcPr>
            <w:tcW w:type="dxa" w:w="1728"/>
          </w:tcPr>
          <w:p>
            <w:r>
              <w:t>福州大学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30</w:t>
            </w:r>
          </w:p>
        </w:tc>
        <w:tc>
          <w:tcPr>
            <w:tcW w:type="dxa" w:w="1728"/>
          </w:tcPr>
          <w:p>
            <w:r>
              <w:t>2009864</w:t>
            </w:r>
          </w:p>
        </w:tc>
        <w:tc>
          <w:tcPr>
            <w:tcW w:type="dxa" w:w="1728"/>
          </w:tcPr>
          <w:p>
            <w:r>
              <w:t>厉彦浩</w:t>
            </w:r>
          </w:p>
        </w:tc>
        <w:tc>
          <w:tcPr>
            <w:tcW w:type="dxa" w:w="1728"/>
          </w:tcPr>
          <w:p>
            <w:r>
              <w:t>中国矿业大学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31</w:t>
            </w:r>
          </w:p>
        </w:tc>
        <w:tc>
          <w:tcPr>
            <w:tcW w:type="dxa" w:w="1728"/>
          </w:tcPr>
          <w:p>
            <w:r>
              <w:t>2014515</w:t>
            </w:r>
          </w:p>
        </w:tc>
        <w:tc>
          <w:tcPr>
            <w:tcW w:type="dxa" w:w="1728"/>
          </w:tcPr>
          <w:p>
            <w:r>
              <w:t>刘腾洲</w:t>
            </w:r>
          </w:p>
        </w:tc>
        <w:tc>
          <w:tcPr>
            <w:tcW w:type="dxa" w:w="1728"/>
          </w:tcPr>
          <w:p>
            <w:r>
              <w:t>南京理工大学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32</w:t>
            </w:r>
          </w:p>
        </w:tc>
        <w:tc>
          <w:tcPr>
            <w:tcW w:type="dxa" w:w="1728"/>
          </w:tcPr>
          <w:p>
            <w:r>
              <w:t>2012402</w:t>
            </w:r>
          </w:p>
        </w:tc>
        <w:tc>
          <w:tcPr>
            <w:tcW w:type="dxa" w:w="1728"/>
          </w:tcPr>
          <w:p>
            <w:r>
              <w:t>方芸</w:t>
            </w:r>
          </w:p>
        </w:tc>
        <w:tc>
          <w:tcPr>
            <w:tcW w:type="dxa" w:w="1728"/>
          </w:tcPr>
          <w:p>
            <w:r>
              <w:t>南昌大学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33</w:t>
            </w:r>
          </w:p>
        </w:tc>
        <w:tc>
          <w:tcPr>
            <w:tcW w:type="dxa" w:w="1728"/>
          </w:tcPr>
          <w:p>
            <w:r>
              <w:t>2012030</w:t>
            </w:r>
          </w:p>
        </w:tc>
        <w:tc>
          <w:tcPr>
            <w:tcW w:type="dxa" w:w="1728"/>
          </w:tcPr>
          <w:p>
            <w:r>
              <w:t>杨博茗</w:t>
            </w:r>
          </w:p>
        </w:tc>
        <w:tc>
          <w:tcPr>
            <w:tcW w:type="dxa" w:w="1728"/>
          </w:tcPr>
          <w:p>
            <w:r>
              <w:t>湘潭大学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34</w:t>
            </w:r>
          </w:p>
        </w:tc>
        <w:tc>
          <w:tcPr>
            <w:tcW w:type="dxa" w:w="1728"/>
          </w:tcPr>
          <w:p>
            <w:r>
              <w:t>2012965</w:t>
            </w:r>
          </w:p>
        </w:tc>
        <w:tc>
          <w:tcPr>
            <w:tcW w:type="dxa" w:w="1728"/>
          </w:tcPr>
          <w:p>
            <w:r>
              <w:t>陈鹏宇</w:t>
            </w:r>
          </w:p>
        </w:tc>
        <w:tc>
          <w:tcPr>
            <w:tcW w:type="dxa" w:w="1728"/>
          </w:tcPr>
          <w:p>
            <w:r>
              <w:t>南京工业大学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35</w:t>
            </w:r>
          </w:p>
        </w:tc>
        <w:tc>
          <w:tcPr>
            <w:tcW w:type="dxa" w:w="1728"/>
          </w:tcPr>
          <w:p>
            <w:r>
              <w:t>2013800</w:t>
            </w:r>
          </w:p>
        </w:tc>
        <w:tc>
          <w:tcPr>
            <w:tcW w:type="dxa" w:w="1728"/>
          </w:tcPr>
          <w:p>
            <w:r>
              <w:t>戚鑫梅</w:t>
            </w:r>
          </w:p>
        </w:tc>
        <w:tc>
          <w:tcPr>
            <w:tcW w:type="dxa" w:w="1728"/>
          </w:tcPr>
          <w:p>
            <w:r>
              <w:t>中国矿业大学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36</w:t>
            </w:r>
          </w:p>
        </w:tc>
        <w:tc>
          <w:tcPr>
            <w:tcW w:type="dxa" w:w="1728"/>
          </w:tcPr>
          <w:p>
            <w:r>
              <w:t>2009931</w:t>
            </w:r>
          </w:p>
        </w:tc>
        <w:tc>
          <w:tcPr>
            <w:tcW w:type="dxa" w:w="1728"/>
          </w:tcPr>
          <w:p>
            <w:r>
              <w:t>黄宇笛</w:t>
            </w:r>
          </w:p>
        </w:tc>
        <w:tc>
          <w:tcPr>
            <w:tcW w:type="dxa" w:w="1728"/>
          </w:tcPr>
          <w:p>
            <w:r>
              <w:t>苏州大学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37</w:t>
            </w:r>
          </w:p>
        </w:tc>
        <w:tc>
          <w:tcPr>
            <w:tcW w:type="dxa" w:w="1728"/>
          </w:tcPr>
          <w:p>
            <w:r>
              <w:t>2006260</w:t>
            </w:r>
          </w:p>
        </w:tc>
        <w:tc>
          <w:tcPr>
            <w:tcW w:type="dxa" w:w="1728"/>
          </w:tcPr>
          <w:p>
            <w:r>
              <w:t>朱潇</w:t>
            </w:r>
          </w:p>
        </w:tc>
        <w:tc>
          <w:tcPr>
            <w:tcW w:type="dxa" w:w="1728"/>
          </w:tcPr>
          <w:p>
            <w:r>
              <w:t>湘潭大学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38</w:t>
            </w:r>
          </w:p>
        </w:tc>
        <w:tc>
          <w:tcPr>
            <w:tcW w:type="dxa" w:w="1728"/>
          </w:tcPr>
          <w:p>
            <w:r>
              <w:t>2014476</w:t>
            </w:r>
          </w:p>
        </w:tc>
        <w:tc>
          <w:tcPr>
            <w:tcW w:type="dxa" w:w="1728"/>
          </w:tcPr>
          <w:p>
            <w:r>
              <w:t>张君伟</w:t>
            </w:r>
          </w:p>
        </w:tc>
        <w:tc>
          <w:tcPr>
            <w:tcW w:type="dxa" w:w="1728"/>
          </w:tcPr>
          <w:p>
            <w:r>
              <w:t>海南大学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39</w:t>
            </w:r>
          </w:p>
        </w:tc>
        <w:tc>
          <w:tcPr>
            <w:tcW w:type="dxa" w:w="1728"/>
          </w:tcPr>
          <w:p>
            <w:r>
              <w:t>2012679</w:t>
            </w:r>
          </w:p>
        </w:tc>
        <w:tc>
          <w:tcPr>
            <w:tcW w:type="dxa" w:w="1728"/>
          </w:tcPr>
          <w:p>
            <w:r>
              <w:t>李江潇</w:t>
            </w:r>
          </w:p>
        </w:tc>
        <w:tc>
          <w:tcPr>
            <w:tcW w:type="dxa" w:w="1728"/>
          </w:tcPr>
          <w:p>
            <w:r>
              <w:t>南昌大学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​</w:t>
            </w:r>
          </w:p>
        </w:tc>
      </w:tr>
      <w:tr>
        <w:tc>
          <w:tcPr>
            <w:tcW w:type="dxa" w:w="1728"/>
          </w:tcPr>
          <w:p>
            <w:r>
              <w:t>​</w:t>
            </w:r>
          </w:p>
        </w:tc>
        <w:tc>
          <w:tcPr>
            <w:tcW w:type="dxa" w:w="1728"/>
          </w:tcPr>
          <w:p>
            <w:r>
              <w:t>注：本名单不含7月份参加我院夏令营面试学生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