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数学系2014届免试攻读硕士研究生推荐名单公示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根据东南大学文件精神和数学系推荐免试研究生细则，经学生申请、院系考核，现将数学系推荐为2014面试攻读硕士学位研究生的名单公示如下，公示时间一周。数学与应用数学专业：恽钧超秦成明肖斌陶为润孙丁茜黄群信息与计算科学专业：倪佩瑶刘兵周欣陈天鹏王璐统计学专业：梁艳朱玉君周鹏程蒋丽怡黄鹏飞施敏夏泳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东南大学数学系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