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数学学院接收2021级推荐免试研究生考核结果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申请编号</w:t>
            </w:r>
          </w:p>
        </w:tc>
        <w:tc>
          <w:tcPr>
            <w:tcW w:type="dxa" w:w="1440"/>
          </w:tcPr>
          <w:p>
            <w:r>
              <w:t>姓名</w:t>
            </w:r>
          </w:p>
        </w:tc>
        <w:tc>
          <w:tcPr>
            <w:tcW w:type="dxa" w:w="1440"/>
          </w:tcPr>
          <w:p>
            <w:r>
              <w:t>考核成绩</w:t>
            </w:r>
          </w:p>
        </w:tc>
        <w:tc>
          <w:tcPr>
            <w:tcW w:type="dxa" w:w="1440"/>
          </w:tcPr>
          <w:p>
            <w:r>
              <w:t>专业</w:t>
            </w:r>
          </w:p>
        </w:tc>
        <w:tc>
          <w:tcPr>
            <w:tcW w:type="dxa" w:w="1440"/>
          </w:tcPr>
          <w:p>
            <w:r>
              <w:t>硕士/博士</w:t>
            </w:r>
          </w:p>
        </w:tc>
        <w:tc>
          <w:tcPr>
            <w:tcW w:type="dxa" w:w="1440"/>
          </w:tcPr>
          <w:p>
            <w:r>
              <w:t>考核结果（拟接收/待定/不接收）</w:t>
            </w:r>
          </w:p>
        </w:tc>
      </w:tr>
      <w:tr>
        <w:tc>
          <w:tcPr>
            <w:tcW w:type="dxa" w:w="1440"/>
          </w:tcPr>
          <w:p>
            <w:r>
              <w:t>2119115</w:t>
            </w:r>
          </w:p>
        </w:tc>
        <w:tc>
          <w:tcPr>
            <w:tcW w:type="dxa" w:w="1440"/>
          </w:tcPr>
          <w:p>
            <w:r>
              <w:t>付若磊</w:t>
            </w:r>
          </w:p>
        </w:tc>
        <w:tc>
          <w:tcPr>
            <w:tcW w:type="dxa" w:w="1440"/>
          </w:tcPr>
          <w:p>
            <w:r>
              <w:t>86.86</w:t>
            </w:r>
          </w:p>
        </w:tc>
        <w:tc>
          <w:tcPr>
            <w:tcW w:type="dxa" w:w="1440"/>
          </w:tcPr>
          <w:p>
            <w:r>
              <w:t>数学</w:t>
            </w:r>
          </w:p>
        </w:tc>
        <w:tc>
          <w:tcPr>
            <w:tcW w:type="dxa" w:w="1440"/>
          </w:tcPr>
          <w:p>
            <w:r>
              <w:t>博士</w:t>
            </w:r>
          </w:p>
        </w:tc>
        <w:tc>
          <w:tcPr>
            <w:tcW w:type="dxa" w:w="1440"/>
          </w:tcPr>
          <w:p>
            <w:r>
              <w:t>拟接收</w:t>
            </w:r>
          </w:p>
        </w:tc>
      </w:tr>
      <w:tr>
        <w:tc>
          <w:tcPr>
            <w:tcW w:type="dxa" w:w="1440"/>
          </w:tcPr>
          <w:p>
            <w:r>
              <w:t>2104597</w:t>
            </w:r>
          </w:p>
        </w:tc>
        <w:tc>
          <w:tcPr>
            <w:tcW w:type="dxa" w:w="1440"/>
          </w:tcPr>
          <w:p>
            <w:r>
              <w:t>王巧丹</w:t>
            </w:r>
          </w:p>
        </w:tc>
        <w:tc>
          <w:tcPr>
            <w:tcW w:type="dxa" w:w="1440"/>
          </w:tcPr>
          <w:p>
            <w:r>
              <w:t>93.66</w:t>
            </w:r>
          </w:p>
        </w:tc>
        <w:tc>
          <w:tcPr>
            <w:tcW w:type="dxa" w:w="1440"/>
          </w:tcPr>
          <w:p>
            <w:r>
              <w:t>数学</w:t>
            </w:r>
          </w:p>
        </w:tc>
        <w:tc>
          <w:tcPr>
            <w:tcW w:type="dxa" w:w="1440"/>
          </w:tcPr>
          <w:p>
            <w:r>
              <w:t>硕士</w:t>
            </w:r>
          </w:p>
        </w:tc>
        <w:tc>
          <w:tcPr>
            <w:tcW w:type="dxa" w:w="1440"/>
          </w:tcPr>
          <w:p>
            <w:r>
              <w:t>拟接收</w:t>
            </w:r>
          </w:p>
        </w:tc>
      </w:tr>
      <w:tr>
        <w:tc>
          <w:tcPr>
            <w:tcW w:type="dxa" w:w="1440"/>
          </w:tcPr>
          <w:p>
            <w:r>
              <w:t>2114648</w:t>
            </w:r>
          </w:p>
        </w:tc>
        <w:tc>
          <w:tcPr>
            <w:tcW w:type="dxa" w:w="1440"/>
          </w:tcPr>
          <w:p>
            <w:r>
              <w:t>刘冰倩</w:t>
            </w:r>
          </w:p>
        </w:tc>
        <w:tc>
          <w:tcPr>
            <w:tcW w:type="dxa" w:w="1440"/>
          </w:tcPr>
          <w:p>
            <w:r>
              <w:t>92.98</w:t>
            </w:r>
          </w:p>
        </w:tc>
        <w:tc>
          <w:tcPr>
            <w:tcW w:type="dxa" w:w="1440"/>
          </w:tcPr>
          <w:p>
            <w:r>
              <w:t>数学</w:t>
            </w:r>
          </w:p>
        </w:tc>
        <w:tc>
          <w:tcPr>
            <w:tcW w:type="dxa" w:w="1440"/>
          </w:tcPr>
          <w:p>
            <w:r>
              <w:t>硕士</w:t>
            </w:r>
          </w:p>
        </w:tc>
        <w:tc>
          <w:tcPr>
            <w:tcW w:type="dxa" w:w="1440"/>
          </w:tcPr>
          <w:p>
            <w:r>
              <w:t>拟接收</w:t>
            </w:r>
          </w:p>
        </w:tc>
      </w:tr>
      <w:tr>
        <w:tc>
          <w:tcPr>
            <w:tcW w:type="dxa" w:w="1440"/>
          </w:tcPr>
          <w:p>
            <w:r>
              <w:t>2105746</w:t>
            </w:r>
          </w:p>
        </w:tc>
        <w:tc>
          <w:tcPr>
            <w:tcW w:type="dxa" w:w="1440"/>
          </w:tcPr>
          <w:p>
            <w:r>
              <w:t>庄文昊</w:t>
            </w:r>
          </w:p>
        </w:tc>
        <w:tc>
          <w:tcPr>
            <w:tcW w:type="dxa" w:w="1440"/>
          </w:tcPr>
          <w:p>
            <w:r>
              <w:t>92.63</w:t>
            </w:r>
          </w:p>
        </w:tc>
        <w:tc>
          <w:tcPr>
            <w:tcW w:type="dxa" w:w="1440"/>
          </w:tcPr>
          <w:p>
            <w:r>
              <w:t>数学</w:t>
            </w:r>
          </w:p>
        </w:tc>
        <w:tc>
          <w:tcPr>
            <w:tcW w:type="dxa" w:w="1440"/>
          </w:tcPr>
          <w:p>
            <w:r>
              <w:t>硕士</w:t>
            </w:r>
          </w:p>
        </w:tc>
        <w:tc>
          <w:tcPr>
            <w:tcW w:type="dxa" w:w="1440"/>
          </w:tcPr>
          <w:p>
            <w:r>
              <w:t>拟接收</w:t>
            </w:r>
          </w:p>
        </w:tc>
      </w:tr>
      <w:tr>
        <w:tc>
          <w:tcPr>
            <w:tcW w:type="dxa" w:w="1440"/>
          </w:tcPr>
          <w:p>
            <w:r>
              <w:t>2112622</w:t>
            </w:r>
          </w:p>
        </w:tc>
        <w:tc>
          <w:tcPr>
            <w:tcW w:type="dxa" w:w="1440"/>
          </w:tcPr>
          <w:p>
            <w:r>
              <w:t>邱鑫敏</w:t>
            </w:r>
          </w:p>
        </w:tc>
        <w:tc>
          <w:tcPr>
            <w:tcW w:type="dxa" w:w="1440"/>
          </w:tcPr>
          <w:p>
            <w:r>
              <w:t>91.88</w:t>
            </w:r>
          </w:p>
        </w:tc>
        <w:tc>
          <w:tcPr>
            <w:tcW w:type="dxa" w:w="1440"/>
          </w:tcPr>
          <w:p>
            <w:r>
              <w:t>数学</w:t>
            </w:r>
          </w:p>
        </w:tc>
        <w:tc>
          <w:tcPr>
            <w:tcW w:type="dxa" w:w="1440"/>
          </w:tcPr>
          <w:p>
            <w:r>
              <w:t>硕士</w:t>
            </w:r>
          </w:p>
        </w:tc>
        <w:tc>
          <w:tcPr>
            <w:tcW w:type="dxa" w:w="1440"/>
          </w:tcPr>
          <w:p>
            <w:r>
              <w:t>拟接收</w:t>
            </w:r>
          </w:p>
        </w:tc>
      </w:tr>
      <w:tr>
        <w:tc>
          <w:tcPr>
            <w:tcW w:type="dxa" w:w="1440"/>
          </w:tcPr>
          <w:p>
            <w:r>
              <w:t>2115820</w:t>
            </w:r>
          </w:p>
        </w:tc>
        <w:tc>
          <w:tcPr>
            <w:tcW w:type="dxa" w:w="1440"/>
          </w:tcPr>
          <w:p>
            <w:r>
              <w:t>张雨佳</w:t>
            </w:r>
          </w:p>
        </w:tc>
        <w:tc>
          <w:tcPr>
            <w:tcW w:type="dxa" w:w="1440"/>
          </w:tcPr>
          <w:p>
            <w:r>
              <w:t>91.08</w:t>
            </w:r>
          </w:p>
        </w:tc>
        <w:tc>
          <w:tcPr>
            <w:tcW w:type="dxa" w:w="1440"/>
          </w:tcPr>
          <w:p>
            <w:r>
              <w:t>数学</w:t>
            </w:r>
          </w:p>
        </w:tc>
        <w:tc>
          <w:tcPr>
            <w:tcW w:type="dxa" w:w="1440"/>
          </w:tcPr>
          <w:p>
            <w:r>
              <w:t>硕士</w:t>
            </w:r>
          </w:p>
        </w:tc>
        <w:tc>
          <w:tcPr>
            <w:tcW w:type="dxa" w:w="1440"/>
          </w:tcPr>
          <w:p>
            <w:r>
              <w:t>拟接收</w:t>
            </w:r>
          </w:p>
        </w:tc>
      </w:tr>
      <w:tr>
        <w:tc>
          <w:tcPr>
            <w:tcW w:type="dxa" w:w="1440"/>
          </w:tcPr>
          <w:p>
            <w:r>
              <w:t>2119004</w:t>
            </w:r>
          </w:p>
        </w:tc>
        <w:tc>
          <w:tcPr>
            <w:tcW w:type="dxa" w:w="1440"/>
          </w:tcPr>
          <w:p>
            <w:r>
              <w:t>赵子隆</w:t>
            </w:r>
          </w:p>
        </w:tc>
        <w:tc>
          <w:tcPr>
            <w:tcW w:type="dxa" w:w="1440"/>
          </w:tcPr>
          <w:p>
            <w:r>
              <w:t>91.05</w:t>
            </w:r>
          </w:p>
        </w:tc>
        <w:tc>
          <w:tcPr>
            <w:tcW w:type="dxa" w:w="1440"/>
          </w:tcPr>
          <w:p>
            <w:r>
              <w:t>数学</w:t>
            </w:r>
          </w:p>
        </w:tc>
        <w:tc>
          <w:tcPr>
            <w:tcW w:type="dxa" w:w="1440"/>
          </w:tcPr>
          <w:p>
            <w:r>
              <w:t>硕士</w:t>
            </w:r>
          </w:p>
        </w:tc>
        <w:tc>
          <w:tcPr>
            <w:tcW w:type="dxa" w:w="1440"/>
          </w:tcPr>
          <w:p>
            <w:r>
              <w:t>拟接收</w:t>
            </w:r>
          </w:p>
        </w:tc>
      </w:tr>
      <w:tr>
        <w:tc>
          <w:tcPr>
            <w:tcW w:type="dxa" w:w="1440"/>
          </w:tcPr>
          <w:p>
            <w:r>
              <w:t>2105535</w:t>
            </w:r>
          </w:p>
        </w:tc>
        <w:tc>
          <w:tcPr>
            <w:tcW w:type="dxa" w:w="1440"/>
          </w:tcPr>
          <w:p>
            <w:r>
              <w:t>陶萌</w:t>
            </w:r>
          </w:p>
        </w:tc>
        <w:tc>
          <w:tcPr>
            <w:tcW w:type="dxa" w:w="1440"/>
          </w:tcPr>
          <w:p>
            <w:r>
              <w:t>90.67</w:t>
            </w:r>
          </w:p>
        </w:tc>
        <w:tc>
          <w:tcPr>
            <w:tcW w:type="dxa" w:w="1440"/>
          </w:tcPr>
          <w:p>
            <w:r>
              <w:t>数学</w:t>
            </w:r>
          </w:p>
        </w:tc>
        <w:tc>
          <w:tcPr>
            <w:tcW w:type="dxa" w:w="1440"/>
          </w:tcPr>
          <w:p>
            <w:r>
              <w:t>硕士</w:t>
            </w:r>
          </w:p>
        </w:tc>
        <w:tc>
          <w:tcPr>
            <w:tcW w:type="dxa" w:w="1440"/>
          </w:tcPr>
          <w:p>
            <w:r>
              <w:t>拟接收</w:t>
            </w:r>
          </w:p>
        </w:tc>
      </w:tr>
      <w:tr>
        <w:tc>
          <w:tcPr>
            <w:tcW w:type="dxa" w:w="1440"/>
          </w:tcPr>
          <w:p>
            <w:r>
              <w:t>2118564</w:t>
            </w:r>
          </w:p>
        </w:tc>
        <w:tc>
          <w:tcPr>
            <w:tcW w:type="dxa" w:w="1440"/>
          </w:tcPr>
          <w:p>
            <w:r>
              <w:t>张昀蔚</w:t>
            </w:r>
          </w:p>
        </w:tc>
        <w:tc>
          <w:tcPr>
            <w:tcW w:type="dxa" w:w="1440"/>
          </w:tcPr>
          <w:p>
            <w:r>
              <w:t>90.67</w:t>
            </w:r>
          </w:p>
        </w:tc>
        <w:tc>
          <w:tcPr>
            <w:tcW w:type="dxa" w:w="1440"/>
          </w:tcPr>
          <w:p>
            <w:r>
              <w:t>数学</w:t>
            </w:r>
          </w:p>
        </w:tc>
        <w:tc>
          <w:tcPr>
            <w:tcW w:type="dxa" w:w="1440"/>
          </w:tcPr>
          <w:p>
            <w:r>
              <w:t>硕士</w:t>
            </w:r>
          </w:p>
        </w:tc>
        <w:tc>
          <w:tcPr>
            <w:tcW w:type="dxa" w:w="1440"/>
          </w:tcPr>
          <w:p>
            <w:r>
              <w:t>拟接收</w:t>
            </w:r>
          </w:p>
        </w:tc>
      </w:tr>
      <w:tr>
        <w:tc>
          <w:tcPr>
            <w:tcW w:type="dxa" w:w="1440"/>
          </w:tcPr>
          <w:p>
            <w:r>
              <w:t>2115688</w:t>
            </w:r>
          </w:p>
        </w:tc>
        <w:tc>
          <w:tcPr>
            <w:tcW w:type="dxa" w:w="1440"/>
          </w:tcPr>
          <w:p>
            <w:r>
              <w:t>李珊</w:t>
            </w:r>
          </w:p>
        </w:tc>
        <w:tc>
          <w:tcPr>
            <w:tcW w:type="dxa" w:w="1440"/>
          </w:tcPr>
          <w:p>
            <w:r>
              <w:t>90.14</w:t>
            </w:r>
          </w:p>
        </w:tc>
        <w:tc>
          <w:tcPr>
            <w:tcW w:type="dxa" w:w="1440"/>
          </w:tcPr>
          <w:p>
            <w:r>
              <w:t>数学</w:t>
            </w:r>
          </w:p>
        </w:tc>
        <w:tc>
          <w:tcPr>
            <w:tcW w:type="dxa" w:w="1440"/>
          </w:tcPr>
          <w:p>
            <w:r>
              <w:t>硕士</w:t>
            </w:r>
          </w:p>
        </w:tc>
        <w:tc>
          <w:tcPr>
            <w:tcW w:type="dxa" w:w="1440"/>
          </w:tcPr>
          <w:p>
            <w:r>
              <w:t>拟接收</w:t>
            </w:r>
          </w:p>
        </w:tc>
      </w:tr>
      <w:tr>
        <w:tc>
          <w:tcPr>
            <w:tcW w:type="dxa" w:w="1440"/>
          </w:tcPr>
          <w:p>
            <w:r>
              <w:t>2116333</w:t>
            </w:r>
          </w:p>
        </w:tc>
        <w:tc>
          <w:tcPr>
            <w:tcW w:type="dxa" w:w="1440"/>
          </w:tcPr>
          <w:p>
            <w:r>
              <w:t>祁兆薇</w:t>
            </w:r>
          </w:p>
        </w:tc>
        <w:tc>
          <w:tcPr>
            <w:tcW w:type="dxa" w:w="1440"/>
          </w:tcPr>
          <w:p>
            <w:r>
              <w:t>90.13</w:t>
            </w:r>
          </w:p>
        </w:tc>
        <w:tc>
          <w:tcPr>
            <w:tcW w:type="dxa" w:w="1440"/>
          </w:tcPr>
          <w:p>
            <w:r>
              <w:t>数学</w:t>
            </w:r>
          </w:p>
        </w:tc>
        <w:tc>
          <w:tcPr>
            <w:tcW w:type="dxa" w:w="1440"/>
          </w:tcPr>
          <w:p>
            <w:r>
              <w:t>硕士</w:t>
            </w:r>
          </w:p>
        </w:tc>
        <w:tc>
          <w:tcPr>
            <w:tcW w:type="dxa" w:w="1440"/>
          </w:tcPr>
          <w:p>
            <w:r>
              <w:t>拟接收</w:t>
            </w:r>
          </w:p>
        </w:tc>
      </w:tr>
      <w:tr>
        <w:tc>
          <w:tcPr>
            <w:tcW w:type="dxa" w:w="1440"/>
          </w:tcPr>
          <w:p>
            <w:r>
              <w:t>2118676</w:t>
            </w:r>
          </w:p>
        </w:tc>
        <w:tc>
          <w:tcPr>
            <w:tcW w:type="dxa" w:w="1440"/>
          </w:tcPr>
          <w:p>
            <w:r>
              <w:t>徐淑贤</w:t>
            </w:r>
          </w:p>
        </w:tc>
        <w:tc>
          <w:tcPr>
            <w:tcW w:type="dxa" w:w="1440"/>
          </w:tcPr>
          <w:p>
            <w:r>
              <w:t>90.08</w:t>
            </w:r>
          </w:p>
        </w:tc>
        <w:tc>
          <w:tcPr>
            <w:tcW w:type="dxa" w:w="1440"/>
          </w:tcPr>
          <w:p>
            <w:r>
              <w:t>数学</w:t>
            </w:r>
          </w:p>
        </w:tc>
        <w:tc>
          <w:tcPr>
            <w:tcW w:type="dxa" w:w="1440"/>
          </w:tcPr>
          <w:p>
            <w:r>
              <w:t>硕士</w:t>
            </w:r>
          </w:p>
        </w:tc>
        <w:tc>
          <w:tcPr>
            <w:tcW w:type="dxa" w:w="1440"/>
          </w:tcPr>
          <w:p>
            <w:r>
              <w:t>拟接收</w:t>
            </w:r>
          </w:p>
        </w:tc>
      </w:tr>
      <w:tr>
        <w:tc>
          <w:tcPr>
            <w:tcW w:type="dxa" w:w="1440"/>
          </w:tcPr>
          <w:p>
            <w:r>
              <w:t>2118557</w:t>
            </w:r>
          </w:p>
        </w:tc>
        <w:tc>
          <w:tcPr>
            <w:tcW w:type="dxa" w:w="1440"/>
          </w:tcPr>
          <w:p>
            <w:r>
              <w:t>郭华夏</w:t>
            </w:r>
          </w:p>
        </w:tc>
        <w:tc>
          <w:tcPr>
            <w:tcW w:type="dxa" w:w="1440"/>
          </w:tcPr>
          <w:p>
            <w:r>
              <w:t>89.54</w:t>
            </w:r>
          </w:p>
        </w:tc>
        <w:tc>
          <w:tcPr>
            <w:tcW w:type="dxa" w:w="1440"/>
          </w:tcPr>
          <w:p>
            <w:r>
              <w:t>数学</w:t>
            </w:r>
          </w:p>
        </w:tc>
        <w:tc>
          <w:tcPr>
            <w:tcW w:type="dxa" w:w="1440"/>
          </w:tcPr>
          <w:p>
            <w:r>
              <w:t>硕士</w:t>
            </w:r>
          </w:p>
        </w:tc>
        <w:tc>
          <w:tcPr>
            <w:tcW w:type="dxa" w:w="1440"/>
          </w:tcPr>
          <w:p>
            <w:r>
              <w:t>拟接收</w:t>
            </w:r>
          </w:p>
        </w:tc>
      </w:tr>
      <w:tr>
        <w:tc>
          <w:tcPr>
            <w:tcW w:type="dxa" w:w="1440"/>
          </w:tcPr>
          <w:p>
            <w:r>
              <w:t>2118290</w:t>
            </w:r>
          </w:p>
        </w:tc>
        <w:tc>
          <w:tcPr>
            <w:tcW w:type="dxa" w:w="1440"/>
          </w:tcPr>
          <w:p>
            <w:r>
              <w:t>吴重霖</w:t>
            </w:r>
          </w:p>
        </w:tc>
        <w:tc>
          <w:tcPr>
            <w:tcW w:type="dxa" w:w="1440"/>
          </w:tcPr>
          <w:p>
            <w:r>
              <w:t>89.38</w:t>
            </w:r>
          </w:p>
        </w:tc>
        <w:tc>
          <w:tcPr>
            <w:tcW w:type="dxa" w:w="1440"/>
          </w:tcPr>
          <w:p>
            <w:r>
              <w:t>数学</w:t>
            </w:r>
          </w:p>
        </w:tc>
        <w:tc>
          <w:tcPr>
            <w:tcW w:type="dxa" w:w="1440"/>
          </w:tcPr>
          <w:p>
            <w:r>
              <w:t>硕士</w:t>
            </w:r>
          </w:p>
        </w:tc>
        <w:tc>
          <w:tcPr>
            <w:tcW w:type="dxa" w:w="1440"/>
          </w:tcPr>
          <w:p>
            <w:r>
              <w:t>拟接收</w:t>
            </w:r>
          </w:p>
        </w:tc>
      </w:tr>
      <w:tr>
        <w:tc>
          <w:tcPr>
            <w:tcW w:type="dxa" w:w="1440"/>
          </w:tcPr>
          <w:p>
            <w:r>
              <w:t>2119412</w:t>
            </w:r>
          </w:p>
        </w:tc>
        <w:tc>
          <w:tcPr>
            <w:tcW w:type="dxa" w:w="1440"/>
          </w:tcPr>
          <w:p>
            <w:r>
              <w:t>郭彤彤</w:t>
            </w:r>
          </w:p>
        </w:tc>
        <w:tc>
          <w:tcPr>
            <w:tcW w:type="dxa" w:w="1440"/>
          </w:tcPr>
          <w:p>
            <w:r>
              <w:t>89.35</w:t>
            </w:r>
          </w:p>
        </w:tc>
        <w:tc>
          <w:tcPr>
            <w:tcW w:type="dxa" w:w="1440"/>
          </w:tcPr>
          <w:p>
            <w:r>
              <w:t>数学</w:t>
            </w:r>
          </w:p>
        </w:tc>
        <w:tc>
          <w:tcPr>
            <w:tcW w:type="dxa" w:w="1440"/>
          </w:tcPr>
          <w:p>
            <w:r>
              <w:t>硕士</w:t>
            </w:r>
          </w:p>
        </w:tc>
        <w:tc>
          <w:tcPr>
            <w:tcW w:type="dxa" w:w="1440"/>
          </w:tcPr>
          <w:p>
            <w:r>
              <w:t>拟接收</w:t>
            </w:r>
          </w:p>
        </w:tc>
      </w:tr>
      <w:tr>
        <w:tc>
          <w:tcPr>
            <w:tcW w:type="dxa" w:w="1440"/>
          </w:tcPr>
          <w:p>
            <w:r>
              <w:t>2104784</w:t>
            </w:r>
          </w:p>
        </w:tc>
        <w:tc>
          <w:tcPr>
            <w:tcW w:type="dxa" w:w="1440"/>
          </w:tcPr>
          <w:p>
            <w:r>
              <w:t>王春元</w:t>
            </w:r>
          </w:p>
        </w:tc>
        <w:tc>
          <w:tcPr>
            <w:tcW w:type="dxa" w:w="1440"/>
          </w:tcPr>
          <w:p>
            <w:r>
              <w:t>89.28</w:t>
            </w:r>
          </w:p>
        </w:tc>
        <w:tc>
          <w:tcPr>
            <w:tcW w:type="dxa" w:w="1440"/>
          </w:tcPr>
          <w:p>
            <w:r>
              <w:t>数学</w:t>
            </w:r>
          </w:p>
        </w:tc>
        <w:tc>
          <w:tcPr>
            <w:tcW w:type="dxa" w:w="1440"/>
          </w:tcPr>
          <w:p>
            <w:r>
              <w:t>硕士</w:t>
            </w:r>
          </w:p>
        </w:tc>
        <w:tc>
          <w:tcPr>
            <w:tcW w:type="dxa" w:w="1440"/>
          </w:tcPr>
          <w:p>
            <w:r>
              <w:t>拟接收</w:t>
            </w:r>
          </w:p>
        </w:tc>
      </w:tr>
      <w:tr>
        <w:tc>
          <w:tcPr>
            <w:tcW w:type="dxa" w:w="1440"/>
          </w:tcPr>
          <w:p>
            <w:r>
              <w:t>2119153</w:t>
            </w:r>
          </w:p>
        </w:tc>
        <w:tc>
          <w:tcPr>
            <w:tcW w:type="dxa" w:w="1440"/>
          </w:tcPr>
          <w:p>
            <w:r>
              <w:t>庄启良</w:t>
            </w:r>
          </w:p>
        </w:tc>
        <w:tc>
          <w:tcPr>
            <w:tcW w:type="dxa" w:w="1440"/>
          </w:tcPr>
          <w:p>
            <w:r>
              <w:t>89.28</w:t>
            </w:r>
          </w:p>
        </w:tc>
        <w:tc>
          <w:tcPr>
            <w:tcW w:type="dxa" w:w="1440"/>
          </w:tcPr>
          <w:p>
            <w:r>
              <w:t>数学</w:t>
            </w:r>
          </w:p>
        </w:tc>
        <w:tc>
          <w:tcPr>
            <w:tcW w:type="dxa" w:w="1440"/>
          </w:tcPr>
          <w:p>
            <w:r>
              <w:t>硕士</w:t>
            </w:r>
          </w:p>
        </w:tc>
        <w:tc>
          <w:tcPr>
            <w:tcW w:type="dxa" w:w="1440"/>
          </w:tcPr>
          <w:p>
            <w:r>
              <w:t>拟接收</w:t>
            </w:r>
          </w:p>
        </w:tc>
      </w:tr>
      <w:tr>
        <w:tc>
          <w:tcPr>
            <w:tcW w:type="dxa" w:w="1440"/>
          </w:tcPr>
          <w:p>
            <w:r>
              <w:t>2107775</w:t>
            </w:r>
          </w:p>
        </w:tc>
        <w:tc>
          <w:tcPr>
            <w:tcW w:type="dxa" w:w="1440"/>
          </w:tcPr>
          <w:p>
            <w:r>
              <w:t>白舒伊</w:t>
            </w:r>
          </w:p>
        </w:tc>
        <w:tc>
          <w:tcPr>
            <w:tcW w:type="dxa" w:w="1440"/>
          </w:tcPr>
          <w:p>
            <w:r>
              <w:t>89.26</w:t>
            </w:r>
          </w:p>
        </w:tc>
        <w:tc>
          <w:tcPr>
            <w:tcW w:type="dxa" w:w="1440"/>
          </w:tcPr>
          <w:p>
            <w:r>
              <w:t>数学</w:t>
            </w:r>
          </w:p>
        </w:tc>
        <w:tc>
          <w:tcPr>
            <w:tcW w:type="dxa" w:w="1440"/>
          </w:tcPr>
          <w:p>
            <w:r>
              <w:t>硕士</w:t>
            </w:r>
          </w:p>
        </w:tc>
        <w:tc>
          <w:tcPr>
            <w:tcW w:type="dxa" w:w="1440"/>
          </w:tcPr>
          <w:p>
            <w:r>
              <w:t>拟接收</w:t>
            </w:r>
          </w:p>
        </w:tc>
      </w:tr>
      <w:tr>
        <w:tc>
          <w:tcPr>
            <w:tcW w:type="dxa" w:w="1440"/>
          </w:tcPr>
          <w:p>
            <w:r>
              <w:t>2113991</w:t>
            </w:r>
          </w:p>
        </w:tc>
        <w:tc>
          <w:tcPr>
            <w:tcW w:type="dxa" w:w="1440"/>
          </w:tcPr>
          <w:p>
            <w:r>
              <w:t>辛晨毓</w:t>
            </w:r>
          </w:p>
        </w:tc>
        <w:tc>
          <w:tcPr>
            <w:tcW w:type="dxa" w:w="1440"/>
          </w:tcPr>
          <w:p>
            <w:r>
              <w:t>89.26</w:t>
            </w:r>
          </w:p>
        </w:tc>
        <w:tc>
          <w:tcPr>
            <w:tcW w:type="dxa" w:w="1440"/>
          </w:tcPr>
          <w:p>
            <w:r>
              <w:t>数学</w:t>
            </w:r>
          </w:p>
        </w:tc>
        <w:tc>
          <w:tcPr>
            <w:tcW w:type="dxa" w:w="1440"/>
          </w:tcPr>
          <w:p>
            <w:r>
              <w:t>硕士</w:t>
            </w:r>
          </w:p>
        </w:tc>
        <w:tc>
          <w:tcPr>
            <w:tcW w:type="dxa" w:w="1440"/>
          </w:tcPr>
          <w:p>
            <w:r>
              <w:t>拟接收</w:t>
            </w:r>
          </w:p>
        </w:tc>
      </w:tr>
      <w:tr>
        <w:tc>
          <w:tcPr>
            <w:tcW w:type="dxa" w:w="1440"/>
          </w:tcPr>
          <w:p>
            <w:r>
              <w:t>2118819</w:t>
            </w:r>
          </w:p>
        </w:tc>
        <w:tc>
          <w:tcPr>
            <w:tcW w:type="dxa" w:w="1440"/>
          </w:tcPr>
          <w:p>
            <w:r>
              <w:t>左泽慧</w:t>
            </w:r>
          </w:p>
        </w:tc>
        <w:tc>
          <w:tcPr>
            <w:tcW w:type="dxa" w:w="1440"/>
          </w:tcPr>
          <w:p>
            <w:r>
              <w:t>89.26</w:t>
            </w:r>
          </w:p>
        </w:tc>
        <w:tc>
          <w:tcPr>
            <w:tcW w:type="dxa" w:w="1440"/>
          </w:tcPr>
          <w:p>
            <w:r>
              <w:t>数学</w:t>
            </w:r>
          </w:p>
        </w:tc>
        <w:tc>
          <w:tcPr>
            <w:tcW w:type="dxa" w:w="1440"/>
          </w:tcPr>
          <w:p>
            <w:r>
              <w:t>硕士</w:t>
            </w:r>
          </w:p>
        </w:tc>
        <w:tc>
          <w:tcPr>
            <w:tcW w:type="dxa" w:w="1440"/>
          </w:tcPr>
          <w:p>
            <w:r>
              <w:t>拟接收</w:t>
            </w:r>
          </w:p>
        </w:tc>
      </w:tr>
      <w:tr>
        <w:tc>
          <w:tcPr>
            <w:tcW w:type="dxa" w:w="1440"/>
          </w:tcPr>
          <w:p>
            <w:r>
              <w:t>2113843</w:t>
            </w:r>
          </w:p>
        </w:tc>
        <w:tc>
          <w:tcPr>
            <w:tcW w:type="dxa" w:w="1440"/>
          </w:tcPr>
          <w:p>
            <w:r>
              <w:t>邵悦</w:t>
            </w:r>
          </w:p>
        </w:tc>
        <w:tc>
          <w:tcPr>
            <w:tcW w:type="dxa" w:w="1440"/>
          </w:tcPr>
          <w:p>
            <w:r>
              <w:t>89.07</w:t>
            </w:r>
          </w:p>
        </w:tc>
        <w:tc>
          <w:tcPr>
            <w:tcW w:type="dxa" w:w="1440"/>
          </w:tcPr>
          <w:p>
            <w:r>
              <w:t>数学</w:t>
            </w:r>
          </w:p>
        </w:tc>
        <w:tc>
          <w:tcPr>
            <w:tcW w:type="dxa" w:w="1440"/>
          </w:tcPr>
          <w:p>
            <w:r>
              <w:t>硕士</w:t>
            </w:r>
          </w:p>
        </w:tc>
        <w:tc>
          <w:tcPr>
            <w:tcW w:type="dxa" w:w="1440"/>
          </w:tcPr>
          <w:p>
            <w:r>
              <w:t>拟接收</w:t>
            </w:r>
          </w:p>
        </w:tc>
      </w:tr>
      <w:tr>
        <w:tc>
          <w:tcPr>
            <w:tcW w:type="dxa" w:w="1440"/>
          </w:tcPr>
          <w:p>
            <w:r>
              <w:t>2110111</w:t>
            </w:r>
          </w:p>
        </w:tc>
        <w:tc>
          <w:tcPr>
            <w:tcW w:type="dxa" w:w="1440"/>
          </w:tcPr>
          <w:p>
            <w:r>
              <w:t>钟丁媛</w:t>
            </w:r>
          </w:p>
        </w:tc>
        <w:tc>
          <w:tcPr>
            <w:tcW w:type="dxa" w:w="1440"/>
          </w:tcPr>
          <w:p>
            <w:r>
              <w:t>89.06</w:t>
            </w:r>
          </w:p>
        </w:tc>
        <w:tc>
          <w:tcPr>
            <w:tcW w:type="dxa" w:w="1440"/>
          </w:tcPr>
          <w:p>
            <w:r>
              <w:t>数学</w:t>
            </w:r>
          </w:p>
        </w:tc>
        <w:tc>
          <w:tcPr>
            <w:tcW w:type="dxa" w:w="1440"/>
          </w:tcPr>
          <w:p>
            <w:r>
              <w:t>硕士</w:t>
            </w:r>
          </w:p>
        </w:tc>
        <w:tc>
          <w:tcPr>
            <w:tcW w:type="dxa" w:w="1440"/>
          </w:tcPr>
          <w:p>
            <w:r>
              <w:t>拟接收</w:t>
            </w:r>
          </w:p>
        </w:tc>
      </w:tr>
      <w:tr>
        <w:tc>
          <w:tcPr>
            <w:tcW w:type="dxa" w:w="1440"/>
          </w:tcPr>
          <w:p>
            <w:r>
              <w:t>2118836</w:t>
            </w:r>
          </w:p>
        </w:tc>
        <w:tc>
          <w:tcPr>
            <w:tcW w:type="dxa" w:w="1440"/>
          </w:tcPr>
          <w:p>
            <w:r>
              <w:t>王显庆</w:t>
            </w:r>
          </w:p>
        </w:tc>
        <w:tc>
          <w:tcPr>
            <w:tcW w:type="dxa" w:w="1440"/>
          </w:tcPr>
          <w:p>
            <w:r>
              <w:t>88.83</w:t>
            </w:r>
          </w:p>
        </w:tc>
        <w:tc>
          <w:tcPr>
            <w:tcW w:type="dxa" w:w="1440"/>
          </w:tcPr>
          <w:p>
            <w:r>
              <w:t>数学</w:t>
            </w:r>
          </w:p>
        </w:tc>
        <w:tc>
          <w:tcPr>
            <w:tcW w:type="dxa" w:w="1440"/>
          </w:tcPr>
          <w:p>
            <w:r>
              <w:t>硕士</w:t>
            </w:r>
          </w:p>
        </w:tc>
        <w:tc>
          <w:tcPr>
            <w:tcW w:type="dxa" w:w="1440"/>
          </w:tcPr>
          <w:p>
            <w:r>
              <w:t>拟接收</w:t>
            </w:r>
          </w:p>
        </w:tc>
      </w:tr>
      <w:tr>
        <w:tc>
          <w:tcPr>
            <w:tcW w:type="dxa" w:w="1440"/>
          </w:tcPr>
          <w:p>
            <w:r>
              <w:t>2116010</w:t>
            </w:r>
          </w:p>
        </w:tc>
        <w:tc>
          <w:tcPr>
            <w:tcW w:type="dxa" w:w="1440"/>
          </w:tcPr>
          <w:p>
            <w:r>
              <w:t>王丹彤</w:t>
            </w:r>
          </w:p>
        </w:tc>
        <w:tc>
          <w:tcPr>
            <w:tcW w:type="dxa" w:w="1440"/>
          </w:tcPr>
          <w:p>
            <w:r>
              <w:t>88.74</w:t>
            </w:r>
          </w:p>
        </w:tc>
        <w:tc>
          <w:tcPr>
            <w:tcW w:type="dxa" w:w="1440"/>
          </w:tcPr>
          <w:p>
            <w:r>
              <w:t>数学</w:t>
            </w:r>
          </w:p>
        </w:tc>
        <w:tc>
          <w:tcPr>
            <w:tcW w:type="dxa" w:w="1440"/>
          </w:tcPr>
          <w:p>
            <w:r>
              <w:t>硕士</w:t>
            </w:r>
          </w:p>
        </w:tc>
        <w:tc>
          <w:tcPr>
            <w:tcW w:type="dxa" w:w="1440"/>
          </w:tcPr>
          <w:p>
            <w:r>
              <w:t>拟接收</w:t>
            </w:r>
          </w:p>
        </w:tc>
      </w:tr>
      <w:tr>
        <w:tc>
          <w:tcPr>
            <w:tcW w:type="dxa" w:w="1440"/>
          </w:tcPr>
          <w:p>
            <w:r>
              <w:t>2117603</w:t>
            </w:r>
          </w:p>
        </w:tc>
        <w:tc>
          <w:tcPr>
            <w:tcW w:type="dxa" w:w="1440"/>
          </w:tcPr>
          <w:p>
            <w:r>
              <w:t>王晓帆</w:t>
            </w:r>
          </w:p>
        </w:tc>
        <w:tc>
          <w:tcPr>
            <w:tcW w:type="dxa" w:w="1440"/>
          </w:tcPr>
          <w:p>
            <w:r>
              <w:t>88.74</w:t>
            </w:r>
          </w:p>
        </w:tc>
        <w:tc>
          <w:tcPr>
            <w:tcW w:type="dxa" w:w="1440"/>
          </w:tcPr>
          <w:p>
            <w:r>
              <w:t>数学</w:t>
            </w:r>
          </w:p>
        </w:tc>
        <w:tc>
          <w:tcPr>
            <w:tcW w:type="dxa" w:w="1440"/>
          </w:tcPr>
          <w:p>
            <w:r>
              <w:t>硕士</w:t>
            </w:r>
          </w:p>
        </w:tc>
        <w:tc>
          <w:tcPr>
            <w:tcW w:type="dxa" w:w="1440"/>
          </w:tcPr>
          <w:p>
            <w:r>
              <w:t>拟接收</w:t>
            </w:r>
          </w:p>
        </w:tc>
      </w:tr>
      <w:tr>
        <w:tc>
          <w:tcPr>
            <w:tcW w:type="dxa" w:w="1440"/>
          </w:tcPr>
          <w:p>
            <w:r>
              <w:t>2119598</w:t>
            </w:r>
          </w:p>
        </w:tc>
        <w:tc>
          <w:tcPr>
            <w:tcW w:type="dxa" w:w="1440"/>
          </w:tcPr>
          <w:p>
            <w:r>
              <w:t>黄振鑫</w:t>
            </w:r>
          </w:p>
        </w:tc>
        <w:tc>
          <w:tcPr>
            <w:tcW w:type="dxa" w:w="1440"/>
          </w:tcPr>
          <w:p>
            <w:r>
              <w:t>88.66</w:t>
            </w:r>
          </w:p>
        </w:tc>
        <w:tc>
          <w:tcPr>
            <w:tcW w:type="dxa" w:w="1440"/>
          </w:tcPr>
          <w:p>
            <w:r>
              <w:t>数学</w:t>
            </w:r>
          </w:p>
        </w:tc>
        <w:tc>
          <w:tcPr>
            <w:tcW w:type="dxa" w:w="1440"/>
          </w:tcPr>
          <w:p>
            <w:r>
              <w:t>硕士</w:t>
            </w:r>
          </w:p>
        </w:tc>
        <w:tc>
          <w:tcPr>
            <w:tcW w:type="dxa" w:w="1440"/>
          </w:tcPr>
          <w:p>
            <w:r>
              <w:t>拟接收</w:t>
            </w:r>
          </w:p>
        </w:tc>
      </w:tr>
      <w:tr>
        <w:tc>
          <w:tcPr>
            <w:tcW w:type="dxa" w:w="1440"/>
          </w:tcPr>
          <w:p>
            <w:r>
              <w:t>2114132</w:t>
            </w:r>
          </w:p>
        </w:tc>
        <w:tc>
          <w:tcPr>
            <w:tcW w:type="dxa" w:w="1440"/>
          </w:tcPr>
          <w:p>
            <w:r>
              <w:t>卢久安</w:t>
            </w:r>
          </w:p>
        </w:tc>
        <w:tc>
          <w:tcPr>
            <w:tcW w:type="dxa" w:w="1440"/>
          </w:tcPr>
          <w:p>
            <w:r>
              <w:t>88.58</w:t>
            </w:r>
          </w:p>
        </w:tc>
        <w:tc>
          <w:tcPr>
            <w:tcW w:type="dxa" w:w="1440"/>
          </w:tcPr>
          <w:p>
            <w:r>
              <w:t>数学</w:t>
            </w:r>
          </w:p>
        </w:tc>
        <w:tc>
          <w:tcPr>
            <w:tcW w:type="dxa" w:w="1440"/>
          </w:tcPr>
          <w:p>
            <w:r>
              <w:t>硕士</w:t>
            </w:r>
          </w:p>
        </w:tc>
        <w:tc>
          <w:tcPr>
            <w:tcW w:type="dxa" w:w="1440"/>
          </w:tcPr>
          <w:p>
            <w:r>
              <w:t>拟接收</w:t>
            </w:r>
          </w:p>
        </w:tc>
      </w:tr>
      <w:tr>
        <w:tc>
          <w:tcPr>
            <w:tcW w:type="dxa" w:w="1440"/>
          </w:tcPr>
          <w:p>
            <w:r>
              <w:t>2116770</w:t>
            </w:r>
          </w:p>
        </w:tc>
        <w:tc>
          <w:tcPr>
            <w:tcW w:type="dxa" w:w="1440"/>
          </w:tcPr>
          <w:p>
            <w:r>
              <w:t>林国强</w:t>
            </w:r>
          </w:p>
        </w:tc>
        <w:tc>
          <w:tcPr>
            <w:tcW w:type="dxa" w:w="1440"/>
          </w:tcPr>
          <w:p>
            <w:r>
              <w:t>88.54</w:t>
            </w:r>
          </w:p>
        </w:tc>
        <w:tc>
          <w:tcPr>
            <w:tcW w:type="dxa" w:w="1440"/>
          </w:tcPr>
          <w:p>
            <w:r>
              <w:t>数学</w:t>
            </w:r>
          </w:p>
        </w:tc>
        <w:tc>
          <w:tcPr>
            <w:tcW w:type="dxa" w:w="1440"/>
          </w:tcPr>
          <w:p>
            <w:r>
              <w:t>硕士</w:t>
            </w:r>
          </w:p>
        </w:tc>
        <w:tc>
          <w:tcPr>
            <w:tcW w:type="dxa" w:w="1440"/>
          </w:tcPr>
          <w:p>
            <w:r>
              <w:t>拟接收</w:t>
            </w:r>
          </w:p>
        </w:tc>
      </w:tr>
      <w:tr>
        <w:tc>
          <w:tcPr>
            <w:tcW w:type="dxa" w:w="1440"/>
          </w:tcPr>
          <w:p>
            <w:r>
              <w:t>2110900</w:t>
            </w:r>
          </w:p>
        </w:tc>
        <w:tc>
          <w:tcPr>
            <w:tcW w:type="dxa" w:w="1440"/>
          </w:tcPr>
          <w:p>
            <w:r>
              <w:t>胡璠樊</w:t>
            </w:r>
          </w:p>
        </w:tc>
        <w:tc>
          <w:tcPr>
            <w:tcW w:type="dxa" w:w="1440"/>
          </w:tcPr>
          <w:p>
            <w:r>
              <w:t>88.26</w:t>
            </w:r>
          </w:p>
        </w:tc>
        <w:tc>
          <w:tcPr>
            <w:tcW w:type="dxa" w:w="1440"/>
          </w:tcPr>
          <w:p>
            <w:r>
              <w:t>数学</w:t>
            </w:r>
          </w:p>
        </w:tc>
        <w:tc>
          <w:tcPr>
            <w:tcW w:type="dxa" w:w="1440"/>
          </w:tcPr>
          <w:p>
            <w:r>
              <w:t>硕士</w:t>
            </w:r>
          </w:p>
        </w:tc>
        <w:tc>
          <w:tcPr>
            <w:tcW w:type="dxa" w:w="1440"/>
          </w:tcPr>
          <w:p>
            <w:r>
              <w:t>拟接收</w:t>
            </w:r>
          </w:p>
        </w:tc>
      </w:tr>
      <w:tr>
        <w:tc>
          <w:tcPr>
            <w:tcW w:type="dxa" w:w="1440"/>
          </w:tcPr>
          <w:p>
            <w:r>
              <w:t>2119275</w:t>
            </w:r>
          </w:p>
        </w:tc>
        <w:tc>
          <w:tcPr>
            <w:tcW w:type="dxa" w:w="1440"/>
          </w:tcPr>
          <w:p>
            <w:r>
              <w:t>王裕斐</w:t>
            </w:r>
          </w:p>
        </w:tc>
        <w:tc>
          <w:tcPr>
            <w:tcW w:type="dxa" w:w="1440"/>
          </w:tcPr>
          <w:p>
            <w:r>
              <w:t>88.15</w:t>
            </w:r>
          </w:p>
        </w:tc>
        <w:tc>
          <w:tcPr>
            <w:tcW w:type="dxa" w:w="1440"/>
          </w:tcPr>
          <w:p>
            <w:r>
              <w:t>数学</w:t>
            </w:r>
          </w:p>
        </w:tc>
        <w:tc>
          <w:tcPr>
            <w:tcW w:type="dxa" w:w="1440"/>
          </w:tcPr>
          <w:p>
            <w:r>
              <w:t>硕士</w:t>
            </w:r>
          </w:p>
        </w:tc>
        <w:tc>
          <w:tcPr>
            <w:tcW w:type="dxa" w:w="1440"/>
          </w:tcPr>
          <w:p>
            <w:r>
              <w:t>拟接收</w:t>
            </w:r>
          </w:p>
        </w:tc>
      </w:tr>
      <w:tr>
        <w:tc>
          <w:tcPr>
            <w:tcW w:type="dxa" w:w="1440"/>
          </w:tcPr>
          <w:p>
            <w:r>
              <w:t>2112216</w:t>
            </w:r>
          </w:p>
        </w:tc>
        <w:tc>
          <w:tcPr>
            <w:tcW w:type="dxa" w:w="1440"/>
          </w:tcPr>
          <w:p>
            <w:r>
              <w:t>江滟</w:t>
            </w:r>
          </w:p>
        </w:tc>
        <w:tc>
          <w:tcPr>
            <w:tcW w:type="dxa" w:w="1440"/>
          </w:tcPr>
          <w:p>
            <w:r>
              <w:t>88.05</w:t>
            </w:r>
          </w:p>
        </w:tc>
        <w:tc>
          <w:tcPr>
            <w:tcW w:type="dxa" w:w="1440"/>
          </w:tcPr>
          <w:p>
            <w:r>
              <w:t>数学</w:t>
            </w:r>
          </w:p>
        </w:tc>
        <w:tc>
          <w:tcPr>
            <w:tcW w:type="dxa" w:w="1440"/>
          </w:tcPr>
          <w:p>
            <w:r>
              <w:t>硕士</w:t>
            </w:r>
          </w:p>
        </w:tc>
        <w:tc>
          <w:tcPr>
            <w:tcW w:type="dxa" w:w="1440"/>
          </w:tcPr>
          <w:p>
            <w:r>
              <w:t>拟接收</w:t>
            </w:r>
          </w:p>
        </w:tc>
      </w:tr>
      <w:tr>
        <w:tc>
          <w:tcPr>
            <w:tcW w:type="dxa" w:w="1440"/>
          </w:tcPr>
          <w:p>
            <w:r>
              <w:t>2114826</w:t>
            </w:r>
          </w:p>
        </w:tc>
        <w:tc>
          <w:tcPr>
            <w:tcW w:type="dxa" w:w="1440"/>
          </w:tcPr>
          <w:p>
            <w:r>
              <w:t>谷超</w:t>
            </w:r>
          </w:p>
        </w:tc>
        <w:tc>
          <w:tcPr>
            <w:tcW w:type="dxa" w:w="1440"/>
          </w:tcPr>
          <w:p>
            <w:r>
              <w:t>87.85</w:t>
            </w:r>
          </w:p>
        </w:tc>
        <w:tc>
          <w:tcPr>
            <w:tcW w:type="dxa" w:w="1440"/>
          </w:tcPr>
          <w:p>
            <w:r>
              <w:t>数学</w:t>
            </w:r>
          </w:p>
        </w:tc>
        <w:tc>
          <w:tcPr>
            <w:tcW w:type="dxa" w:w="1440"/>
          </w:tcPr>
          <w:p>
            <w:r>
              <w:t>硕士</w:t>
            </w:r>
          </w:p>
        </w:tc>
        <w:tc>
          <w:tcPr>
            <w:tcW w:type="dxa" w:w="1440"/>
          </w:tcPr>
          <w:p>
            <w:r>
              <w:t>拟接收</w:t>
            </w:r>
          </w:p>
        </w:tc>
      </w:tr>
      <w:tr>
        <w:tc>
          <w:tcPr>
            <w:tcW w:type="dxa" w:w="1440"/>
          </w:tcPr>
          <w:p>
            <w:r>
              <w:t>2114322</w:t>
            </w:r>
          </w:p>
        </w:tc>
        <w:tc>
          <w:tcPr>
            <w:tcW w:type="dxa" w:w="1440"/>
          </w:tcPr>
          <w:p>
            <w:r>
              <w:t>王庆祝</w:t>
            </w:r>
          </w:p>
        </w:tc>
        <w:tc>
          <w:tcPr>
            <w:tcW w:type="dxa" w:w="1440"/>
          </w:tcPr>
          <w:p>
            <w:r>
              <w:t>87.05</w:t>
            </w:r>
          </w:p>
        </w:tc>
        <w:tc>
          <w:tcPr>
            <w:tcW w:type="dxa" w:w="1440"/>
          </w:tcPr>
          <w:p>
            <w:r>
              <w:t>数学</w:t>
            </w:r>
          </w:p>
        </w:tc>
        <w:tc>
          <w:tcPr>
            <w:tcW w:type="dxa" w:w="1440"/>
          </w:tcPr>
          <w:p>
            <w:r>
              <w:t>硕士</w:t>
            </w:r>
          </w:p>
        </w:tc>
        <w:tc>
          <w:tcPr>
            <w:tcW w:type="dxa" w:w="1440"/>
          </w:tcPr>
          <w:p>
            <w:r>
              <w:t>拟接收</w:t>
            </w:r>
          </w:p>
        </w:tc>
      </w:tr>
      <w:tr>
        <w:tc>
          <w:tcPr>
            <w:tcW w:type="dxa" w:w="1440"/>
          </w:tcPr>
          <w:p>
            <w:r>
              <w:t>2117685</w:t>
            </w:r>
          </w:p>
        </w:tc>
        <w:tc>
          <w:tcPr>
            <w:tcW w:type="dxa" w:w="1440"/>
          </w:tcPr>
          <w:p>
            <w:r>
              <w:t>宋秋叶</w:t>
            </w:r>
          </w:p>
        </w:tc>
        <w:tc>
          <w:tcPr>
            <w:tcW w:type="dxa" w:w="1440"/>
          </w:tcPr>
          <w:p>
            <w:r>
              <w:t>86.86</w:t>
            </w:r>
          </w:p>
        </w:tc>
        <w:tc>
          <w:tcPr>
            <w:tcW w:type="dxa" w:w="1440"/>
          </w:tcPr>
          <w:p>
            <w:r>
              <w:t>数学</w:t>
            </w:r>
          </w:p>
        </w:tc>
        <w:tc>
          <w:tcPr>
            <w:tcW w:type="dxa" w:w="1440"/>
          </w:tcPr>
          <w:p>
            <w:r>
              <w:t>硕士</w:t>
            </w:r>
          </w:p>
        </w:tc>
        <w:tc>
          <w:tcPr>
            <w:tcW w:type="dxa" w:w="1440"/>
          </w:tcPr>
          <w:p>
            <w:r>
              <w:t>拟接收</w:t>
            </w:r>
          </w:p>
        </w:tc>
      </w:tr>
      <w:tr>
        <w:tc>
          <w:tcPr>
            <w:tcW w:type="dxa" w:w="1440"/>
          </w:tcPr>
          <w:p>
            <w:r>
              <w:t>2118693</w:t>
            </w:r>
          </w:p>
        </w:tc>
        <w:tc>
          <w:tcPr>
            <w:tcW w:type="dxa" w:w="1440"/>
          </w:tcPr>
          <w:p>
            <w:r>
              <w:t>姚淑芳</w:t>
            </w:r>
          </w:p>
        </w:tc>
        <w:tc>
          <w:tcPr>
            <w:tcW w:type="dxa" w:w="1440"/>
          </w:tcPr>
          <w:p>
            <w:r>
              <w:t>86.68</w:t>
            </w:r>
          </w:p>
        </w:tc>
        <w:tc>
          <w:tcPr>
            <w:tcW w:type="dxa" w:w="1440"/>
          </w:tcPr>
          <w:p>
            <w:r>
              <w:t>数学</w:t>
            </w:r>
          </w:p>
        </w:tc>
        <w:tc>
          <w:tcPr>
            <w:tcW w:type="dxa" w:w="1440"/>
          </w:tcPr>
          <w:p>
            <w:r>
              <w:t>硕士</w:t>
            </w:r>
          </w:p>
        </w:tc>
        <w:tc>
          <w:tcPr>
            <w:tcW w:type="dxa" w:w="1440"/>
          </w:tcPr>
          <w:p>
            <w:r>
              <w:t>拟接收</w:t>
            </w:r>
          </w:p>
        </w:tc>
      </w:tr>
      <w:tr>
        <w:tc>
          <w:tcPr>
            <w:tcW w:type="dxa" w:w="1440"/>
          </w:tcPr>
          <w:p>
            <w:r>
              <w:t>2112968</w:t>
            </w:r>
          </w:p>
        </w:tc>
        <w:tc>
          <w:tcPr>
            <w:tcW w:type="dxa" w:w="1440"/>
          </w:tcPr>
          <w:p>
            <w:r>
              <w:t>刘静宜</w:t>
            </w:r>
          </w:p>
        </w:tc>
        <w:tc>
          <w:tcPr>
            <w:tcW w:type="dxa" w:w="1440"/>
          </w:tcPr>
          <w:p>
            <w:r>
              <w:t>86.67</w:t>
            </w:r>
          </w:p>
        </w:tc>
        <w:tc>
          <w:tcPr>
            <w:tcW w:type="dxa" w:w="1440"/>
          </w:tcPr>
          <w:p>
            <w:r>
              <w:t>数学</w:t>
            </w:r>
          </w:p>
        </w:tc>
        <w:tc>
          <w:tcPr>
            <w:tcW w:type="dxa" w:w="1440"/>
          </w:tcPr>
          <w:p>
            <w:r>
              <w:t>硕士</w:t>
            </w:r>
          </w:p>
        </w:tc>
        <w:tc>
          <w:tcPr>
            <w:tcW w:type="dxa" w:w="1440"/>
          </w:tcPr>
          <w:p>
            <w:r>
              <w:t>拟接收</w:t>
            </w:r>
          </w:p>
        </w:tc>
      </w:tr>
      <w:tr>
        <w:tc>
          <w:tcPr>
            <w:tcW w:type="dxa" w:w="1440"/>
          </w:tcPr>
          <w:p>
            <w:r>
              <w:t>2117386</w:t>
            </w:r>
          </w:p>
        </w:tc>
        <w:tc>
          <w:tcPr>
            <w:tcW w:type="dxa" w:w="1440"/>
          </w:tcPr>
          <w:p>
            <w:r>
              <w:t>宋佳欣</w:t>
            </w:r>
          </w:p>
        </w:tc>
        <w:tc>
          <w:tcPr>
            <w:tcW w:type="dxa" w:w="1440"/>
          </w:tcPr>
          <w:p>
            <w:r>
              <w:t>86.67</w:t>
            </w:r>
          </w:p>
        </w:tc>
        <w:tc>
          <w:tcPr>
            <w:tcW w:type="dxa" w:w="1440"/>
          </w:tcPr>
          <w:p>
            <w:r>
              <w:t>数学</w:t>
            </w:r>
          </w:p>
        </w:tc>
        <w:tc>
          <w:tcPr>
            <w:tcW w:type="dxa" w:w="1440"/>
          </w:tcPr>
          <w:p>
            <w:r>
              <w:t>硕士</w:t>
            </w:r>
          </w:p>
        </w:tc>
        <w:tc>
          <w:tcPr>
            <w:tcW w:type="dxa" w:w="1440"/>
          </w:tcPr>
          <w:p>
            <w:r>
              <w:t>拟接收</w:t>
            </w:r>
          </w:p>
        </w:tc>
      </w:tr>
      <w:tr>
        <w:tc>
          <w:tcPr>
            <w:tcW w:type="dxa" w:w="1440"/>
          </w:tcPr>
          <w:p>
            <w:r>
              <w:t>2119448</w:t>
            </w:r>
          </w:p>
        </w:tc>
        <w:tc>
          <w:tcPr>
            <w:tcW w:type="dxa" w:w="1440"/>
          </w:tcPr>
          <w:p>
            <w:r>
              <w:t>李阔悦</w:t>
            </w:r>
          </w:p>
        </w:tc>
        <w:tc>
          <w:tcPr>
            <w:tcW w:type="dxa" w:w="1440"/>
          </w:tcPr>
          <w:p>
            <w:r>
              <w:t>86.58</w:t>
            </w:r>
          </w:p>
        </w:tc>
        <w:tc>
          <w:tcPr>
            <w:tcW w:type="dxa" w:w="1440"/>
          </w:tcPr>
          <w:p>
            <w:r>
              <w:t>数学</w:t>
            </w:r>
          </w:p>
        </w:tc>
        <w:tc>
          <w:tcPr>
            <w:tcW w:type="dxa" w:w="1440"/>
          </w:tcPr>
          <w:p>
            <w:r>
              <w:t>硕士</w:t>
            </w:r>
          </w:p>
        </w:tc>
        <w:tc>
          <w:tcPr>
            <w:tcW w:type="dxa" w:w="1440"/>
          </w:tcPr>
          <w:p>
            <w:r>
              <w:t>拟接收</w:t>
            </w:r>
          </w:p>
        </w:tc>
      </w:tr>
      <w:tr>
        <w:tc>
          <w:tcPr>
            <w:tcW w:type="dxa" w:w="1440"/>
          </w:tcPr>
          <w:p>
            <w:r>
              <w:t>2119253</w:t>
            </w:r>
          </w:p>
        </w:tc>
        <w:tc>
          <w:tcPr>
            <w:tcW w:type="dxa" w:w="1440"/>
          </w:tcPr>
          <w:p>
            <w:r>
              <w:t>钱洁盈</w:t>
            </w:r>
          </w:p>
        </w:tc>
        <w:tc>
          <w:tcPr>
            <w:tcW w:type="dxa" w:w="1440"/>
          </w:tcPr>
          <w:p>
            <w:r>
              <w:t>86.55</w:t>
            </w:r>
          </w:p>
        </w:tc>
        <w:tc>
          <w:tcPr>
            <w:tcW w:type="dxa" w:w="1440"/>
          </w:tcPr>
          <w:p>
            <w:r>
              <w:t>数学</w:t>
            </w:r>
          </w:p>
        </w:tc>
        <w:tc>
          <w:tcPr>
            <w:tcW w:type="dxa" w:w="1440"/>
          </w:tcPr>
          <w:p>
            <w:r>
              <w:t>硕士</w:t>
            </w:r>
          </w:p>
        </w:tc>
        <w:tc>
          <w:tcPr>
            <w:tcW w:type="dxa" w:w="1440"/>
          </w:tcPr>
          <w:p>
            <w:r>
              <w:t>拟接收</w:t>
            </w:r>
          </w:p>
        </w:tc>
      </w:tr>
      <w:tr>
        <w:tc>
          <w:tcPr>
            <w:tcW w:type="dxa" w:w="1440"/>
          </w:tcPr>
          <w:p>
            <w:r>
              <w:t>2107254</w:t>
            </w:r>
          </w:p>
        </w:tc>
        <w:tc>
          <w:tcPr>
            <w:tcW w:type="dxa" w:w="1440"/>
          </w:tcPr>
          <w:p>
            <w:r>
              <w:t>李婧</w:t>
            </w:r>
          </w:p>
        </w:tc>
        <w:tc>
          <w:tcPr>
            <w:tcW w:type="dxa" w:w="1440"/>
          </w:tcPr>
          <w:p>
            <w:r>
              <w:t>86.25</w:t>
            </w:r>
          </w:p>
        </w:tc>
        <w:tc>
          <w:tcPr>
            <w:tcW w:type="dxa" w:w="1440"/>
          </w:tcPr>
          <w:p>
            <w:r>
              <w:t>数学</w:t>
            </w:r>
          </w:p>
        </w:tc>
        <w:tc>
          <w:tcPr>
            <w:tcW w:type="dxa" w:w="1440"/>
          </w:tcPr>
          <w:p>
            <w:r>
              <w:t>硕士</w:t>
            </w:r>
          </w:p>
        </w:tc>
        <w:tc>
          <w:tcPr>
            <w:tcW w:type="dxa" w:w="1440"/>
          </w:tcPr>
          <w:p>
            <w:r>
              <w:t>拟接收</w:t>
            </w:r>
          </w:p>
        </w:tc>
      </w:tr>
      <w:tr>
        <w:tc>
          <w:tcPr>
            <w:tcW w:type="dxa" w:w="1440"/>
          </w:tcPr>
          <w:p>
            <w:r>
              <w:t>2115702</w:t>
            </w:r>
          </w:p>
        </w:tc>
        <w:tc>
          <w:tcPr>
            <w:tcW w:type="dxa" w:w="1440"/>
          </w:tcPr>
          <w:p>
            <w:r>
              <w:t>赵晟凯</w:t>
            </w:r>
          </w:p>
        </w:tc>
        <w:tc>
          <w:tcPr>
            <w:tcW w:type="dxa" w:w="1440"/>
          </w:tcPr>
          <w:p>
            <w:r>
              <w:t>86.06</w:t>
            </w:r>
          </w:p>
        </w:tc>
        <w:tc>
          <w:tcPr>
            <w:tcW w:type="dxa" w:w="1440"/>
          </w:tcPr>
          <w:p>
            <w:r>
              <w:t>数学</w:t>
            </w:r>
          </w:p>
        </w:tc>
        <w:tc>
          <w:tcPr>
            <w:tcW w:type="dxa" w:w="1440"/>
          </w:tcPr>
          <w:p>
            <w:r>
              <w:t>硕士</w:t>
            </w:r>
          </w:p>
        </w:tc>
        <w:tc>
          <w:tcPr>
            <w:tcW w:type="dxa" w:w="1440"/>
          </w:tcPr>
          <w:p>
            <w:r>
              <w:t>拟接收</w:t>
            </w:r>
          </w:p>
        </w:tc>
      </w:tr>
      <w:tr>
        <w:tc>
          <w:tcPr>
            <w:tcW w:type="dxa" w:w="1440"/>
          </w:tcPr>
          <w:p>
            <w:r>
              <w:t>2119379</w:t>
            </w:r>
          </w:p>
        </w:tc>
        <w:tc>
          <w:tcPr>
            <w:tcW w:type="dxa" w:w="1440"/>
          </w:tcPr>
          <w:p>
            <w:r>
              <w:t>张一凡</w:t>
            </w:r>
          </w:p>
        </w:tc>
        <w:tc>
          <w:tcPr>
            <w:tcW w:type="dxa" w:w="1440"/>
          </w:tcPr>
          <w:p>
            <w:r>
              <w:t>85.78</w:t>
            </w:r>
          </w:p>
        </w:tc>
        <w:tc>
          <w:tcPr>
            <w:tcW w:type="dxa" w:w="1440"/>
          </w:tcPr>
          <w:p>
            <w:r>
              <w:t>数学</w:t>
            </w:r>
          </w:p>
        </w:tc>
        <w:tc>
          <w:tcPr>
            <w:tcW w:type="dxa" w:w="1440"/>
          </w:tcPr>
          <w:p>
            <w:r>
              <w:t>硕士</w:t>
            </w:r>
          </w:p>
        </w:tc>
        <w:tc>
          <w:tcPr>
            <w:tcW w:type="dxa" w:w="1440"/>
          </w:tcPr>
          <w:p>
            <w:r>
              <w:t>拟接收</w:t>
            </w:r>
          </w:p>
        </w:tc>
      </w:tr>
      <w:tr>
        <w:tc>
          <w:tcPr>
            <w:tcW w:type="dxa" w:w="1440"/>
          </w:tcPr>
          <w:p>
            <w:r>
              <w:t>2118898</w:t>
            </w:r>
          </w:p>
        </w:tc>
        <w:tc>
          <w:tcPr>
            <w:tcW w:type="dxa" w:w="1440"/>
          </w:tcPr>
          <w:p>
            <w:r>
              <w:t>邵晴宇</w:t>
            </w:r>
          </w:p>
        </w:tc>
        <w:tc>
          <w:tcPr>
            <w:tcW w:type="dxa" w:w="1440"/>
          </w:tcPr>
          <w:p>
            <w:r>
              <w:t>85.68</w:t>
            </w:r>
          </w:p>
        </w:tc>
        <w:tc>
          <w:tcPr>
            <w:tcW w:type="dxa" w:w="1440"/>
          </w:tcPr>
          <w:p>
            <w:r>
              <w:t>数学</w:t>
            </w:r>
          </w:p>
        </w:tc>
        <w:tc>
          <w:tcPr>
            <w:tcW w:type="dxa" w:w="1440"/>
          </w:tcPr>
          <w:p>
            <w:r>
              <w:t>硕士</w:t>
            </w:r>
          </w:p>
        </w:tc>
        <w:tc>
          <w:tcPr>
            <w:tcW w:type="dxa" w:w="1440"/>
          </w:tcPr>
          <w:p>
            <w:r>
              <w:t>拟接收</w:t>
            </w:r>
          </w:p>
        </w:tc>
      </w:tr>
      <w:tr>
        <w:tc>
          <w:tcPr>
            <w:tcW w:type="dxa" w:w="1440"/>
          </w:tcPr>
          <w:p>
            <w:r>
              <w:t>2119669</w:t>
            </w:r>
          </w:p>
        </w:tc>
        <w:tc>
          <w:tcPr>
            <w:tcW w:type="dxa" w:w="1440"/>
          </w:tcPr>
          <w:p>
            <w:r>
              <w:t>汤天宇</w:t>
            </w:r>
          </w:p>
        </w:tc>
        <w:tc>
          <w:tcPr>
            <w:tcW w:type="dxa" w:w="1440"/>
          </w:tcPr>
          <w:p>
            <w:r>
              <w:t>85.33</w:t>
            </w:r>
          </w:p>
        </w:tc>
        <w:tc>
          <w:tcPr>
            <w:tcW w:type="dxa" w:w="1440"/>
          </w:tcPr>
          <w:p>
            <w:r>
              <w:t>数学</w:t>
            </w:r>
          </w:p>
        </w:tc>
        <w:tc>
          <w:tcPr>
            <w:tcW w:type="dxa" w:w="1440"/>
          </w:tcPr>
          <w:p>
            <w:r>
              <w:t>硕士</w:t>
            </w:r>
          </w:p>
        </w:tc>
        <w:tc>
          <w:tcPr>
            <w:tcW w:type="dxa" w:w="1440"/>
          </w:tcPr>
          <w:p>
            <w:r>
              <w:t>拟接收</w:t>
            </w:r>
          </w:p>
        </w:tc>
      </w:tr>
      <w:tr>
        <w:tc>
          <w:tcPr>
            <w:tcW w:type="dxa" w:w="1440"/>
          </w:tcPr>
          <w:p>
            <w:r>
              <w:t>2109548</w:t>
            </w:r>
          </w:p>
        </w:tc>
        <w:tc>
          <w:tcPr>
            <w:tcW w:type="dxa" w:w="1440"/>
          </w:tcPr>
          <w:p>
            <w:r>
              <w:t>李焕玉</w:t>
            </w:r>
          </w:p>
        </w:tc>
        <w:tc>
          <w:tcPr>
            <w:tcW w:type="dxa" w:w="1440"/>
          </w:tcPr>
          <w:p>
            <w:r>
              <w:t>85.15</w:t>
            </w:r>
          </w:p>
        </w:tc>
        <w:tc>
          <w:tcPr>
            <w:tcW w:type="dxa" w:w="1440"/>
          </w:tcPr>
          <w:p>
            <w:r>
              <w:t>数学</w:t>
            </w:r>
          </w:p>
        </w:tc>
        <w:tc>
          <w:tcPr>
            <w:tcW w:type="dxa" w:w="1440"/>
          </w:tcPr>
          <w:p>
            <w:r>
              <w:t>硕士</w:t>
            </w:r>
          </w:p>
        </w:tc>
        <w:tc>
          <w:tcPr>
            <w:tcW w:type="dxa" w:w="1440"/>
          </w:tcPr>
          <w:p>
            <w:r>
              <w:t>拟接收</w:t>
            </w:r>
          </w:p>
        </w:tc>
      </w:tr>
      <w:tr>
        <w:tc>
          <w:tcPr>
            <w:tcW w:type="dxa" w:w="1440"/>
          </w:tcPr>
          <w:p>
            <w:r>
              <w:t>2109965</w:t>
            </w:r>
          </w:p>
        </w:tc>
        <w:tc>
          <w:tcPr>
            <w:tcW w:type="dxa" w:w="1440"/>
          </w:tcPr>
          <w:p>
            <w:r>
              <w:t>陈媛媛</w:t>
            </w:r>
          </w:p>
        </w:tc>
        <w:tc>
          <w:tcPr>
            <w:tcW w:type="dxa" w:w="1440"/>
          </w:tcPr>
          <w:p>
            <w:r>
              <w:t>84.95</w:t>
            </w:r>
          </w:p>
        </w:tc>
        <w:tc>
          <w:tcPr>
            <w:tcW w:type="dxa" w:w="1440"/>
          </w:tcPr>
          <w:p>
            <w:r>
              <w:t>数学</w:t>
            </w:r>
          </w:p>
        </w:tc>
        <w:tc>
          <w:tcPr>
            <w:tcW w:type="dxa" w:w="1440"/>
          </w:tcPr>
          <w:p>
            <w:r>
              <w:t>硕士</w:t>
            </w:r>
          </w:p>
        </w:tc>
        <w:tc>
          <w:tcPr>
            <w:tcW w:type="dxa" w:w="1440"/>
          </w:tcPr>
          <w:p>
            <w:r>
              <w:t>拟接收</w:t>
            </w:r>
          </w:p>
        </w:tc>
      </w:tr>
      <w:tr>
        <w:tc>
          <w:tcPr>
            <w:tcW w:type="dxa" w:w="1440"/>
          </w:tcPr>
          <w:p>
            <w:r>
              <w:t>2114743</w:t>
            </w:r>
          </w:p>
        </w:tc>
        <w:tc>
          <w:tcPr>
            <w:tcW w:type="dxa" w:w="1440"/>
          </w:tcPr>
          <w:p>
            <w:r>
              <w:t>陈旭</w:t>
            </w:r>
          </w:p>
        </w:tc>
        <w:tc>
          <w:tcPr>
            <w:tcW w:type="dxa" w:w="1440"/>
          </w:tcPr>
          <w:p>
            <w:r>
              <w:t>84.81</w:t>
            </w:r>
          </w:p>
        </w:tc>
        <w:tc>
          <w:tcPr>
            <w:tcW w:type="dxa" w:w="1440"/>
          </w:tcPr>
          <w:p>
            <w:r>
              <w:t>数学</w:t>
            </w:r>
          </w:p>
        </w:tc>
        <w:tc>
          <w:tcPr>
            <w:tcW w:type="dxa" w:w="1440"/>
          </w:tcPr>
          <w:p>
            <w:r>
              <w:t>硕士</w:t>
            </w:r>
          </w:p>
        </w:tc>
        <w:tc>
          <w:tcPr>
            <w:tcW w:type="dxa" w:w="1440"/>
          </w:tcPr>
          <w:p>
            <w:r>
              <w:t>拟接收</w:t>
            </w:r>
          </w:p>
        </w:tc>
      </w:tr>
      <w:tr>
        <w:tc>
          <w:tcPr>
            <w:tcW w:type="dxa" w:w="1440"/>
          </w:tcPr>
          <w:p>
            <w:r>
              <w:t>2100285</w:t>
            </w:r>
          </w:p>
        </w:tc>
        <w:tc>
          <w:tcPr>
            <w:tcW w:type="dxa" w:w="1440"/>
          </w:tcPr>
          <w:p>
            <w:r>
              <w:t>汪烨</w:t>
            </w:r>
          </w:p>
        </w:tc>
        <w:tc>
          <w:tcPr>
            <w:tcW w:type="dxa" w:w="1440"/>
          </w:tcPr>
          <w:p>
            <w:r>
              <w:t>84.74</w:t>
            </w:r>
          </w:p>
        </w:tc>
        <w:tc>
          <w:tcPr>
            <w:tcW w:type="dxa" w:w="1440"/>
          </w:tcPr>
          <w:p>
            <w:r>
              <w:t>数学</w:t>
            </w:r>
          </w:p>
        </w:tc>
        <w:tc>
          <w:tcPr>
            <w:tcW w:type="dxa" w:w="1440"/>
          </w:tcPr>
          <w:p>
            <w:r>
              <w:t>硕士</w:t>
            </w:r>
          </w:p>
        </w:tc>
        <w:tc>
          <w:tcPr>
            <w:tcW w:type="dxa" w:w="1440"/>
          </w:tcPr>
          <w:p>
            <w:r>
              <w:t>拟接收</w:t>
            </w:r>
          </w:p>
        </w:tc>
      </w:tr>
      <w:tr>
        <w:tc>
          <w:tcPr>
            <w:tcW w:type="dxa" w:w="1440"/>
          </w:tcPr>
          <w:p>
            <w:r>
              <w:t>2117890</w:t>
            </w:r>
          </w:p>
        </w:tc>
        <w:tc>
          <w:tcPr>
            <w:tcW w:type="dxa" w:w="1440"/>
          </w:tcPr>
          <w:p>
            <w:r>
              <w:t>戴幸运</w:t>
            </w:r>
          </w:p>
        </w:tc>
        <w:tc>
          <w:tcPr>
            <w:tcW w:type="dxa" w:w="1440"/>
          </w:tcPr>
          <w:p>
            <w:r>
              <w:t>84.67</w:t>
            </w:r>
          </w:p>
        </w:tc>
        <w:tc>
          <w:tcPr>
            <w:tcW w:type="dxa" w:w="1440"/>
          </w:tcPr>
          <w:p>
            <w:r>
              <w:t>数学</w:t>
            </w:r>
          </w:p>
        </w:tc>
        <w:tc>
          <w:tcPr>
            <w:tcW w:type="dxa" w:w="1440"/>
          </w:tcPr>
          <w:p>
            <w:r>
              <w:t>硕士</w:t>
            </w:r>
          </w:p>
        </w:tc>
        <w:tc>
          <w:tcPr>
            <w:tcW w:type="dxa" w:w="1440"/>
          </w:tcPr>
          <w:p>
            <w:r>
              <w:t>拟接收</w:t>
            </w:r>
          </w:p>
        </w:tc>
      </w:tr>
      <w:tr>
        <w:tc>
          <w:tcPr>
            <w:tcW w:type="dxa" w:w="1440"/>
          </w:tcPr>
          <w:p>
            <w:r>
              <w:t>2118069</w:t>
            </w:r>
          </w:p>
        </w:tc>
        <w:tc>
          <w:tcPr>
            <w:tcW w:type="dxa" w:w="1440"/>
          </w:tcPr>
          <w:p>
            <w:r>
              <w:t>胡雨婷</w:t>
            </w:r>
          </w:p>
        </w:tc>
        <w:tc>
          <w:tcPr>
            <w:tcW w:type="dxa" w:w="1440"/>
          </w:tcPr>
          <w:p>
            <w:r>
              <w:t>84.55</w:t>
            </w:r>
          </w:p>
        </w:tc>
        <w:tc>
          <w:tcPr>
            <w:tcW w:type="dxa" w:w="1440"/>
          </w:tcPr>
          <w:p>
            <w:r>
              <w:t>数学</w:t>
            </w:r>
          </w:p>
        </w:tc>
        <w:tc>
          <w:tcPr>
            <w:tcW w:type="dxa" w:w="1440"/>
          </w:tcPr>
          <w:p>
            <w:r>
              <w:t>硕士</w:t>
            </w:r>
          </w:p>
        </w:tc>
        <w:tc>
          <w:tcPr>
            <w:tcW w:type="dxa" w:w="1440"/>
          </w:tcPr>
          <w:p>
            <w:r>
              <w:t>拟接收</w:t>
            </w:r>
          </w:p>
        </w:tc>
      </w:tr>
      <w:tr>
        <w:tc>
          <w:tcPr>
            <w:tcW w:type="dxa" w:w="1440"/>
          </w:tcPr>
          <w:p>
            <w:r>
              <w:t>2110471</w:t>
            </w:r>
          </w:p>
        </w:tc>
        <w:tc>
          <w:tcPr>
            <w:tcW w:type="dxa" w:w="1440"/>
          </w:tcPr>
          <w:p>
            <w:r>
              <w:t>曾紫玥</w:t>
            </w:r>
          </w:p>
        </w:tc>
        <w:tc>
          <w:tcPr>
            <w:tcW w:type="dxa" w:w="1440"/>
          </w:tcPr>
          <w:p>
            <w:r>
              <w:t>84.47</w:t>
            </w:r>
          </w:p>
        </w:tc>
        <w:tc>
          <w:tcPr>
            <w:tcW w:type="dxa" w:w="1440"/>
          </w:tcPr>
          <w:p>
            <w:r>
              <w:t>数学</w:t>
            </w:r>
          </w:p>
        </w:tc>
        <w:tc>
          <w:tcPr>
            <w:tcW w:type="dxa" w:w="1440"/>
          </w:tcPr>
          <w:p>
            <w:r>
              <w:t>硕士</w:t>
            </w:r>
          </w:p>
        </w:tc>
        <w:tc>
          <w:tcPr>
            <w:tcW w:type="dxa" w:w="1440"/>
          </w:tcPr>
          <w:p>
            <w:r>
              <w:t>拟接收</w:t>
            </w:r>
          </w:p>
        </w:tc>
      </w:tr>
      <w:tr>
        <w:tc>
          <w:tcPr>
            <w:tcW w:type="dxa" w:w="1440"/>
          </w:tcPr>
          <w:p>
            <w:r>
              <w:t>2110095</w:t>
            </w:r>
          </w:p>
        </w:tc>
        <w:tc>
          <w:tcPr>
            <w:tcW w:type="dxa" w:w="1440"/>
          </w:tcPr>
          <w:p>
            <w:r>
              <w:t>王艺儒</w:t>
            </w:r>
          </w:p>
        </w:tc>
        <w:tc>
          <w:tcPr>
            <w:tcW w:type="dxa" w:w="1440"/>
          </w:tcPr>
          <w:p>
            <w:r>
              <w:t>84.28</w:t>
            </w:r>
          </w:p>
        </w:tc>
        <w:tc>
          <w:tcPr>
            <w:tcW w:type="dxa" w:w="1440"/>
          </w:tcPr>
          <w:p>
            <w:r>
              <w:t>数学</w:t>
            </w:r>
          </w:p>
        </w:tc>
        <w:tc>
          <w:tcPr>
            <w:tcW w:type="dxa" w:w="1440"/>
          </w:tcPr>
          <w:p>
            <w:r>
              <w:t>硕士</w:t>
            </w:r>
          </w:p>
        </w:tc>
        <w:tc>
          <w:tcPr>
            <w:tcW w:type="dxa" w:w="1440"/>
          </w:tcPr>
          <w:p>
            <w:r>
              <w:t>拟接收</w:t>
            </w:r>
          </w:p>
        </w:tc>
      </w:tr>
      <w:tr>
        <w:tc>
          <w:tcPr>
            <w:tcW w:type="dxa" w:w="1440"/>
          </w:tcPr>
          <w:p>
            <w:r>
              <w:t>2118674</w:t>
            </w:r>
          </w:p>
        </w:tc>
        <w:tc>
          <w:tcPr>
            <w:tcW w:type="dxa" w:w="1440"/>
          </w:tcPr>
          <w:p>
            <w:r>
              <w:t>董孟琪</w:t>
            </w:r>
          </w:p>
        </w:tc>
        <w:tc>
          <w:tcPr>
            <w:tcW w:type="dxa" w:w="1440"/>
          </w:tcPr>
          <w:p>
            <w:r>
              <w:t>84.26</w:t>
            </w:r>
          </w:p>
        </w:tc>
        <w:tc>
          <w:tcPr>
            <w:tcW w:type="dxa" w:w="1440"/>
          </w:tcPr>
          <w:p>
            <w:r>
              <w:t>数学</w:t>
            </w:r>
          </w:p>
        </w:tc>
        <w:tc>
          <w:tcPr>
            <w:tcW w:type="dxa" w:w="1440"/>
          </w:tcPr>
          <w:p>
            <w:r>
              <w:t>硕士</w:t>
            </w:r>
          </w:p>
        </w:tc>
        <w:tc>
          <w:tcPr>
            <w:tcW w:type="dxa" w:w="1440"/>
          </w:tcPr>
          <w:p>
            <w:r>
              <w:t>拟接收</w:t>
            </w:r>
          </w:p>
        </w:tc>
      </w:tr>
      <w:tr>
        <w:tc>
          <w:tcPr>
            <w:tcW w:type="dxa" w:w="1440"/>
          </w:tcPr>
          <w:p>
            <w:r>
              <w:t>2119295</w:t>
            </w:r>
          </w:p>
        </w:tc>
        <w:tc>
          <w:tcPr>
            <w:tcW w:type="dxa" w:w="1440"/>
          </w:tcPr>
          <w:p>
            <w:r>
              <w:t>杨浩楠</w:t>
            </w:r>
          </w:p>
        </w:tc>
        <w:tc>
          <w:tcPr>
            <w:tcW w:type="dxa" w:w="1440"/>
          </w:tcPr>
          <w:p>
            <w:r>
              <w:t>84.03</w:t>
            </w:r>
          </w:p>
        </w:tc>
        <w:tc>
          <w:tcPr>
            <w:tcW w:type="dxa" w:w="1440"/>
          </w:tcPr>
          <w:p>
            <w:r>
              <w:t>数学</w:t>
            </w:r>
          </w:p>
        </w:tc>
        <w:tc>
          <w:tcPr>
            <w:tcW w:type="dxa" w:w="1440"/>
          </w:tcPr>
          <w:p>
            <w:r>
              <w:t>硕士</w:t>
            </w:r>
          </w:p>
        </w:tc>
        <w:tc>
          <w:tcPr>
            <w:tcW w:type="dxa" w:w="1440"/>
          </w:tcPr>
          <w:p>
            <w:r>
              <w:t>拟接收</w:t>
            </w:r>
          </w:p>
        </w:tc>
      </w:tr>
      <w:tr>
        <w:tc>
          <w:tcPr>
            <w:tcW w:type="dxa" w:w="1440"/>
          </w:tcPr>
          <w:p>
            <w:r>
              <w:t>2118434</w:t>
            </w:r>
          </w:p>
        </w:tc>
        <w:tc>
          <w:tcPr>
            <w:tcW w:type="dxa" w:w="1440"/>
          </w:tcPr>
          <w:p>
            <w:r>
              <w:t>李亚蕊</w:t>
            </w:r>
          </w:p>
        </w:tc>
        <w:tc>
          <w:tcPr>
            <w:tcW w:type="dxa" w:w="1440"/>
          </w:tcPr>
          <w:p>
            <w:r>
              <w:t>83.98</w:t>
            </w:r>
          </w:p>
        </w:tc>
        <w:tc>
          <w:tcPr>
            <w:tcW w:type="dxa" w:w="1440"/>
          </w:tcPr>
          <w:p>
            <w:r>
              <w:t>数学</w:t>
            </w:r>
          </w:p>
        </w:tc>
        <w:tc>
          <w:tcPr>
            <w:tcW w:type="dxa" w:w="1440"/>
          </w:tcPr>
          <w:p>
            <w:r>
              <w:t>硕士</w:t>
            </w:r>
          </w:p>
        </w:tc>
        <w:tc>
          <w:tcPr>
            <w:tcW w:type="dxa" w:w="1440"/>
          </w:tcPr>
          <w:p>
            <w:r>
              <w:t>拟接收</w:t>
            </w:r>
          </w:p>
        </w:tc>
      </w:tr>
      <w:tr>
        <w:tc>
          <w:tcPr>
            <w:tcW w:type="dxa" w:w="1440"/>
          </w:tcPr>
          <w:p>
            <w:r>
              <w:t>2115878</w:t>
            </w:r>
          </w:p>
        </w:tc>
        <w:tc>
          <w:tcPr>
            <w:tcW w:type="dxa" w:w="1440"/>
          </w:tcPr>
          <w:p>
            <w:r>
              <w:t>赵晓冉</w:t>
            </w:r>
          </w:p>
        </w:tc>
        <w:tc>
          <w:tcPr>
            <w:tcW w:type="dxa" w:w="1440"/>
          </w:tcPr>
          <w:p>
            <w:r>
              <w:t>83.94</w:t>
            </w:r>
          </w:p>
        </w:tc>
        <w:tc>
          <w:tcPr>
            <w:tcW w:type="dxa" w:w="1440"/>
          </w:tcPr>
          <w:p>
            <w:r>
              <w:t>数学</w:t>
            </w:r>
          </w:p>
        </w:tc>
        <w:tc>
          <w:tcPr>
            <w:tcW w:type="dxa" w:w="1440"/>
          </w:tcPr>
          <w:p>
            <w:r>
              <w:t>硕士</w:t>
            </w:r>
          </w:p>
        </w:tc>
        <w:tc>
          <w:tcPr>
            <w:tcW w:type="dxa" w:w="1440"/>
          </w:tcPr>
          <w:p>
            <w:r>
              <w:t>拟接收</w:t>
            </w:r>
          </w:p>
        </w:tc>
      </w:tr>
      <w:tr>
        <w:tc>
          <w:tcPr>
            <w:tcW w:type="dxa" w:w="1440"/>
          </w:tcPr>
          <w:p>
            <w:r>
              <w:t>2109992</w:t>
            </w:r>
          </w:p>
        </w:tc>
        <w:tc>
          <w:tcPr>
            <w:tcW w:type="dxa" w:w="1440"/>
          </w:tcPr>
          <w:p>
            <w:r>
              <w:t>高瑞敏</w:t>
            </w:r>
          </w:p>
        </w:tc>
        <w:tc>
          <w:tcPr>
            <w:tcW w:type="dxa" w:w="1440"/>
          </w:tcPr>
          <w:p>
            <w:r>
              <w:t>83.78</w:t>
            </w:r>
          </w:p>
        </w:tc>
        <w:tc>
          <w:tcPr>
            <w:tcW w:type="dxa" w:w="1440"/>
          </w:tcPr>
          <w:p>
            <w:r>
              <w:t>数学</w:t>
            </w:r>
          </w:p>
        </w:tc>
        <w:tc>
          <w:tcPr>
            <w:tcW w:type="dxa" w:w="1440"/>
          </w:tcPr>
          <w:p>
            <w:r>
              <w:t>硕士</w:t>
            </w:r>
          </w:p>
        </w:tc>
        <w:tc>
          <w:tcPr>
            <w:tcW w:type="dxa" w:w="1440"/>
          </w:tcPr>
          <w:p>
            <w:r>
              <w:t>拟接收</w:t>
            </w:r>
          </w:p>
        </w:tc>
      </w:tr>
      <w:tr>
        <w:tc>
          <w:tcPr>
            <w:tcW w:type="dxa" w:w="1440"/>
          </w:tcPr>
          <w:p>
            <w:r>
              <w:t>2118154</w:t>
            </w:r>
          </w:p>
        </w:tc>
        <w:tc>
          <w:tcPr>
            <w:tcW w:type="dxa" w:w="1440"/>
          </w:tcPr>
          <w:p>
            <w:r>
              <w:t>常文瀚</w:t>
            </w:r>
          </w:p>
        </w:tc>
        <w:tc>
          <w:tcPr>
            <w:tcW w:type="dxa" w:w="1440"/>
          </w:tcPr>
          <w:p>
            <w:r>
              <w:t>83.47</w:t>
            </w:r>
          </w:p>
        </w:tc>
        <w:tc>
          <w:tcPr>
            <w:tcW w:type="dxa" w:w="1440"/>
          </w:tcPr>
          <w:p>
            <w:r>
              <w:t>数学</w:t>
            </w:r>
          </w:p>
        </w:tc>
        <w:tc>
          <w:tcPr>
            <w:tcW w:type="dxa" w:w="1440"/>
          </w:tcPr>
          <w:p>
            <w:r>
              <w:t>硕士</w:t>
            </w:r>
          </w:p>
        </w:tc>
        <w:tc>
          <w:tcPr>
            <w:tcW w:type="dxa" w:w="1440"/>
          </w:tcPr>
          <w:p>
            <w:r>
              <w:t>拟接收</w:t>
            </w:r>
          </w:p>
        </w:tc>
      </w:tr>
      <w:tr>
        <w:tc>
          <w:tcPr>
            <w:tcW w:type="dxa" w:w="1440"/>
          </w:tcPr>
          <w:p>
            <w:r>
              <w:t>2119611</w:t>
            </w:r>
          </w:p>
        </w:tc>
        <w:tc>
          <w:tcPr>
            <w:tcW w:type="dxa" w:w="1440"/>
          </w:tcPr>
          <w:p>
            <w:r>
              <w:t>陈之遥</w:t>
            </w:r>
          </w:p>
        </w:tc>
        <w:tc>
          <w:tcPr>
            <w:tcW w:type="dxa" w:w="1440"/>
          </w:tcPr>
          <w:p>
            <w:r>
              <w:t>83.18</w:t>
            </w:r>
          </w:p>
        </w:tc>
        <w:tc>
          <w:tcPr>
            <w:tcW w:type="dxa" w:w="1440"/>
          </w:tcPr>
          <w:p>
            <w:r>
              <w:t>数学</w:t>
            </w:r>
          </w:p>
        </w:tc>
        <w:tc>
          <w:tcPr>
            <w:tcW w:type="dxa" w:w="1440"/>
          </w:tcPr>
          <w:p>
            <w:r>
              <w:t>硕士</w:t>
            </w:r>
          </w:p>
        </w:tc>
        <w:tc>
          <w:tcPr>
            <w:tcW w:type="dxa" w:w="1440"/>
          </w:tcPr>
          <w:p>
            <w:r>
              <w:t>拟接收</w:t>
            </w:r>
          </w:p>
        </w:tc>
      </w:tr>
      <w:tr>
        <w:tc>
          <w:tcPr>
            <w:tcW w:type="dxa" w:w="1440"/>
          </w:tcPr>
          <w:p>
            <w:r>
              <w:t>2109434</w:t>
            </w:r>
          </w:p>
        </w:tc>
        <w:tc>
          <w:tcPr>
            <w:tcW w:type="dxa" w:w="1440"/>
          </w:tcPr>
          <w:p>
            <w:r>
              <w:t>王吉祥</w:t>
            </w:r>
          </w:p>
        </w:tc>
        <w:tc>
          <w:tcPr>
            <w:tcW w:type="dxa" w:w="1440"/>
          </w:tcPr>
          <w:p>
            <w:r>
              <w:t>83.18</w:t>
            </w:r>
          </w:p>
        </w:tc>
        <w:tc>
          <w:tcPr>
            <w:tcW w:type="dxa" w:w="1440"/>
          </w:tcPr>
          <w:p>
            <w:r>
              <w:t>数学</w:t>
            </w:r>
          </w:p>
        </w:tc>
        <w:tc>
          <w:tcPr>
            <w:tcW w:type="dxa" w:w="1440"/>
          </w:tcPr>
          <w:p>
            <w:r>
              <w:t>硕士</w:t>
            </w:r>
          </w:p>
        </w:tc>
        <w:tc>
          <w:tcPr>
            <w:tcW w:type="dxa" w:w="1440"/>
          </w:tcPr>
          <w:p>
            <w:r>
              <w:t>拟接收</w:t>
            </w:r>
          </w:p>
        </w:tc>
      </w:tr>
      <w:tr>
        <w:tc>
          <w:tcPr>
            <w:tcW w:type="dxa" w:w="1440"/>
          </w:tcPr>
          <w:p>
            <w:r>
              <w:t>2118606</w:t>
            </w:r>
          </w:p>
        </w:tc>
        <w:tc>
          <w:tcPr>
            <w:tcW w:type="dxa" w:w="1440"/>
          </w:tcPr>
          <w:p>
            <w:r>
              <w:t>彭照欢</w:t>
            </w:r>
          </w:p>
        </w:tc>
        <w:tc>
          <w:tcPr>
            <w:tcW w:type="dxa" w:w="1440"/>
          </w:tcPr>
          <w:p>
            <w:r>
              <w:t>83.07</w:t>
            </w:r>
          </w:p>
        </w:tc>
        <w:tc>
          <w:tcPr>
            <w:tcW w:type="dxa" w:w="1440"/>
          </w:tcPr>
          <w:p>
            <w:r>
              <w:t>数学</w:t>
            </w:r>
          </w:p>
        </w:tc>
        <w:tc>
          <w:tcPr>
            <w:tcW w:type="dxa" w:w="1440"/>
          </w:tcPr>
          <w:p>
            <w:r>
              <w:t>硕士</w:t>
            </w:r>
          </w:p>
        </w:tc>
        <w:tc>
          <w:tcPr>
            <w:tcW w:type="dxa" w:w="1440"/>
          </w:tcPr>
          <w:p>
            <w:r>
              <w:t>拟接收</w:t>
            </w:r>
          </w:p>
        </w:tc>
      </w:tr>
      <w:tr>
        <w:tc>
          <w:tcPr>
            <w:tcW w:type="dxa" w:w="1440"/>
          </w:tcPr>
          <w:p>
            <w:r>
              <w:t>2104342</w:t>
            </w:r>
          </w:p>
        </w:tc>
        <w:tc>
          <w:tcPr>
            <w:tcW w:type="dxa" w:w="1440"/>
          </w:tcPr>
          <w:p>
            <w:r>
              <w:t>夏云昊</w:t>
            </w:r>
          </w:p>
        </w:tc>
        <w:tc>
          <w:tcPr>
            <w:tcW w:type="dxa" w:w="1440"/>
          </w:tcPr>
          <w:p>
            <w:r>
              <w:t>82.98</w:t>
            </w:r>
          </w:p>
        </w:tc>
        <w:tc>
          <w:tcPr>
            <w:tcW w:type="dxa" w:w="1440"/>
          </w:tcPr>
          <w:p>
            <w:r>
              <w:t>数学</w:t>
            </w:r>
          </w:p>
        </w:tc>
        <w:tc>
          <w:tcPr>
            <w:tcW w:type="dxa" w:w="1440"/>
          </w:tcPr>
          <w:p>
            <w:r>
              <w:t>硕士</w:t>
            </w:r>
          </w:p>
        </w:tc>
        <w:tc>
          <w:tcPr>
            <w:tcW w:type="dxa" w:w="1440"/>
          </w:tcPr>
          <w:p>
            <w:r>
              <w:t>拟接收</w:t>
            </w:r>
          </w:p>
        </w:tc>
      </w:tr>
      <w:tr>
        <w:tc>
          <w:tcPr>
            <w:tcW w:type="dxa" w:w="1440"/>
          </w:tcPr>
          <w:p>
            <w:r>
              <w:t>2108597</w:t>
            </w:r>
          </w:p>
        </w:tc>
        <w:tc>
          <w:tcPr>
            <w:tcW w:type="dxa" w:w="1440"/>
          </w:tcPr>
          <w:p>
            <w:r>
              <w:t>王哲</w:t>
            </w:r>
          </w:p>
        </w:tc>
        <w:tc>
          <w:tcPr>
            <w:tcW w:type="dxa" w:w="1440"/>
          </w:tcPr>
          <w:p>
            <w:r>
              <w:t>82.93</w:t>
            </w:r>
          </w:p>
        </w:tc>
        <w:tc>
          <w:tcPr>
            <w:tcW w:type="dxa" w:w="1440"/>
          </w:tcPr>
          <w:p>
            <w:r>
              <w:t>数学</w:t>
            </w:r>
          </w:p>
        </w:tc>
        <w:tc>
          <w:tcPr>
            <w:tcW w:type="dxa" w:w="1440"/>
          </w:tcPr>
          <w:p>
            <w:r>
              <w:t>硕士</w:t>
            </w:r>
          </w:p>
        </w:tc>
        <w:tc>
          <w:tcPr>
            <w:tcW w:type="dxa" w:w="1440"/>
          </w:tcPr>
          <w:p>
            <w:r>
              <w:t>拟接收</w:t>
            </w:r>
          </w:p>
        </w:tc>
      </w:tr>
      <w:tr>
        <w:tc>
          <w:tcPr>
            <w:tcW w:type="dxa" w:w="1440"/>
          </w:tcPr>
          <w:p>
            <w:r>
              <w:t>2116078</w:t>
            </w:r>
          </w:p>
        </w:tc>
        <w:tc>
          <w:tcPr>
            <w:tcW w:type="dxa" w:w="1440"/>
          </w:tcPr>
          <w:p>
            <w:r>
              <w:t>侯鹏林</w:t>
            </w:r>
          </w:p>
        </w:tc>
        <w:tc>
          <w:tcPr>
            <w:tcW w:type="dxa" w:w="1440"/>
          </w:tcPr>
          <w:p>
            <w:r>
              <w:t>82.54</w:t>
            </w:r>
          </w:p>
        </w:tc>
        <w:tc>
          <w:tcPr>
            <w:tcW w:type="dxa" w:w="1440"/>
          </w:tcPr>
          <w:p>
            <w:r>
              <w:t>数学</w:t>
            </w:r>
          </w:p>
        </w:tc>
        <w:tc>
          <w:tcPr>
            <w:tcW w:type="dxa" w:w="1440"/>
          </w:tcPr>
          <w:p>
            <w:r>
              <w:t>硕士</w:t>
            </w:r>
          </w:p>
        </w:tc>
        <w:tc>
          <w:tcPr>
            <w:tcW w:type="dxa" w:w="1440"/>
          </w:tcPr>
          <w:p>
            <w:r>
              <w:t>拟接收</w:t>
            </w:r>
          </w:p>
        </w:tc>
      </w:tr>
      <w:tr>
        <w:tc>
          <w:tcPr>
            <w:tcW w:type="dxa" w:w="1440"/>
          </w:tcPr>
          <w:p>
            <w:r>
              <w:t>2117372</w:t>
            </w:r>
          </w:p>
        </w:tc>
        <w:tc>
          <w:tcPr>
            <w:tcW w:type="dxa" w:w="1440"/>
          </w:tcPr>
          <w:p>
            <w:r>
              <w:t>郭璐</w:t>
            </w:r>
          </w:p>
        </w:tc>
        <w:tc>
          <w:tcPr>
            <w:tcW w:type="dxa" w:w="1440"/>
          </w:tcPr>
          <w:p>
            <w:r>
              <w:t>82.18</w:t>
            </w:r>
          </w:p>
        </w:tc>
        <w:tc>
          <w:tcPr>
            <w:tcW w:type="dxa" w:w="1440"/>
          </w:tcPr>
          <w:p>
            <w:r>
              <w:t>数学</w:t>
            </w:r>
          </w:p>
        </w:tc>
        <w:tc>
          <w:tcPr>
            <w:tcW w:type="dxa" w:w="1440"/>
          </w:tcPr>
          <w:p>
            <w:r>
              <w:t>硕士</w:t>
            </w:r>
          </w:p>
        </w:tc>
        <w:tc>
          <w:tcPr>
            <w:tcW w:type="dxa" w:w="1440"/>
          </w:tcPr>
          <w:p>
            <w:r>
              <w:t>拟接收</w:t>
            </w:r>
          </w:p>
        </w:tc>
      </w:tr>
      <w:tr>
        <w:tc>
          <w:tcPr>
            <w:tcW w:type="dxa" w:w="1440"/>
          </w:tcPr>
          <w:p>
            <w:r>
              <w:t>2113424</w:t>
            </w:r>
          </w:p>
        </w:tc>
        <w:tc>
          <w:tcPr>
            <w:tcW w:type="dxa" w:w="1440"/>
          </w:tcPr>
          <w:p>
            <w:r>
              <w:t>彭梦琪</w:t>
            </w:r>
          </w:p>
        </w:tc>
        <w:tc>
          <w:tcPr>
            <w:tcW w:type="dxa" w:w="1440"/>
          </w:tcPr>
          <w:p>
            <w:r>
              <w:t>82.07</w:t>
            </w:r>
          </w:p>
        </w:tc>
        <w:tc>
          <w:tcPr>
            <w:tcW w:type="dxa" w:w="1440"/>
          </w:tcPr>
          <w:p>
            <w:r>
              <w:t>数学</w:t>
            </w:r>
          </w:p>
        </w:tc>
        <w:tc>
          <w:tcPr>
            <w:tcW w:type="dxa" w:w="1440"/>
          </w:tcPr>
          <w:p>
            <w:r>
              <w:t>硕士</w:t>
            </w:r>
          </w:p>
        </w:tc>
        <w:tc>
          <w:tcPr>
            <w:tcW w:type="dxa" w:w="1440"/>
          </w:tcPr>
          <w:p>
            <w:r>
              <w:t>拟接收</w:t>
            </w:r>
          </w:p>
        </w:tc>
      </w:tr>
      <w:tr>
        <w:tc>
          <w:tcPr>
            <w:tcW w:type="dxa" w:w="1440"/>
          </w:tcPr>
          <w:p>
            <w:r>
              <w:t>2116417</w:t>
            </w:r>
          </w:p>
        </w:tc>
        <w:tc>
          <w:tcPr>
            <w:tcW w:type="dxa" w:w="1440"/>
          </w:tcPr>
          <w:p>
            <w:r>
              <w:t>贺淼</w:t>
            </w:r>
          </w:p>
        </w:tc>
        <w:tc>
          <w:tcPr>
            <w:tcW w:type="dxa" w:w="1440"/>
          </w:tcPr>
          <w:p>
            <w:r>
              <w:t>82.03</w:t>
            </w:r>
          </w:p>
        </w:tc>
        <w:tc>
          <w:tcPr>
            <w:tcW w:type="dxa" w:w="1440"/>
          </w:tcPr>
          <w:p>
            <w:r>
              <w:t>数学</w:t>
            </w:r>
          </w:p>
        </w:tc>
        <w:tc>
          <w:tcPr>
            <w:tcW w:type="dxa" w:w="1440"/>
          </w:tcPr>
          <w:p>
            <w:r>
              <w:t>硕士</w:t>
            </w:r>
          </w:p>
        </w:tc>
        <w:tc>
          <w:tcPr>
            <w:tcW w:type="dxa" w:w="1440"/>
          </w:tcPr>
          <w:p>
            <w:r>
              <w:t>拟接收</w:t>
            </w:r>
          </w:p>
        </w:tc>
      </w:tr>
      <w:tr>
        <w:tc>
          <w:tcPr>
            <w:tcW w:type="dxa" w:w="1440"/>
          </w:tcPr>
          <w:p>
            <w:r>
              <w:t>2119746</w:t>
            </w:r>
          </w:p>
        </w:tc>
        <w:tc>
          <w:tcPr>
            <w:tcW w:type="dxa" w:w="1440"/>
          </w:tcPr>
          <w:p>
            <w:r>
              <w:t>陈彤</w:t>
            </w:r>
          </w:p>
        </w:tc>
        <w:tc>
          <w:tcPr>
            <w:tcW w:type="dxa" w:w="1440"/>
          </w:tcPr>
          <w:p>
            <w:r>
              <w:t>81.87</w:t>
            </w:r>
          </w:p>
        </w:tc>
        <w:tc>
          <w:tcPr>
            <w:tcW w:type="dxa" w:w="1440"/>
          </w:tcPr>
          <w:p>
            <w:r>
              <w:t>数学</w:t>
            </w:r>
          </w:p>
        </w:tc>
        <w:tc>
          <w:tcPr>
            <w:tcW w:type="dxa" w:w="1440"/>
          </w:tcPr>
          <w:p>
            <w:r>
              <w:t>硕士</w:t>
            </w:r>
          </w:p>
        </w:tc>
        <w:tc>
          <w:tcPr>
            <w:tcW w:type="dxa" w:w="1440"/>
          </w:tcPr>
          <w:p>
            <w:r>
              <w:t>拟接收</w:t>
            </w:r>
          </w:p>
        </w:tc>
      </w:tr>
      <w:tr>
        <w:tc>
          <w:tcPr>
            <w:tcW w:type="dxa" w:w="1440"/>
          </w:tcPr>
          <w:p>
            <w:r>
              <w:t>2117823</w:t>
            </w:r>
          </w:p>
        </w:tc>
        <w:tc>
          <w:tcPr>
            <w:tcW w:type="dxa" w:w="1440"/>
          </w:tcPr>
          <w:p>
            <w:r>
              <w:t>李洋</w:t>
            </w:r>
          </w:p>
        </w:tc>
        <w:tc>
          <w:tcPr>
            <w:tcW w:type="dxa" w:w="1440"/>
          </w:tcPr>
          <w:p>
            <w:r>
              <w:t>81.74</w:t>
            </w:r>
          </w:p>
        </w:tc>
        <w:tc>
          <w:tcPr>
            <w:tcW w:type="dxa" w:w="1440"/>
          </w:tcPr>
          <w:p>
            <w:r>
              <w:t>数学</w:t>
            </w:r>
          </w:p>
        </w:tc>
        <w:tc>
          <w:tcPr>
            <w:tcW w:type="dxa" w:w="1440"/>
          </w:tcPr>
          <w:p>
            <w:r>
              <w:t>硕士</w:t>
            </w:r>
          </w:p>
        </w:tc>
        <w:tc>
          <w:tcPr>
            <w:tcW w:type="dxa" w:w="1440"/>
          </w:tcPr>
          <w:p>
            <w:r>
              <w:t>拟接收</w:t>
            </w:r>
          </w:p>
        </w:tc>
      </w:tr>
      <w:tr>
        <w:tc>
          <w:tcPr>
            <w:tcW w:type="dxa" w:w="1440"/>
          </w:tcPr>
          <w:p>
            <w:r>
              <w:t>2119752</w:t>
            </w:r>
          </w:p>
        </w:tc>
        <w:tc>
          <w:tcPr>
            <w:tcW w:type="dxa" w:w="1440"/>
          </w:tcPr>
          <w:p>
            <w:r>
              <w:t>代舒菡</w:t>
            </w:r>
          </w:p>
        </w:tc>
        <w:tc>
          <w:tcPr>
            <w:tcW w:type="dxa" w:w="1440"/>
          </w:tcPr>
          <w:p>
            <w:r>
              <w:t>81.68</w:t>
            </w:r>
          </w:p>
        </w:tc>
        <w:tc>
          <w:tcPr>
            <w:tcW w:type="dxa" w:w="1440"/>
          </w:tcPr>
          <w:p>
            <w:r>
              <w:t>数学</w:t>
            </w:r>
          </w:p>
        </w:tc>
        <w:tc>
          <w:tcPr>
            <w:tcW w:type="dxa" w:w="1440"/>
          </w:tcPr>
          <w:p>
            <w:r>
              <w:t>硕士</w:t>
            </w:r>
          </w:p>
        </w:tc>
        <w:tc>
          <w:tcPr>
            <w:tcW w:type="dxa" w:w="1440"/>
          </w:tcPr>
          <w:p>
            <w:r>
              <w:t>拟接收</w:t>
            </w:r>
          </w:p>
        </w:tc>
      </w:tr>
      <w:tr>
        <w:tc>
          <w:tcPr>
            <w:tcW w:type="dxa" w:w="1440"/>
          </w:tcPr>
          <w:p>
            <w:r>
              <w:t>2114176</w:t>
            </w:r>
          </w:p>
        </w:tc>
        <w:tc>
          <w:tcPr>
            <w:tcW w:type="dxa" w:w="1440"/>
          </w:tcPr>
          <w:p>
            <w:r>
              <w:t>李忠洁</w:t>
            </w:r>
          </w:p>
        </w:tc>
        <w:tc>
          <w:tcPr>
            <w:tcW w:type="dxa" w:w="1440"/>
          </w:tcPr>
          <w:p>
            <w:r>
              <w:t>81.67</w:t>
            </w:r>
          </w:p>
        </w:tc>
        <w:tc>
          <w:tcPr>
            <w:tcW w:type="dxa" w:w="1440"/>
          </w:tcPr>
          <w:p>
            <w:r>
              <w:t>数学</w:t>
            </w:r>
          </w:p>
        </w:tc>
        <w:tc>
          <w:tcPr>
            <w:tcW w:type="dxa" w:w="1440"/>
          </w:tcPr>
          <w:p>
            <w:r>
              <w:t>硕士</w:t>
            </w:r>
          </w:p>
        </w:tc>
        <w:tc>
          <w:tcPr>
            <w:tcW w:type="dxa" w:w="1440"/>
          </w:tcPr>
          <w:p>
            <w:r>
              <w:t>拟接收</w:t>
            </w:r>
          </w:p>
        </w:tc>
      </w:tr>
      <w:tr>
        <w:tc>
          <w:tcPr>
            <w:tcW w:type="dxa" w:w="1440"/>
          </w:tcPr>
          <w:p>
            <w:r>
              <w:t>2119727</w:t>
            </w:r>
          </w:p>
        </w:tc>
        <w:tc>
          <w:tcPr>
            <w:tcW w:type="dxa" w:w="1440"/>
          </w:tcPr>
          <w:p>
            <w:r>
              <w:t>杨舒荀</w:t>
            </w:r>
          </w:p>
        </w:tc>
        <w:tc>
          <w:tcPr>
            <w:tcW w:type="dxa" w:w="1440"/>
          </w:tcPr>
          <w:p>
            <w:r>
              <w:t>81.58</w:t>
            </w:r>
          </w:p>
        </w:tc>
        <w:tc>
          <w:tcPr>
            <w:tcW w:type="dxa" w:w="1440"/>
          </w:tcPr>
          <w:p>
            <w:r>
              <w:t>数学</w:t>
            </w:r>
          </w:p>
        </w:tc>
        <w:tc>
          <w:tcPr>
            <w:tcW w:type="dxa" w:w="1440"/>
          </w:tcPr>
          <w:p>
            <w:r>
              <w:t>硕士</w:t>
            </w:r>
          </w:p>
        </w:tc>
        <w:tc>
          <w:tcPr>
            <w:tcW w:type="dxa" w:w="1440"/>
          </w:tcPr>
          <w:p>
            <w:r>
              <w:t>拟接收</w:t>
            </w:r>
          </w:p>
        </w:tc>
      </w:tr>
      <w:tr>
        <w:tc>
          <w:tcPr>
            <w:tcW w:type="dxa" w:w="1440"/>
          </w:tcPr>
          <w:p>
            <w:r>
              <w:t>2117519</w:t>
            </w:r>
          </w:p>
        </w:tc>
        <w:tc>
          <w:tcPr>
            <w:tcW w:type="dxa" w:w="1440"/>
          </w:tcPr>
          <w:p>
            <w:r>
              <w:t>程悦</w:t>
            </w:r>
          </w:p>
        </w:tc>
        <w:tc>
          <w:tcPr>
            <w:tcW w:type="dxa" w:w="1440"/>
          </w:tcPr>
          <w:p>
            <w:r>
              <w:t>81.28</w:t>
            </w:r>
          </w:p>
        </w:tc>
        <w:tc>
          <w:tcPr>
            <w:tcW w:type="dxa" w:w="1440"/>
          </w:tcPr>
          <w:p>
            <w:r>
              <w:t>数学</w:t>
            </w:r>
          </w:p>
        </w:tc>
        <w:tc>
          <w:tcPr>
            <w:tcW w:type="dxa" w:w="1440"/>
          </w:tcPr>
          <w:p>
            <w:r>
              <w:t>硕士</w:t>
            </w:r>
          </w:p>
        </w:tc>
        <w:tc>
          <w:tcPr>
            <w:tcW w:type="dxa" w:w="1440"/>
          </w:tcPr>
          <w:p>
            <w:r>
              <w:t>拟接收</w:t>
            </w:r>
          </w:p>
        </w:tc>
      </w:tr>
      <w:tr>
        <w:tc>
          <w:tcPr>
            <w:tcW w:type="dxa" w:w="1440"/>
          </w:tcPr>
          <w:p>
            <w:r>
              <w:t>2113842</w:t>
            </w:r>
          </w:p>
        </w:tc>
        <w:tc>
          <w:tcPr>
            <w:tcW w:type="dxa" w:w="1440"/>
          </w:tcPr>
          <w:p>
            <w:r>
              <w:t>杨柳</w:t>
            </w:r>
          </w:p>
        </w:tc>
        <w:tc>
          <w:tcPr>
            <w:tcW w:type="dxa" w:w="1440"/>
          </w:tcPr>
          <w:p>
            <w:r>
              <w:t>81.08</w:t>
            </w:r>
          </w:p>
        </w:tc>
        <w:tc>
          <w:tcPr>
            <w:tcW w:type="dxa" w:w="1440"/>
          </w:tcPr>
          <w:p>
            <w:r>
              <w:t>数学</w:t>
            </w:r>
          </w:p>
        </w:tc>
        <w:tc>
          <w:tcPr>
            <w:tcW w:type="dxa" w:w="1440"/>
          </w:tcPr>
          <w:p>
            <w:r>
              <w:t>硕士</w:t>
            </w:r>
          </w:p>
        </w:tc>
        <w:tc>
          <w:tcPr>
            <w:tcW w:type="dxa" w:w="1440"/>
          </w:tcPr>
          <w:p>
            <w:r>
              <w:t>拟接收</w:t>
            </w:r>
          </w:p>
        </w:tc>
      </w:tr>
      <w:tr>
        <w:tc>
          <w:tcPr>
            <w:tcW w:type="dxa" w:w="1440"/>
          </w:tcPr>
          <w:p>
            <w:r>
              <w:t>2119732</w:t>
            </w:r>
          </w:p>
        </w:tc>
        <w:tc>
          <w:tcPr>
            <w:tcW w:type="dxa" w:w="1440"/>
          </w:tcPr>
          <w:p>
            <w:r>
              <w:t>李雪琴</w:t>
            </w:r>
          </w:p>
        </w:tc>
        <w:tc>
          <w:tcPr>
            <w:tcW w:type="dxa" w:w="1440"/>
          </w:tcPr>
          <w:p>
            <w:r>
              <w:t>80.94</w:t>
            </w:r>
          </w:p>
        </w:tc>
        <w:tc>
          <w:tcPr>
            <w:tcW w:type="dxa" w:w="1440"/>
          </w:tcPr>
          <w:p>
            <w:r>
              <w:t>数学</w:t>
            </w:r>
          </w:p>
        </w:tc>
        <w:tc>
          <w:tcPr>
            <w:tcW w:type="dxa" w:w="1440"/>
          </w:tcPr>
          <w:p>
            <w:r>
              <w:t>硕士</w:t>
            </w:r>
          </w:p>
        </w:tc>
        <w:tc>
          <w:tcPr>
            <w:tcW w:type="dxa" w:w="1440"/>
          </w:tcPr>
          <w:p>
            <w:r>
              <w:t>拟接收</w:t>
            </w:r>
          </w:p>
        </w:tc>
      </w:tr>
      <w:tr>
        <w:tc>
          <w:tcPr>
            <w:tcW w:type="dxa" w:w="1440"/>
          </w:tcPr>
          <w:p>
            <w:r>
              <w:t>2114097</w:t>
            </w:r>
          </w:p>
        </w:tc>
        <w:tc>
          <w:tcPr>
            <w:tcW w:type="dxa" w:w="1440"/>
          </w:tcPr>
          <w:p>
            <w:r>
              <w:t>周展</w:t>
            </w:r>
          </w:p>
        </w:tc>
        <w:tc>
          <w:tcPr>
            <w:tcW w:type="dxa" w:w="1440"/>
          </w:tcPr>
          <w:p>
            <w:r>
              <w:t>80.83</w:t>
            </w:r>
          </w:p>
        </w:tc>
        <w:tc>
          <w:tcPr>
            <w:tcW w:type="dxa" w:w="1440"/>
          </w:tcPr>
          <w:p>
            <w:r>
              <w:t>数学</w:t>
            </w:r>
          </w:p>
        </w:tc>
        <w:tc>
          <w:tcPr>
            <w:tcW w:type="dxa" w:w="1440"/>
          </w:tcPr>
          <w:p>
            <w:r>
              <w:t>硕士</w:t>
            </w:r>
          </w:p>
        </w:tc>
        <w:tc>
          <w:tcPr>
            <w:tcW w:type="dxa" w:w="1440"/>
          </w:tcPr>
          <w:p>
            <w:r>
              <w:t>拟接收</w:t>
            </w:r>
          </w:p>
        </w:tc>
      </w:tr>
      <w:tr>
        <w:tc>
          <w:tcPr>
            <w:tcW w:type="dxa" w:w="1440"/>
          </w:tcPr>
          <w:p>
            <w:r>
              <w:t>2107094</w:t>
            </w:r>
          </w:p>
        </w:tc>
        <w:tc>
          <w:tcPr>
            <w:tcW w:type="dxa" w:w="1440"/>
          </w:tcPr>
          <w:p>
            <w:r>
              <w:t>樊欣</w:t>
            </w:r>
          </w:p>
        </w:tc>
        <w:tc>
          <w:tcPr>
            <w:tcW w:type="dxa" w:w="1440"/>
          </w:tcPr>
          <w:p>
            <w:r>
              <w:t>80.75</w:t>
            </w:r>
          </w:p>
        </w:tc>
        <w:tc>
          <w:tcPr>
            <w:tcW w:type="dxa" w:w="1440"/>
          </w:tcPr>
          <w:p>
            <w:r>
              <w:t>数学</w:t>
            </w:r>
          </w:p>
        </w:tc>
        <w:tc>
          <w:tcPr>
            <w:tcW w:type="dxa" w:w="1440"/>
          </w:tcPr>
          <w:p>
            <w:r>
              <w:t>硕士</w:t>
            </w:r>
          </w:p>
        </w:tc>
        <w:tc>
          <w:tcPr>
            <w:tcW w:type="dxa" w:w="1440"/>
          </w:tcPr>
          <w:p>
            <w:r>
              <w:t>拟接收</w:t>
            </w:r>
          </w:p>
        </w:tc>
      </w:tr>
      <w:tr>
        <w:tc>
          <w:tcPr>
            <w:tcW w:type="dxa" w:w="1440"/>
          </w:tcPr>
          <w:p>
            <w:r>
              <w:t>2110522</w:t>
            </w:r>
          </w:p>
        </w:tc>
        <w:tc>
          <w:tcPr>
            <w:tcW w:type="dxa" w:w="1440"/>
          </w:tcPr>
          <w:p>
            <w:r>
              <w:t>邢月清</w:t>
            </w:r>
          </w:p>
        </w:tc>
        <w:tc>
          <w:tcPr>
            <w:tcW w:type="dxa" w:w="1440"/>
          </w:tcPr>
          <w:p>
            <w:r>
              <w:t>80.58</w:t>
            </w:r>
          </w:p>
        </w:tc>
        <w:tc>
          <w:tcPr>
            <w:tcW w:type="dxa" w:w="1440"/>
          </w:tcPr>
          <w:p>
            <w:r>
              <w:t>数学</w:t>
            </w:r>
          </w:p>
        </w:tc>
        <w:tc>
          <w:tcPr>
            <w:tcW w:type="dxa" w:w="1440"/>
          </w:tcPr>
          <w:p>
            <w:r>
              <w:t>硕士</w:t>
            </w:r>
          </w:p>
        </w:tc>
        <w:tc>
          <w:tcPr>
            <w:tcW w:type="dxa" w:w="1440"/>
          </w:tcPr>
          <w:p>
            <w:r>
              <w:t>拟接收</w:t>
            </w:r>
          </w:p>
        </w:tc>
      </w:tr>
      <w:tr>
        <w:tc>
          <w:tcPr>
            <w:tcW w:type="dxa" w:w="1440"/>
          </w:tcPr>
          <w:p>
            <w:r>
              <w:t>2112849</w:t>
            </w:r>
          </w:p>
        </w:tc>
        <w:tc>
          <w:tcPr>
            <w:tcW w:type="dxa" w:w="1440"/>
          </w:tcPr>
          <w:p>
            <w:r>
              <w:t>江九运</w:t>
            </w:r>
          </w:p>
        </w:tc>
        <w:tc>
          <w:tcPr>
            <w:tcW w:type="dxa" w:w="1440"/>
          </w:tcPr>
          <w:p>
            <w:r>
              <w:t>80.54</w:t>
            </w:r>
          </w:p>
        </w:tc>
        <w:tc>
          <w:tcPr>
            <w:tcW w:type="dxa" w:w="1440"/>
          </w:tcPr>
          <w:p>
            <w:r>
              <w:t>数学</w:t>
            </w:r>
          </w:p>
        </w:tc>
        <w:tc>
          <w:tcPr>
            <w:tcW w:type="dxa" w:w="1440"/>
          </w:tcPr>
          <w:p>
            <w:r>
              <w:t>硕士</w:t>
            </w:r>
          </w:p>
        </w:tc>
        <w:tc>
          <w:tcPr>
            <w:tcW w:type="dxa" w:w="1440"/>
          </w:tcPr>
          <w:p>
            <w:r>
              <w:t>拟接收</w:t>
            </w:r>
          </w:p>
        </w:tc>
      </w:tr>
      <w:tr>
        <w:tc>
          <w:tcPr>
            <w:tcW w:type="dxa" w:w="1440"/>
          </w:tcPr>
          <w:p>
            <w:r>
              <w:t>2115270</w:t>
            </w:r>
          </w:p>
        </w:tc>
        <w:tc>
          <w:tcPr>
            <w:tcW w:type="dxa" w:w="1440"/>
          </w:tcPr>
          <w:p>
            <w:r>
              <w:t>祝嘉耀</w:t>
            </w:r>
          </w:p>
        </w:tc>
        <w:tc>
          <w:tcPr>
            <w:tcW w:type="dxa" w:w="1440"/>
          </w:tcPr>
          <w:p>
            <w:r>
              <w:t>80.34</w:t>
            </w:r>
          </w:p>
        </w:tc>
        <w:tc>
          <w:tcPr>
            <w:tcW w:type="dxa" w:w="1440"/>
          </w:tcPr>
          <w:p>
            <w:r>
              <w:t>数学</w:t>
            </w:r>
          </w:p>
        </w:tc>
        <w:tc>
          <w:tcPr>
            <w:tcW w:type="dxa" w:w="1440"/>
          </w:tcPr>
          <w:p>
            <w:r>
              <w:t>硕士</w:t>
            </w:r>
          </w:p>
        </w:tc>
        <w:tc>
          <w:tcPr>
            <w:tcW w:type="dxa" w:w="1440"/>
          </w:tcPr>
          <w:p>
            <w:r>
              <w:t>拟接收</w:t>
            </w:r>
          </w:p>
        </w:tc>
      </w:tr>
      <w:tr>
        <w:tc>
          <w:tcPr>
            <w:tcW w:type="dxa" w:w="1440"/>
          </w:tcPr>
          <w:p>
            <w:r>
              <w:t>2117787</w:t>
            </w:r>
          </w:p>
        </w:tc>
        <w:tc>
          <w:tcPr>
            <w:tcW w:type="dxa" w:w="1440"/>
          </w:tcPr>
          <w:p>
            <w:r>
              <w:t>姚莉娜</w:t>
            </w:r>
          </w:p>
        </w:tc>
        <w:tc>
          <w:tcPr>
            <w:tcW w:type="dxa" w:w="1440"/>
          </w:tcPr>
          <w:p>
            <w:r>
              <w:t>80.28</w:t>
            </w:r>
          </w:p>
        </w:tc>
        <w:tc>
          <w:tcPr>
            <w:tcW w:type="dxa" w:w="1440"/>
          </w:tcPr>
          <w:p>
            <w:r>
              <w:t>数学</w:t>
            </w:r>
          </w:p>
        </w:tc>
        <w:tc>
          <w:tcPr>
            <w:tcW w:type="dxa" w:w="1440"/>
          </w:tcPr>
          <w:p>
            <w:r>
              <w:t>硕士</w:t>
            </w:r>
          </w:p>
        </w:tc>
        <w:tc>
          <w:tcPr>
            <w:tcW w:type="dxa" w:w="1440"/>
          </w:tcPr>
          <w:p>
            <w:r>
              <w:t>拟接收</w:t>
            </w:r>
          </w:p>
        </w:tc>
      </w:tr>
      <w:tr>
        <w:tc>
          <w:tcPr>
            <w:tcW w:type="dxa" w:w="1440"/>
          </w:tcPr>
          <w:p>
            <w:r>
              <w:t>2114615</w:t>
            </w:r>
          </w:p>
        </w:tc>
        <w:tc>
          <w:tcPr>
            <w:tcW w:type="dxa" w:w="1440"/>
          </w:tcPr>
          <w:p>
            <w:r>
              <w:t>李彦婷</w:t>
            </w:r>
          </w:p>
        </w:tc>
        <w:tc>
          <w:tcPr>
            <w:tcW w:type="dxa" w:w="1440"/>
          </w:tcPr>
          <w:p>
            <w:r>
              <w:t>80.26</w:t>
            </w:r>
          </w:p>
        </w:tc>
        <w:tc>
          <w:tcPr>
            <w:tcW w:type="dxa" w:w="1440"/>
          </w:tcPr>
          <w:p>
            <w:r>
              <w:t>数学</w:t>
            </w:r>
          </w:p>
        </w:tc>
        <w:tc>
          <w:tcPr>
            <w:tcW w:type="dxa" w:w="1440"/>
          </w:tcPr>
          <w:p>
            <w:r>
              <w:t>硕士</w:t>
            </w:r>
          </w:p>
        </w:tc>
        <w:tc>
          <w:tcPr>
            <w:tcW w:type="dxa" w:w="1440"/>
          </w:tcPr>
          <w:p>
            <w:r>
              <w:t>拟接收</w:t>
            </w:r>
          </w:p>
        </w:tc>
      </w:tr>
      <w:tr>
        <w:tc>
          <w:tcPr>
            <w:tcW w:type="dxa" w:w="1440"/>
          </w:tcPr>
          <w:p>
            <w:r>
              <w:t>2117194</w:t>
            </w:r>
          </w:p>
        </w:tc>
        <w:tc>
          <w:tcPr>
            <w:tcW w:type="dxa" w:w="1440"/>
          </w:tcPr>
          <w:p>
            <w:r>
              <w:t>陈航</w:t>
            </w:r>
          </w:p>
        </w:tc>
        <w:tc>
          <w:tcPr>
            <w:tcW w:type="dxa" w:w="1440"/>
          </w:tcPr>
          <w:p>
            <w:r>
              <w:t>80.25</w:t>
            </w:r>
          </w:p>
        </w:tc>
        <w:tc>
          <w:tcPr>
            <w:tcW w:type="dxa" w:w="1440"/>
          </w:tcPr>
          <w:p>
            <w:r>
              <w:t>数学</w:t>
            </w:r>
          </w:p>
        </w:tc>
        <w:tc>
          <w:tcPr>
            <w:tcW w:type="dxa" w:w="1440"/>
          </w:tcPr>
          <w:p>
            <w:r>
              <w:t>硕士</w:t>
            </w:r>
          </w:p>
        </w:tc>
        <w:tc>
          <w:tcPr>
            <w:tcW w:type="dxa" w:w="1440"/>
          </w:tcPr>
          <w:p>
            <w:r>
              <w:t>拟接收</w:t>
            </w:r>
          </w:p>
        </w:tc>
      </w:tr>
      <w:tr>
        <w:tc>
          <w:tcPr>
            <w:tcW w:type="dxa" w:w="1440"/>
          </w:tcPr>
          <w:p>
            <w:r>
              <w:t>2111999</w:t>
            </w:r>
          </w:p>
        </w:tc>
        <w:tc>
          <w:tcPr>
            <w:tcW w:type="dxa" w:w="1440"/>
          </w:tcPr>
          <w:p>
            <w:r>
              <w:t>徐英杰</w:t>
            </w:r>
          </w:p>
        </w:tc>
        <w:tc>
          <w:tcPr>
            <w:tcW w:type="dxa" w:w="1440"/>
          </w:tcPr>
          <w:p>
            <w:r>
              <w:t>80.15</w:t>
            </w:r>
          </w:p>
        </w:tc>
        <w:tc>
          <w:tcPr>
            <w:tcW w:type="dxa" w:w="1440"/>
          </w:tcPr>
          <w:p>
            <w:r>
              <w:t>数学</w:t>
            </w:r>
          </w:p>
        </w:tc>
        <w:tc>
          <w:tcPr>
            <w:tcW w:type="dxa" w:w="1440"/>
          </w:tcPr>
          <w:p>
            <w:r>
              <w:t>硕士</w:t>
            </w:r>
          </w:p>
        </w:tc>
        <w:tc>
          <w:tcPr>
            <w:tcW w:type="dxa" w:w="1440"/>
          </w:tcPr>
          <w:p>
            <w:r>
              <w:t>拟接收</w:t>
            </w:r>
          </w:p>
        </w:tc>
      </w:tr>
      <w:tr>
        <w:tc>
          <w:tcPr>
            <w:tcW w:type="dxa" w:w="1440"/>
          </w:tcPr>
          <w:p>
            <w:r>
              <w:t>2115154</w:t>
            </w:r>
          </w:p>
        </w:tc>
        <w:tc>
          <w:tcPr>
            <w:tcW w:type="dxa" w:w="1440"/>
          </w:tcPr>
          <w:p>
            <w:r>
              <w:t>谭岩</w:t>
            </w:r>
          </w:p>
        </w:tc>
        <w:tc>
          <w:tcPr>
            <w:tcW w:type="dxa" w:w="1440"/>
          </w:tcPr>
          <w:p>
            <w:r>
              <w:t>80.14</w:t>
            </w:r>
          </w:p>
        </w:tc>
        <w:tc>
          <w:tcPr>
            <w:tcW w:type="dxa" w:w="1440"/>
          </w:tcPr>
          <w:p>
            <w:r>
              <w:t>数学</w:t>
            </w:r>
          </w:p>
        </w:tc>
        <w:tc>
          <w:tcPr>
            <w:tcW w:type="dxa" w:w="1440"/>
          </w:tcPr>
          <w:p>
            <w:r>
              <w:t>硕士</w:t>
            </w:r>
          </w:p>
        </w:tc>
        <w:tc>
          <w:tcPr>
            <w:tcW w:type="dxa" w:w="1440"/>
          </w:tcPr>
          <w:p>
            <w:r>
              <w:t>拟接收</w:t>
            </w:r>
          </w:p>
        </w:tc>
      </w:tr>
      <w:tr>
        <w:tc>
          <w:tcPr>
            <w:tcW w:type="dxa" w:w="1440"/>
          </w:tcPr>
          <w:p>
            <w:r>
              <w:t>2104998</w:t>
            </w:r>
          </w:p>
        </w:tc>
        <w:tc>
          <w:tcPr>
            <w:tcW w:type="dxa" w:w="1440"/>
          </w:tcPr>
          <w:p>
            <w:r>
              <w:t>曹展航</w:t>
            </w:r>
          </w:p>
        </w:tc>
        <w:tc>
          <w:tcPr>
            <w:tcW w:type="dxa" w:w="1440"/>
          </w:tcPr>
          <w:p>
            <w:r>
              <w:t>80.05</w:t>
            </w:r>
          </w:p>
        </w:tc>
        <w:tc>
          <w:tcPr>
            <w:tcW w:type="dxa" w:w="1440"/>
          </w:tcPr>
          <w:p>
            <w:r>
              <w:t>数学</w:t>
            </w:r>
          </w:p>
        </w:tc>
        <w:tc>
          <w:tcPr>
            <w:tcW w:type="dxa" w:w="1440"/>
          </w:tcPr>
          <w:p>
            <w:r>
              <w:t>硕士</w:t>
            </w:r>
          </w:p>
        </w:tc>
        <w:tc>
          <w:tcPr>
            <w:tcW w:type="dxa" w:w="1440"/>
          </w:tcPr>
          <w:p>
            <w:r>
              <w:t>拟接收</w:t>
            </w:r>
          </w:p>
        </w:tc>
      </w:tr>
      <w:tr>
        <w:tc>
          <w:tcPr>
            <w:tcW w:type="dxa" w:w="1440"/>
          </w:tcPr>
          <w:p>
            <w:r>
              <w:t>2119849</w:t>
            </w:r>
          </w:p>
        </w:tc>
        <w:tc>
          <w:tcPr>
            <w:tcW w:type="dxa" w:w="1440"/>
          </w:tcPr>
          <w:p>
            <w:r>
              <w:t>平津忻</w:t>
            </w:r>
          </w:p>
        </w:tc>
        <w:tc>
          <w:tcPr>
            <w:tcW w:type="dxa" w:w="1440"/>
          </w:tcPr>
          <w:p>
            <w:r>
              <w:t>80.05</w:t>
            </w:r>
          </w:p>
        </w:tc>
        <w:tc>
          <w:tcPr>
            <w:tcW w:type="dxa" w:w="1440"/>
          </w:tcPr>
          <w:p>
            <w:r>
              <w:t>数学</w:t>
            </w:r>
          </w:p>
        </w:tc>
        <w:tc>
          <w:tcPr>
            <w:tcW w:type="dxa" w:w="1440"/>
          </w:tcPr>
          <w:p>
            <w:r>
              <w:t>硕士</w:t>
            </w:r>
          </w:p>
        </w:tc>
        <w:tc>
          <w:tcPr>
            <w:tcW w:type="dxa" w:w="1440"/>
          </w:tcPr>
          <w:p>
            <w:r>
              <w:t>拟接收</w:t>
            </w:r>
          </w:p>
        </w:tc>
      </w:tr>
      <w:tr>
        <w:tc>
          <w:tcPr>
            <w:tcW w:type="dxa" w:w="1440"/>
          </w:tcPr>
          <w:p>
            <w:r>
              <w:t>2118859</w:t>
            </w:r>
          </w:p>
        </w:tc>
        <w:tc>
          <w:tcPr>
            <w:tcW w:type="dxa" w:w="1440"/>
          </w:tcPr>
          <w:p>
            <w:r>
              <w:t>李宇同</w:t>
            </w:r>
          </w:p>
        </w:tc>
        <w:tc>
          <w:tcPr>
            <w:tcW w:type="dxa" w:w="1440"/>
          </w:tcPr>
          <w:p>
            <w:r>
              <w:t>79.86</w:t>
            </w:r>
          </w:p>
        </w:tc>
        <w:tc>
          <w:tcPr>
            <w:tcW w:type="dxa" w:w="1440"/>
          </w:tcPr>
          <w:p>
            <w:r>
              <w:t>数学</w:t>
            </w:r>
          </w:p>
        </w:tc>
        <w:tc>
          <w:tcPr>
            <w:tcW w:type="dxa" w:w="1440"/>
          </w:tcPr>
          <w:p>
            <w:r>
              <w:t>硕士</w:t>
            </w:r>
          </w:p>
        </w:tc>
        <w:tc>
          <w:tcPr>
            <w:tcW w:type="dxa" w:w="1440"/>
          </w:tcPr>
          <w:p>
            <w:r>
              <w:t>拟接收</w:t>
            </w:r>
          </w:p>
        </w:tc>
      </w:tr>
      <w:tr>
        <w:tc>
          <w:tcPr>
            <w:tcW w:type="dxa" w:w="1440"/>
          </w:tcPr>
          <w:p>
            <w:r>
              <w:t>2117950</w:t>
            </w:r>
          </w:p>
        </w:tc>
        <w:tc>
          <w:tcPr>
            <w:tcW w:type="dxa" w:w="1440"/>
          </w:tcPr>
          <w:p>
            <w:r>
              <w:t>邓雅文</w:t>
            </w:r>
          </w:p>
        </w:tc>
        <w:tc>
          <w:tcPr>
            <w:tcW w:type="dxa" w:w="1440"/>
          </w:tcPr>
          <w:p>
            <w:r>
              <w:t>79.74</w:t>
            </w:r>
          </w:p>
        </w:tc>
        <w:tc>
          <w:tcPr>
            <w:tcW w:type="dxa" w:w="1440"/>
          </w:tcPr>
          <w:p>
            <w:r>
              <w:t>数学</w:t>
            </w:r>
          </w:p>
        </w:tc>
        <w:tc>
          <w:tcPr>
            <w:tcW w:type="dxa" w:w="1440"/>
          </w:tcPr>
          <w:p>
            <w:r>
              <w:t>硕士</w:t>
            </w:r>
          </w:p>
        </w:tc>
        <w:tc>
          <w:tcPr>
            <w:tcW w:type="dxa" w:w="1440"/>
          </w:tcPr>
          <w:p>
            <w:r>
              <w:t>拟接收</w:t>
            </w:r>
          </w:p>
        </w:tc>
      </w:tr>
      <w:tr>
        <w:tc>
          <w:tcPr>
            <w:tcW w:type="dxa" w:w="1440"/>
          </w:tcPr>
          <w:p>
            <w:r>
              <w:t>2111153</w:t>
            </w:r>
          </w:p>
        </w:tc>
        <w:tc>
          <w:tcPr>
            <w:tcW w:type="dxa" w:w="1440"/>
          </w:tcPr>
          <w:p>
            <w:r>
              <w:t>肖思琪</w:t>
            </w:r>
          </w:p>
        </w:tc>
        <w:tc>
          <w:tcPr>
            <w:tcW w:type="dxa" w:w="1440"/>
          </w:tcPr>
          <w:p>
            <w:r>
              <w:t>79.47</w:t>
            </w:r>
          </w:p>
        </w:tc>
        <w:tc>
          <w:tcPr>
            <w:tcW w:type="dxa" w:w="1440"/>
          </w:tcPr>
          <w:p>
            <w:r>
              <w:t>数学</w:t>
            </w:r>
          </w:p>
        </w:tc>
        <w:tc>
          <w:tcPr>
            <w:tcW w:type="dxa" w:w="1440"/>
          </w:tcPr>
          <w:p>
            <w:r>
              <w:t>硕士</w:t>
            </w:r>
          </w:p>
        </w:tc>
        <w:tc>
          <w:tcPr>
            <w:tcW w:type="dxa" w:w="1440"/>
          </w:tcPr>
          <w:p>
            <w:r>
              <w:t>拟接收</w:t>
            </w:r>
          </w:p>
        </w:tc>
      </w:tr>
      <w:tr>
        <w:tc>
          <w:tcPr>
            <w:tcW w:type="dxa" w:w="1440"/>
          </w:tcPr>
          <w:p>
            <w:r>
              <w:t>2119687</w:t>
            </w:r>
          </w:p>
        </w:tc>
        <w:tc>
          <w:tcPr>
            <w:tcW w:type="dxa" w:w="1440"/>
          </w:tcPr>
          <w:p>
            <w:r>
              <w:t>闫慧琳</w:t>
            </w:r>
          </w:p>
        </w:tc>
        <w:tc>
          <w:tcPr>
            <w:tcW w:type="dxa" w:w="1440"/>
          </w:tcPr>
          <w:p>
            <w:r>
              <w:t>79.35</w:t>
            </w:r>
          </w:p>
        </w:tc>
        <w:tc>
          <w:tcPr>
            <w:tcW w:type="dxa" w:w="1440"/>
          </w:tcPr>
          <w:p>
            <w:r>
              <w:t>数学</w:t>
            </w:r>
          </w:p>
        </w:tc>
        <w:tc>
          <w:tcPr>
            <w:tcW w:type="dxa" w:w="1440"/>
          </w:tcPr>
          <w:p>
            <w:r>
              <w:t>硕士</w:t>
            </w:r>
          </w:p>
        </w:tc>
        <w:tc>
          <w:tcPr>
            <w:tcW w:type="dxa" w:w="1440"/>
          </w:tcPr>
          <w:p>
            <w:r>
              <w:t>拟接收</w:t>
            </w:r>
          </w:p>
        </w:tc>
      </w:tr>
      <w:tr>
        <w:tc>
          <w:tcPr>
            <w:tcW w:type="dxa" w:w="1440"/>
          </w:tcPr>
          <w:p>
            <w:r>
              <w:t>2117157</w:t>
            </w:r>
          </w:p>
        </w:tc>
        <w:tc>
          <w:tcPr>
            <w:tcW w:type="dxa" w:w="1440"/>
          </w:tcPr>
          <w:p>
            <w:r>
              <w:t>程泽嘉</w:t>
            </w:r>
          </w:p>
        </w:tc>
        <w:tc>
          <w:tcPr>
            <w:tcW w:type="dxa" w:w="1440"/>
          </w:tcPr>
          <w:p>
            <w:r>
              <w:t>79.23</w:t>
            </w:r>
          </w:p>
        </w:tc>
        <w:tc>
          <w:tcPr>
            <w:tcW w:type="dxa" w:w="1440"/>
          </w:tcPr>
          <w:p>
            <w:r>
              <w:t>数学</w:t>
            </w:r>
          </w:p>
        </w:tc>
        <w:tc>
          <w:tcPr>
            <w:tcW w:type="dxa" w:w="1440"/>
          </w:tcPr>
          <w:p>
            <w:r>
              <w:t>硕士</w:t>
            </w:r>
          </w:p>
        </w:tc>
        <w:tc>
          <w:tcPr>
            <w:tcW w:type="dxa" w:w="1440"/>
          </w:tcPr>
          <w:p>
            <w:r>
              <w:t>拟接收</w:t>
            </w:r>
          </w:p>
        </w:tc>
      </w:tr>
      <w:tr>
        <w:tc>
          <w:tcPr>
            <w:tcW w:type="dxa" w:w="1440"/>
          </w:tcPr>
          <w:p>
            <w:r>
              <w:t>2116422</w:t>
            </w:r>
          </w:p>
        </w:tc>
        <w:tc>
          <w:tcPr>
            <w:tcW w:type="dxa" w:w="1440"/>
          </w:tcPr>
          <w:p>
            <w:r>
              <w:t>马明文</w:t>
            </w:r>
          </w:p>
        </w:tc>
        <w:tc>
          <w:tcPr>
            <w:tcW w:type="dxa" w:w="1440"/>
          </w:tcPr>
          <w:p>
            <w:r>
              <w:t>78.98</w:t>
            </w:r>
          </w:p>
        </w:tc>
        <w:tc>
          <w:tcPr>
            <w:tcW w:type="dxa" w:w="1440"/>
          </w:tcPr>
          <w:p>
            <w:r>
              <w:t>数学</w:t>
            </w:r>
          </w:p>
        </w:tc>
        <w:tc>
          <w:tcPr>
            <w:tcW w:type="dxa" w:w="1440"/>
          </w:tcPr>
          <w:p>
            <w:r>
              <w:t>硕士</w:t>
            </w:r>
          </w:p>
        </w:tc>
        <w:tc>
          <w:tcPr>
            <w:tcW w:type="dxa" w:w="1440"/>
          </w:tcPr>
          <w:p>
            <w:r>
              <w:t>拟接收</w:t>
            </w:r>
          </w:p>
        </w:tc>
      </w:tr>
      <w:tr>
        <w:tc>
          <w:tcPr>
            <w:tcW w:type="dxa" w:w="1440"/>
          </w:tcPr>
          <w:p>
            <w:r>
              <w:t>2105645</w:t>
            </w:r>
          </w:p>
        </w:tc>
        <w:tc>
          <w:tcPr>
            <w:tcW w:type="dxa" w:w="1440"/>
          </w:tcPr>
          <w:p>
            <w:r>
              <w:t>高卓恒</w:t>
            </w:r>
          </w:p>
        </w:tc>
        <w:tc>
          <w:tcPr>
            <w:tcW w:type="dxa" w:w="1440"/>
          </w:tcPr>
          <w:p>
            <w:r>
              <w:t>78.58</w:t>
            </w:r>
          </w:p>
        </w:tc>
        <w:tc>
          <w:tcPr>
            <w:tcW w:type="dxa" w:w="1440"/>
          </w:tcPr>
          <w:p>
            <w:r>
              <w:t>数学</w:t>
            </w:r>
          </w:p>
        </w:tc>
        <w:tc>
          <w:tcPr>
            <w:tcW w:type="dxa" w:w="1440"/>
          </w:tcPr>
          <w:p>
            <w:r>
              <w:t>硕士</w:t>
            </w:r>
          </w:p>
        </w:tc>
        <w:tc>
          <w:tcPr>
            <w:tcW w:type="dxa" w:w="1440"/>
          </w:tcPr>
          <w:p>
            <w:r>
              <w:t>拟接收</w:t>
            </w:r>
          </w:p>
        </w:tc>
      </w:tr>
      <w:tr>
        <w:tc>
          <w:tcPr>
            <w:tcW w:type="dxa" w:w="1440"/>
          </w:tcPr>
          <w:p>
            <w:r>
              <w:t>2117266</w:t>
            </w:r>
          </w:p>
        </w:tc>
        <w:tc>
          <w:tcPr>
            <w:tcW w:type="dxa" w:w="1440"/>
          </w:tcPr>
          <w:p>
            <w:r>
              <w:t>严湄</w:t>
            </w:r>
          </w:p>
        </w:tc>
        <w:tc>
          <w:tcPr>
            <w:tcW w:type="dxa" w:w="1440"/>
          </w:tcPr>
          <w:p>
            <w:r>
              <w:t>78.48</w:t>
            </w:r>
          </w:p>
        </w:tc>
        <w:tc>
          <w:tcPr>
            <w:tcW w:type="dxa" w:w="1440"/>
          </w:tcPr>
          <w:p>
            <w:r>
              <w:t>数学</w:t>
            </w:r>
          </w:p>
        </w:tc>
        <w:tc>
          <w:tcPr>
            <w:tcW w:type="dxa" w:w="1440"/>
          </w:tcPr>
          <w:p>
            <w:r>
              <w:t>硕士</w:t>
            </w:r>
          </w:p>
        </w:tc>
        <w:tc>
          <w:tcPr>
            <w:tcW w:type="dxa" w:w="1440"/>
          </w:tcPr>
          <w:p>
            <w:r>
              <w:t>拟接收</w:t>
            </w:r>
          </w:p>
        </w:tc>
      </w:tr>
      <w:tr>
        <w:tc>
          <w:tcPr>
            <w:tcW w:type="dxa" w:w="1440"/>
          </w:tcPr>
          <w:p>
            <w:r>
              <w:t>2117880</w:t>
            </w:r>
          </w:p>
        </w:tc>
        <w:tc>
          <w:tcPr>
            <w:tcW w:type="dxa" w:w="1440"/>
          </w:tcPr>
          <w:p>
            <w:r>
              <w:t>郑怡</w:t>
            </w:r>
          </w:p>
        </w:tc>
        <w:tc>
          <w:tcPr>
            <w:tcW w:type="dxa" w:w="1440"/>
          </w:tcPr>
          <w:p>
            <w:r>
              <w:t>78.46</w:t>
            </w:r>
          </w:p>
        </w:tc>
        <w:tc>
          <w:tcPr>
            <w:tcW w:type="dxa" w:w="1440"/>
          </w:tcPr>
          <w:p>
            <w:r>
              <w:t>数学</w:t>
            </w:r>
          </w:p>
        </w:tc>
        <w:tc>
          <w:tcPr>
            <w:tcW w:type="dxa" w:w="1440"/>
          </w:tcPr>
          <w:p>
            <w:r>
              <w:t>硕士</w:t>
            </w:r>
          </w:p>
        </w:tc>
        <w:tc>
          <w:tcPr>
            <w:tcW w:type="dxa" w:w="1440"/>
          </w:tcPr>
          <w:p>
            <w:r>
              <w:t>拟接收</w:t>
            </w:r>
          </w:p>
        </w:tc>
      </w:tr>
      <w:tr>
        <w:tc>
          <w:tcPr>
            <w:tcW w:type="dxa" w:w="1440"/>
          </w:tcPr>
          <w:p>
            <w:r>
              <w:t>2105847</w:t>
            </w:r>
          </w:p>
        </w:tc>
        <w:tc>
          <w:tcPr>
            <w:tcW w:type="dxa" w:w="1440"/>
          </w:tcPr>
          <w:p>
            <w:r>
              <w:t>付振</w:t>
            </w:r>
          </w:p>
        </w:tc>
        <w:tc>
          <w:tcPr>
            <w:tcW w:type="dxa" w:w="1440"/>
          </w:tcPr>
          <w:p>
            <w:r>
              <w:t>78.45</w:t>
            </w:r>
          </w:p>
        </w:tc>
        <w:tc>
          <w:tcPr>
            <w:tcW w:type="dxa" w:w="1440"/>
          </w:tcPr>
          <w:p>
            <w:r>
              <w:t>数学</w:t>
            </w:r>
          </w:p>
        </w:tc>
        <w:tc>
          <w:tcPr>
            <w:tcW w:type="dxa" w:w="1440"/>
          </w:tcPr>
          <w:p>
            <w:r>
              <w:t>硕士</w:t>
            </w:r>
          </w:p>
        </w:tc>
        <w:tc>
          <w:tcPr>
            <w:tcW w:type="dxa" w:w="1440"/>
          </w:tcPr>
          <w:p>
            <w:r>
              <w:t>拟接收</w:t>
            </w:r>
          </w:p>
        </w:tc>
      </w:tr>
      <w:tr>
        <w:tc>
          <w:tcPr>
            <w:tcW w:type="dxa" w:w="1440"/>
          </w:tcPr>
          <w:p>
            <w:r>
              <w:t>2112100</w:t>
            </w:r>
          </w:p>
        </w:tc>
        <w:tc>
          <w:tcPr>
            <w:tcW w:type="dxa" w:w="1440"/>
          </w:tcPr>
          <w:p>
            <w:r>
              <w:t>伏晓钰</w:t>
            </w:r>
          </w:p>
        </w:tc>
        <w:tc>
          <w:tcPr>
            <w:tcW w:type="dxa" w:w="1440"/>
          </w:tcPr>
          <w:p>
            <w:r>
              <w:t>78.43</w:t>
            </w:r>
          </w:p>
        </w:tc>
        <w:tc>
          <w:tcPr>
            <w:tcW w:type="dxa" w:w="1440"/>
          </w:tcPr>
          <w:p>
            <w:r>
              <w:t>数学</w:t>
            </w:r>
          </w:p>
        </w:tc>
        <w:tc>
          <w:tcPr>
            <w:tcW w:type="dxa" w:w="1440"/>
          </w:tcPr>
          <w:p>
            <w:r>
              <w:t>硕士</w:t>
            </w:r>
          </w:p>
        </w:tc>
        <w:tc>
          <w:tcPr>
            <w:tcW w:type="dxa" w:w="1440"/>
          </w:tcPr>
          <w:p>
            <w:r>
              <w:t>拟接收</w:t>
            </w:r>
          </w:p>
        </w:tc>
      </w:tr>
      <w:tr>
        <w:tc>
          <w:tcPr>
            <w:tcW w:type="dxa" w:w="1440"/>
          </w:tcPr>
          <w:p>
            <w:r>
              <w:t>2110713</w:t>
            </w:r>
          </w:p>
        </w:tc>
        <w:tc>
          <w:tcPr>
            <w:tcW w:type="dxa" w:w="1440"/>
          </w:tcPr>
          <w:p>
            <w:r>
              <w:t>夏琦清</w:t>
            </w:r>
          </w:p>
        </w:tc>
        <w:tc>
          <w:tcPr>
            <w:tcW w:type="dxa" w:w="1440"/>
          </w:tcPr>
          <w:p>
            <w:r>
              <w:t>78.35</w:t>
            </w:r>
          </w:p>
        </w:tc>
        <w:tc>
          <w:tcPr>
            <w:tcW w:type="dxa" w:w="1440"/>
          </w:tcPr>
          <w:p>
            <w:r>
              <w:t>数学</w:t>
            </w:r>
          </w:p>
        </w:tc>
        <w:tc>
          <w:tcPr>
            <w:tcW w:type="dxa" w:w="1440"/>
          </w:tcPr>
          <w:p>
            <w:r>
              <w:t>硕士</w:t>
            </w:r>
          </w:p>
        </w:tc>
        <w:tc>
          <w:tcPr>
            <w:tcW w:type="dxa" w:w="1440"/>
          </w:tcPr>
          <w:p>
            <w:r>
              <w:t>拟接收</w:t>
            </w:r>
          </w:p>
        </w:tc>
      </w:tr>
      <w:tr>
        <w:tc>
          <w:tcPr>
            <w:tcW w:type="dxa" w:w="1440"/>
          </w:tcPr>
          <w:p>
            <w:r>
              <w:t>2119953</w:t>
            </w:r>
          </w:p>
        </w:tc>
        <w:tc>
          <w:tcPr>
            <w:tcW w:type="dxa" w:w="1440"/>
          </w:tcPr>
          <w:p>
            <w:r>
              <w:t>周姝彤</w:t>
            </w:r>
          </w:p>
        </w:tc>
        <w:tc>
          <w:tcPr>
            <w:tcW w:type="dxa" w:w="1440"/>
          </w:tcPr>
          <w:p>
            <w:r>
              <w:t>78.08</w:t>
            </w:r>
          </w:p>
        </w:tc>
        <w:tc>
          <w:tcPr>
            <w:tcW w:type="dxa" w:w="1440"/>
          </w:tcPr>
          <w:p>
            <w:r>
              <w:t>数学</w:t>
            </w:r>
          </w:p>
        </w:tc>
        <w:tc>
          <w:tcPr>
            <w:tcW w:type="dxa" w:w="1440"/>
          </w:tcPr>
          <w:p>
            <w:r>
              <w:t>硕士</w:t>
            </w:r>
          </w:p>
        </w:tc>
        <w:tc>
          <w:tcPr>
            <w:tcW w:type="dxa" w:w="1440"/>
          </w:tcPr>
          <w:p>
            <w:r>
              <w:t>拟接收</w:t>
            </w:r>
          </w:p>
        </w:tc>
      </w:tr>
      <w:tr>
        <w:tc>
          <w:tcPr>
            <w:tcW w:type="dxa" w:w="1440"/>
          </w:tcPr>
          <w:p>
            <w:r>
              <w:t>2115487</w:t>
            </w:r>
          </w:p>
        </w:tc>
        <w:tc>
          <w:tcPr>
            <w:tcW w:type="dxa" w:w="1440"/>
          </w:tcPr>
          <w:p>
            <w:r>
              <w:t>孙瑜灿</w:t>
            </w:r>
          </w:p>
        </w:tc>
        <w:tc>
          <w:tcPr>
            <w:tcW w:type="dxa" w:w="1440"/>
          </w:tcPr>
          <w:p>
            <w:r>
              <w:t>77.94</w:t>
            </w:r>
          </w:p>
        </w:tc>
        <w:tc>
          <w:tcPr>
            <w:tcW w:type="dxa" w:w="1440"/>
          </w:tcPr>
          <w:p>
            <w:r>
              <w:t>数学</w:t>
            </w:r>
          </w:p>
        </w:tc>
        <w:tc>
          <w:tcPr>
            <w:tcW w:type="dxa" w:w="1440"/>
          </w:tcPr>
          <w:p>
            <w:r>
              <w:t>硕士</w:t>
            </w:r>
          </w:p>
        </w:tc>
        <w:tc>
          <w:tcPr>
            <w:tcW w:type="dxa" w:w="1440"/>
          </w:tcPr>
          <w:p>
            <w:r>
              <w:t>待定</w:t>
            </w:r>
          </w:p>
        </w:tc>
      </w:tr>
      <w:tr>
        <w:tc>
          <w:tcPr>
            <w:tcW w:type="dxa" w:w="1440"/>
          </w:tcPr>
          <w:p>
            <w:r>
              <w:t>2119409</w:t>
            </w:r>
          </w:p>
        </w:tc>
        <w:tc>
          <w:tcPr>
            <w:tcW w:type="dxa" w:w="1440"/>
          </w:tcPr>
          <w:p>
            <w:r>
              <w:t>王建旭</w:t>
            </w:r>
          </w:p>
        </w:tc>
        <w:tc>
          <w:tcPr>
            <w:tcW w:type="dxa" w:w="1440"/>
          </w:tcPr>
          <w:p>
            <w:r>
              <w:t>77.47</w:t>
            </w:r>
          </w:p>
        </w:tc>
        <w:tc>
          <w:tcPr>
            <w:tcW w:type="dxa" w:w="1440"/>
          </w:tcPr>
          <w:p>
            <w:r>
              <w:t>数学</w:t>
            </w:r>
          </w:p>
        </w:tc>
        <w:tc>
          <w:tcPr>
            <w:tcW w:type="dxa" w:w="1440"/>
          </w:tcPr>
          <w:p>
            <w:r>
              <w:t>硕士</w:t>
            </w:r>
          </w:p>
        </w:tc>
        <w:tc>
          <w:tcPr>
            <w:tcW w:type="dxa" w:w="1440"/>
          </w:tcPr>
          <w:p>
            <w:r>
              <w:t>待定</w:t>
            </w:r>
          </w:p>
        </w:tc>
      </w:tr>
      <w:tr>
        <w:tc>
          <w:tcPr>
            <w:tcW w:type="dxa" w:w="1440"/>
          </w:tcPr>
          <w:p>
            <w:r>
              <w:t>2103410</w:t>
            </w:r>
          </w:p>
        </w:tc>
        <w:tc>
          <w:tcPr>
            <w:tcW w:type="dxa" w:w="1440"/>
          </w:tcPr>
          <w:p>
            <w:r>
              <w:t>黄裕豪</w:t>
            </w:r>
          </w:p>
        </w:tc>
        <w:tc>
          <w:tcPr>
            <w:tcW w:type="dxa" w:w="1440"/>
          </w:tcPr>
          <w:p>
            <w:r>
              <w:t>77.33</w:t>
            </w:r>
          </w:p>
        </w:tc>
        <w:tc>
          <w:tcPr>
            <w:tcW w:type="dxa" w:w="1440"/>
          </w:tcPr>
          <w:p>
            <w:r>
              <w:t>数学</w:t>
            </w:r>
          </w:p>
        </w:tc>
        <w:tc>
          <w:tcPr>
            <w:tcW w:type="dxa" w:w="1440"/>
          </w:tcPr>
          <w:p>
            <w:r>
              <w:t>硕士</w:t>
            </w:r>
          </w:p>
        </w:tc>
        <w:tc>
          <w:tcPr>
            <w:tcW w:type="dxa" w:w="1440"/>
          </w:tcPr>
          <w:p>
            <w:r>
              <w:t>待定</w:t>
            </w:r>
          </w:p>
        </w:tc>
      </w:tr>
      <w:tr>
        <w:tc>
          <w:tcPr>
            <w:tcW w:type="dxa" w:w="1440"/>
          </w:tcPr>
          <w:p>
            <w:r>
              <w:t>2107246</w:t>
            </w:r>
          </w:p>
        </w:tc>
        <w:tc>
          <w:tcPr>
            <w:tcW w:type="dxa" w:w="1440"/>
          </w:tcPr>
          <w:p>
            <w:r>
              <w:t>林安琪</w:t>
            </w:r>
          </w:p>
        </w:tc>
        <w:tc>
          <w:tcPr>
            <w:tcW w:type="dxa" w:w="1440"/>
          </w:tcPr>
          <w:p>
            <w:r>
              <w:t>77.25</w:t>
            </w:r>
          </w:p>
        </w:tc>
        <w:tc>
          <w:tcPr>
            <w:tcW w:type="dxa" w:w="1440"/>
          </w:tcPr>
          <w:p>
            <w:r>
              <w:t>数学</w:t>
            </w:r>
          </w:p>
        </w:tc>
        <w:tc>
          <w:tcPr>
            <w:tcW w:type="dxa" w:w="1440"/>
          </w:tcPr>
          <w:p>
            <w:r>
              <w:t>硕士</w:t>
            </w:r>
          </w:p>
        </w:tc>
        <w:tc>
          <w:tcPr>
            <w:tcW w:type="dxa" w:w="1440"/>
          </w:tcPr>
          <w:p>
            <w:r>
              <w:t>待定</w:t>
            </w:r>
          </w:p>
        </w:tc>
      </w:tr>
      <w:tr>
        <w:tc>
          <w:tcPr>
            <w:tcW w:type="dxa" w:w="1440"/>
          </w:tcPr>
          <w:p>
            <w:r>
              <w:t>2115352</w:t>
            </w:r>
          </w:p>
        </w:tc>
        <w:tc>
          <w:tcPr>
            <w:tcW w:type="dxa" w:w="1440"/>
          </w:tcPr>
          <w:p>
            <w:r>
              <w:t>吴雅琪</w:t>
            </w:r>
          </w:p>
        </w:tc>
        <w:tc>
          <w:tcPr>
            <w:tcW w:type="dxa" w:w="1440"/>
          </w:tcPr>
          <w:p>
            <w:r>
              <w:t>77.07</w:t>
            </w:r>
          </w:p>
        </w:tc>
        <w:tc>
          <w:tcPr>
            <w:tcW w:type="dxa" w:w="1440"/>
          </w:tcPr>
          <w:p>
            <w:r>
              <w:t>数学</w:t>
            </w:r>
          </w:p>
        </w:tc>
        <w:tc>
          <w:tcPr>
            <w:tcW w:type="dxa" w:w="1440"/>
          </w:tcPr>
          <w:p>
            <w:r>
              <w:t>硕士</w:t>
            </w:r>
          </w:p>
        </w:tc>
        <w:tc>
          <w:tcPr>
            <w:tcW w:type="dxa" w:w="1440"/>
          </w:tcPr>
          <w:p>
            <w:r>
              <w:t>待定</w:t>
            </w:r>
          </w:p>
        </w:tc>
      </w:tr>
      <w:tr>
        <w:tc>
          <w:tcPr>
            <w:tcW w:type="dxa" w:w="1440"/>
          </w:tcPr>
          <w:p>
            <w:r>
              <w:t>2117262</w:t>
            </w:r>
          </w:p>
        </w:tc>
        <w:tc>
          <w:tcPr>
            <w:tcW w:type="dxa" w:w="1440"/>
          </w:tcPr>
          <w:p>
            <w:r>
              <w:t>贾麦雪</w:t>
            </w:r>
          </w:p>
        </w:tc>
        <w:tc>
          <w:tcPr>
            <w:tcW w:type="dxa" w:w="1440"/>
          </w:tcPr>
          <w:p>
            <w:r>
              <w:t>76.88</w:t>
            </w:r>
          </w:p>
        </w:tc>
        <w:tc>
          <w:tcPr>
            <w:tcW w:type="dxa" w:w="1440"/>
          </w:tcPr>
          <w:p>
            <w:r>
              <w:t>数学</w:t>
            </w:r>
          </w:p>
        </w:tc>
        <w:tc>
          <w:tcPr>
            <w:tcW w:type="dxa" w:w="1440"/>
          </w:tcPr>
          <w:p>
            <w:r>
              <w:t>硕士</w:t>
            </w:r>
          </w:p>
        </w:tc>
        <w:tc>
          <w:tcPr>
            <w:tcW w:type="dxa" w:w="1440"/>
          </w:tcPr>
          <w:p>
            <w:r>
              <w:t>待定</w:t>
            </w:r>
          </w:p>
        </w:tc>
      </w:tr>
      <w:tr>
        <w:tc>
          <w:tcPr>
            <w:tcW w:type="dxa" w:w="1440"/>
          </w:tcPr>
          <w:p>
            <w:r>
              <w:t>2116280</w:t>
            </w:r>
          </w:p>
        </w:tc>
        <w:tc>
          <w:tcPr>
            <w:tcW w:type="dxa" w:w="1440"/>
          </w:tcPr>
          <w:p>
            <w:r>
              <w:t>张江宏</w:t>
            </w:r>
          </w:p>
        </w:tc>
        <w:tc>
          <w:tcPr>
            <w:tcW w:type="dxa" w:w="1440"/>
          </w:tcPr>
          <w:p>
            <w:r>
              <w:t>76.68</w:t>
            </w:r>
          </w:p>
        </w:tc>
        <w:tc>
          <w:tcPr>
            <w:tcW w:type="dxa" w:w="1440"/>
          </w:tcPr>
          <w:p>
            <w:r>
              <w:t>数学</w:t>
            </w:r>
          </w:p>
        </w:tc>
        <w:tc>
          <w:tcPr>
            <w:tcW w:type="dxa" w:w="1440"/>
          </w:tcPr>
          <w:p>
            <w:r>
              <w:t>硕士</w:t>
            </w:r>
          </w:p>
        </w:tc>
        <w:tc>
          <w:tcPr>
            <w:tcW w:type="dxa" w:w="1440"/>
          </w:tcPr>
          <w:p>
            <w:r>
              <w:t>待定</w:t>
            </w:r>
          </w:p>
        </w:tc>
      </w:tr>
      <w:tr>
        <w:tc>
          <w:tcPr>
            <w:tcW w:type="dxa" w:w="1440"/>
          </w:tcPr>
          <w:p>
            <w:r>
              <w:t>2102121</w:t>
            </w:r>
          </w:p>
        </w:tc>
        <w:tc>
          <w:tcPr>
            <w:tcW w:type="dxa" w:w="1440"/>
          </w:tcPr>
          <w:p>
            <w:r>
              <w:t>刘世华</w:t>
            </w:r>
          </w:p>
        </w:tc>
        <w:tc>
          <w:tcPr>
            <w:tcW w:type="dxa" w:w="1440"/>
          </w:tcPr>
          <w:p>
            <w:r>
              <w:t>76.54</w:t>
            </w:r>
          </w:p>
        </w:tc>
        <w:tc>
          <w:tcPr>
            <w:tcW w:type="dxa" w:w="1440"/>
          </w:tcPr>
          <w:p>
            <w:r>
              <w:t>数学</w:t>
            </w:r>
          </w:p>
        </w:tc>
        <w:tc>
          <w:tcPr>
            <w:tcW w:type="dxa" w:w="1440"/>
          </w:tcPr>
          <w:p>
            <w:r>
              <w:t>硕士</w:t>
            </w:r>
          </w:p>
        </w:tc>
        <w:tc>
          <w:tcPr>
            <w:tcW w:type="dxa" w:w="1440"/>
          </w:tcPr>
          <w:p>
            <w:r>
              <w:t>待定</w:t>
            </w:r>
          </w:p>
        </w:tc>
      </w:tr>
      <w:tr>
        <w:tc>
          <w:tcPr>
            <w:tcW w:type="dxa" w:w="1440"/>
          </w:tcPr>
          <w:p>
            <w:r>
              <w:t>2104827</w:t>
            </w:r>
          </w:p>
        </w:tc>
        <w:tc>
          <w:tcPr>
            <w:tcW w:type="dxa" w:w="1440"/>
          </w:tcPr>
          <w:p>
            <w:r>
              <w:t>魏佳宁</w:t>
            </w:r>
          </w:p>
        </w:tc>
        <w:tc>
          <w:tcPr>
            <w:tcW w:type="dxa" w:w="1440"/>
          </w:tcPr>
          <w:p>
            <w:r>
              <w:t>76.54</w:t>
            </w:r>
          </w:p>
        </w:tc>
        <w:tc>
          <w:tcPr>
            <w:tcW w:type="dxa" w:w="1440"/>
          </w:tcPr>
          <w:p>
            <w:r>
              <w:t>数学</w:t>
            </w:r>
          </w:p>
        </w:tc>
        <w:tc>
          <w:tcPr>
            <w:tcW w:type="dxa" w:w="1440"/>
          </w:tcPr>
          <w:p>
            <w:r>
              <w:t>硕士</w:t>
            </w:r>
          </w:p>
        </w:tc>
        <w:tc>
          <w:tcPr>
            <w:tcW w:type="dxa" w:w="1440"/>
          </w:tcPr>
          <w:p>
            <w:r>
              <w:t>待定</w:t>
            </w:r>
          </w:p>
        </w:tc>
      </w:tr>
      <w:tr>
        <w:tc>
          <w:tcPr>
            <w:tcW w:type="dxa" w:w="1440"/>
          </w:tcPr>
          <w:p>
            <w:r>
              <w:t>2117251</w:t>
            </w:r>
          </w:p>
        </w:tc>
        <w:tc>
          <w:tcPr>
            <w:tcW w:type="dxa" w:w="1440"/>
          </w:tcPr>
          <w:p>
            <w:r>
              <w:t>张力云</w:t>
            </w:r>
          </w:p>
        </w:tc>
        <w:tc>
          <w:tcPr>
            <w:tcW w:type="dxa" w:w="1440"/>
          </w:tcPr>
          <w:p>
            <w:r>
              <w:t>76.47</w:t>
            </w:r>
          </w:p>
        </w:tc>
        <w:tc>
          <w:tcPr>
            <w:tcW w:type="dxa" w:w="1440"/>
          </w:tcPr>
          <w:p>
            <w:r>
              <w:t>数学</w:t>
            </w:r>
          </w:p>
        </w:tc>
        <w:tc>
          <w:tcPr>
            <w:tcW w:type="dxa" w:w="1440"/>
          </w:tcPr>
          <w:p>
            <w:r>
              <w:t>硕士</w:t>
            </w:r>
          </w:p>
        </w:tc>
        <w:tc>
          <w:tcPr>
            <w:tcW w:type="dxa" w:w="1440"/>
          </w:tcPr>
          <w:p>
            <w:r>
              <w:t>待定</w:t>
            </w:r>
          </w:p>
        </w:tc>
      </w:tr>
      <w:tr>
        <w:tc>
          <w:tcPr>
            <w:tcW w:type="dxa" w:w="1440"/>
          </w:tcPr>
          <w:p>
            <w:r>
              <w:t>2119098</w:t>
            </w:r>
          </w:p>
        </w:tc>
        <w:tc>
          <w:tcPr>
            <w:tcW w:type="dxa" w:w="1440"/>
          </w:tcPr>
          <w:p>
            <w:r>
              <w:t>邓晓卓</w:t>
            </w:r>
          </w:p>
        </w:tc>
        <w:tc>
          <w:tcPr>
            <w:tcW w:type="dxa" w:w="1440"/>
          </w:tcPr>
          <w:p>
            <w:r>
              <w:t>76.18</w:t>
            </w:r>
          </w:p>
        </w:tc>
        <w:tc>
          <w:tcPr>
            <w:tcW w:type="dxa" w:w="1440"/>
          </w:tcPr>
          <w:p>
            <w:r>
              <w:t>数学</w:t>
            </w:r>
          </w:p>
        </w:tc>
        <w:tc>
          <w:tcPr>
            <w:tcW w:type="dxa" w:w="1440"/>
          </w:tcPr>
          <w:p>
            <w:r>
              <w:t>硕士</w:t>
            </w:r>
          </w:p>
        </w:tc>
        <w:tc>
          <w:tcPr>
            <w:tcW w:type="dxa" w:w="1440"/>
          </w:tcPr>
          <w:p>
            <w:r>
              <w:t>待定</w:t>
            </w:r>
          </w:p>
        </w:tc>
      </w:tr>
      <w:tr>
        <w:tc>
          <w:tcPr>
            <w:tcW w:type="dxa" w:w="1440"/>
          </w:tcPr>
          <w:p>
            <w:r>
              <w:t>2108441</w:t>
            </w:r>
          </w:p>
        </w:tc>
        <w:tc>
          <w:tcPr>
            <w:tcW w:type="dxa" w:w="1440"/>
          </w:tcPr>
          <w:p>
            <w:r>
              <w:t>刘佳颖</w:t>
            </w:r>
          </w:p>
        </w:tc>
        <w:tc>
          <w:tcPr>
            <w:tcW w:type="dxa" w:w="1440"/>
          </w:tcPr>
          <w:p>
            <w:r>
              <w:t>75.86</w:t>
            </w:r>
          </w:p>
        </w:tc>
        <w:tc>
          <w:tcPr>
            <w:tcW w:type="dxa" w:w="1440"/>
          </w:tcPr>
          <w:p>
            <w:r>
              <w:t>数学</w:t>
            </w:r>
          </w:p>
        </w:tc>
        <w:tc>
          <w:tcPr>
            <w:tcW w:type="dxa" w:w="1440"/>
          </w:tcPr>
          <w:p>
            <w:r>
              <w:t>硕士</w:t>
            </w:r>
          </w:p>
        </w:tc>
        <w:tc>
          <w:tcPr>
            <w:tcW w:type="dxa" w:w="1440"/>
          </w:tcPr>
          <w:p>
            <w:r>
              <w:t>待定</w:t>
            </w:r>
          </w:p>
        </w:tc>
      </w:tr>
      <w:tr>
        <w:tc>
          <w:tcPr>
            <w:tcW w:type="dxa" w:w="1440"/>
          </w:tcPr>
          <w:p>
            <w:r>
              <w:t>2119919</w:t>
            </w:r>
          </w:p>
        </w:tc>
        <w:tc>
          <w:tcPr>
            <w:tcW w:type="dxa" w:w="1440"/>
          </w:tcPr>
          <w:p>
            <w:r>
              <w:t>李泽楷</w:t>
            </w:r>
          </w:p>
        </w:tc>
        <w:tc>
          <w:tcPr>
            <w:tcW w:type="dxa" w:w="1440"/>
          </w:tcPr>
          <w:p>
            <w:r>
              <w:t>75.28</w:t>
            </w:r>
          </w:p>
        </w:tc>
        <w:tc>
          <w:tcPr>
            <w:tcW w:type="dxa" w:w="1440"/>
          </w:tcPr>
          <w:p>
            <w:r>
              <w:t>数学</w:t>
            </w:r>
          </w:p>
        </w:tc>
        <w:tc>
          <w:tcPr>
            <w:tcW w:type="dxa" w:w="1440"/>
          </w:tcPr>
          <w:p>
            <w:r>
              <w:t>硕士</w:t>
            </w:r>
          </w:p>
        </w:tc>
        <w:tc>
          <w:tcPr>
            <w:tcW w:type="dxa" w:w="1440"/>
          </w:tcPr>
          <w:p>
            <w:r>
              <w:t>待定</w:t>
            </w:r>
          </w:p>
        </w:tc>
      </w:tr>
      <w:tr>
        <w:tc>
          <w:tcPr>
            <w:tcW w:type="dxa" w:w="1440"/>
          </w:tcPr>
          <w:p>
            <w:r>
              <w:t>2119823</w:t>
            </w:r>
          </w:p>
        </w:tc>
        <w:tc>
          <w:tcPr>
            <w:tcW w:type="dxa" w:w="1440"/>
          </w:tcPr>
          <w:p>
            <w:r>
              <w:t>潘奕洁</w:t>
            </w:r>
          </w:p>
        </w:tc>
        <w:tc>
          <w:tcPr>
            <w:tcW w:type="dxa" w:w="1440"/>
          </w:tcPr>
          <w:p>
            <w:r>
              <w:t>74.78</w:t>
            </w:r>
          </w:p>
        </w:tc>
        <w:tc>
          <w:tcPr>
            <w:tcW w:type="dxa" w:w="1440"/>
          </w:tcPr>
          <w:p>
            <w:r>
              <w:t>数学</w:t>
            </w:r>
          </w:p>
        </w:tc>
        <w:tc>
          <w:tcPr>
            <w:tcW w:type="dxa" w:w="1440"/>
          </w:tcPr>
          <w:p>
            <w:r>
              <w:t>硕士</w:t>
            </w:r>
          </w:p>
        </w:tc>
        <w:tc>
          <w:tcPr>
            <w:tcW w:type="dxa" w:w="1440"/>
          </w:tcPr>
          <w:p>
            <w:r>
              <w:t>待定</w:t>
            </w:r>
          </w:p>
        </w:tc>
      </w:tr>
      <w:tr>
        <w:tc>
          <w:tcPr>
            <w:tcW w:type="dxa" w:w="1440"/>
          </w:tcPr>
          <w:p>
            <w:r>
              <w:t>2102637</w:t>
            </w:r>
          </w:p>
        </w:tc>
        <w:tc>
          <w:tcPr>
            <w:tcW w:type="dxa" w:w="1440"/>
          </w:tcPr>
          <w:p>
            <w:r>
              <w:t>王璐</w:t>
            </w:r>
          </w:p>
        </w:tc>
        <w:tc>
          <w:tcPr>
            <w:tcW w:type="dxa" w:w="1440"/>
          </w:tcPr>
          <w:p>
            <w:r>
              <w:t>74.46</w:t>
            </w:r>
          </w:p>
        </w:tc>
        <w:tc>
          <w:tcPr>
            <w:tcW w:type="dxa" w:w="1440"/>
          </w:tcPr>
          <w:p>
            <w:r>
              <w:t>数学</w:t>
            </w:r>
          </w:p>
        </w:tc>
        <w:tc>
          <w:tcPr>
            <w:tcW w:type="dxa" w:w="1440"/>
          </w:tcPr>
          <w:p>
            <w:r>
              <w:t>硕士</w:t>
            </w:r>
          </w:p>
        </w:tc>
        <w:tc>
          <w:tcPr>
            <w:tcW w:type="dxa" w:w="1440"/>
          </w:tcPr>
          <w:p>
            <w:r>
              <w:t>待定</w:t>
            </w:r>
          </w:p>
        </w:tc>
      </w:tr>
      <w:tr>
        <w:tc>
          <w:tcPr>
            <w:tcW w:type="dxa" w:w="1440"/>
          </w:tcPr>
          <w:p>
            <w:r>
              <w:t>2117176</w:t>
            </w:r>
          </w:p>
        </w:tc>
        <w:tc>
          <w:tcPr>
            <w:tcW w:type="dxa" w:w="1440"/>
          </w:tcPr>
          <w:p>
            <w:r>
              <w:t>饶淑珍</w:t>
            </w:r>
          </w:p>
        </w:tc>
        <w:tc>
          <w:tcPr>
            <w:tcW w:type="dxa" w:w="1440"/>
          </w:tcPr>
          <w:p>
            <w:r>
              <w:t>74.34</w:t>
            </w:r>
          </w:p>
        </w:tc>
        <w:tc>
          <w:tcPr>
            <w:tcW w:type="dxa" w:w="1440"/>
          </w:tcPr>
          <w:p>
            <w:r>
              <w:t>数学</w:t>
            </w:r>
          </w:p>
        </w:tc>
        <w:tc>
          <w:tcPr>
            <w:tcW w:type="dxa" w:w="1440"/>
          </w:tcPr>
          <w:p>
            <w:r>
              <w:t>硕士</w:t>
            </w:r>
          </w:p>
        </w:tc>
        <w:tc>
          <w:tcPr>
            <w:tcW w:type="dxa" w:w="1440"/>
          </w:tcPr>
          <w:p>
            <w:r>
              <w:t>待定</w:t>
            </w:r>
          </w:p>
        </w:tc>
      </w:tr>
      <w:tr>
        <w:tc>
          <w:tcPr>
            <w:tcW w:type="dxa" w:w="1440"/>
          </w:tcPr>
          <w:p>
            <w:r>
              <w:t>2107521</w:t>
            </w:r>
          </w:p>
        </w:tc>
        <w:tc>
          <w:tcPr>
            <w:tcW w:type="dxa" w:w="1440"/>
          </w:tcPr>
          <w:p>
            <w:r>
              <w:t>吴瑞瑞</w:t>
            </w:r>
          </w:p>
        </w:tc>
        <w:tc>
          <w:tcPr>
            <w:tcW w:type="dxa" w:w="1440"/>
          </w:tcPr>
          <w:p>
            <w:r>
              <w:t>73.86</w:t>
            </w:r>
          </w:p>
        </w:tc>
        <w:tc>
          <w:tcPr>
            <w:tcW w:type="dxa" w:w="1440"/>
          </w:tcPr>
          <w:p>
            <w:r>
              <w:t>数学</w:t>
            </w:r>
          </w:p>
        </w:tc>
        <w:tc>
          <w:tcPr>
            <w:tcW w:type="dxa" w:w="1440"/>
          </w:tcPr>
          <w:p>
            <w:r>
              <w:t>硕士</w:t>
            </w:r>
          </w:p>
        </w:tc>
        <w:tc>
          <w:tcPr>
            <w:tcW w:type="dxa" w:w="1440"/>
          </w:tcPr>
          <w:p>
            <w:r>
              <w:t>待定</w:t>
            </w:r>
          </w:p>
        </w:tc>
      </w:tr>
      <w:tr>
        <w:tc>
          <w:tcPr>
            <w:tcW w:type="dxa" w:w="1440"/>
          </w:tcPr>
          <w:p>
            <w:r>
              <w:t>2118538</w:t>
            </w:r>
          </w:p>
        </w:tc>
        <w:tc>
          <w:tcPr>
            <w:tcW w:type="dxa" w:w="1440"/>
          </w:tcPr>
          <w:p>
            <w:r>
              <w:t>黄振</w:t>
            </w:r>
          </w:p>
        </w:tc>
        <w:tc>
          <w:tcPr>
            <w:tcW w:type="dxa" w:w="1440"/>
          </w:tcPr>
          <w:p>
            <w:r>
              <w:t>73.66</w:t>
            </w:r>
          </w:p>
        </w:tc>
        <w:tc>
          <w:tcPr>
            <w:tcW w:type="dxa" w:w="1440"/>
          </w:tcPr>
          <w:p>
            <w:r>
              <w:t>数学</w:t>
            </w:r>
          </w:p>
        </w:tc>
        <w:tc>
          <w:tcPr>
            <w:tcW w:type="dxa" w:w="1440"/>
          </w:tcPr>
          <w:p>
            <w:r>
              <w:t>硕士</w:t>
            </w:r>
          </w:p>
        </w:tc>
        <w:tc>
          <w:tcPr>
            <w:tcW w:type="dxa" w:w="1440"/>
          </w:tcPr>
          <w:p>
            <w:r>
              <w:t>待定</w:t>
            </w:r>
          </w:p>
        </w:tc>
      </w:tr>
      <w:tr>
        <w:tc>
          <w:tcPr>
            <w:tcW w:type="dxa" w:w="1440"/>
          </w:tcPr>
          <w:p>
            <w:r>
              <w:t>2119443</w:t>
            </w:r>
          </w:p>
        </w:tc>
        <w:tc>
          <w:tcPr>
            <w:tcW w:type="dxa" w:w="1440"/>
          </w:tcPr>
          <w:p>
            <w:r>
              <w:t>胡伟芳</w:t>
            </w:r>
          </w:p>
        </w:tc>
        <w:tc>
          <w:tcPr>
            <w:tcW w:type="dxa" w:w="1440"/>
          </w:tcPr>
          <w:p>
            <w:r>
              <w:t>73.06</w:t>
            </w:r>
          </w:p>
        </w:tc>
        <w:tc>
          <w:tcPr>
            <w:tcW w:type="dxa" w:w="1440"/>
          </w:tcPr>
          <w:p>
            <w:r>
              <w:t>数学</w:t>
            </w:r>
          </w:p>
        </w:tc>
        <w:tc>
          <w:tcPr>
            <w:tcW w:type="dxa" w:w="1440"/>
          </w:tcPr>
          <w:p>
            <w:r>
              <w:t>硕士</w:t>
            </w:r>
          </w:p>
        </w:tc>
        <w:tc>
          <w:tcPr>
            <w:tcW w:type="dxa" w:w="1440"/>
          </w:tcPr>
          <w:p>
            <w:r>
              <w:t>待定</w:t>
            </w:r>
          </w:p>
        </w:tc>
      </w:tr>
      <w:tr>
        <w:tc>
          <w:tcPr>
            <w:tcW w:type="dxa" w:w="1440"/>
          </w:tcPr>
          <w:p>
            <w:r>
              <w:t>2119162</w:t>
            </w:r>
          </w:p>
        </w:tc>
        <w:tc>
          <w:tcPr>
            <w:tcW w:type="dxa" w:w="1440"/>
          </w:tcPr>
          <w:p>
            <w:r>
              <w:t>陈元欣</w:t>
            </w:r>
          </w:p>
        </w:tc>
        <w:tc>
          <w:tcPr>
            <w:tcW w:type="dxa" w:w="1440"/>
          </w:tcPr>
          <w:p>
            <w:r>
              <w:t>72.78</w:t>
            </w:r>
          </w:p>
        </w:tc>
        <w:tc>
          <w:tcPr>
            <w:tcW w:type="dxa" w:w="1440"/>
          </w:tcPr>
          <w:p>
            <w:r>
              <w:t>数学</w:t>
            </w:r>
          </w:p>
        </w:tc>
        <w:tc>
          <w:tcPr>
            <w:tcW w:type="dxa" w:w="1440"/>
          </w:tcPr>
          <w:p>
            <w:r>
              <w:t>硕士</w:t>
            </w:r>
          </w:p>
        </w:tc>
        <w:tc>
          <w:tcPr>
            <w:tcW w:type="dxa" w:w="1440"/>
          </w:tcPr>
          <w:p>
            <w:r>
              <w:t>待定</w:t>
            </w:r>
          </w:p>
        </w:tc>
      </w:tr>
      <w:tr>
        <w:tc>
          <w:tcPr>
            <w:tcW w:type="dxa" w:w="1440"/>
          </w:tcPr>
          <w:p>
            <w:r>
              <w:t>2112810</w:t>
            </w:r>
          </w:p>
        </w:tc>
        <w:tc>
          <w:tcPr>
            <w:tcW w:type="dxa" w:w="1440"/>
          </w:tcPr>
          <w:p>
            <w:r>
              <w:t>代宇晖</w:t>
            </w:r>
          </w:p>
        </w:tc>
        <w:tc>
          <w:tcPr>
            <w:tcW w:type="dxa" w:w="1440"/>
          </w:tcPr>
          <w:p>
            <w:r>
              <w:t>72.34</w:t>
            </w:r>
          </w:p>
        </w:tc>
        <w:tc>
          <w:tcPr>
            <w:tcW w:type="dxa" w:w="1440"/>
          </w:tcPr>
          <w:p>
            <w:r>
              <w:t>数学</w:t>
            </w:r>
          </w:p>
        </w:tc>
        <w:tc>
          <w:tcPr>
            <w:tcW w:type="dxa" w:w="1440"/>
          </w:tcPr>
          <w:p>
            <w:r>
              <w:t>硕士</w:t>
            </w:r>
          </w:p>
        </w:tc>
        <w:tc>
          <w:tcPr>
            <w:tcW w:type="dxa" w:w="1440"/>
          </w:tcPr>
          <w:p>
            <w:r>
              <w:t>待定</w:t>
            </w:r>
          </w:p>
        </w:tc>
      </w:tr>
      <w:tr>
        <w:tc>
          <w:tcPr>
            <w:tcW w:type="dxa" w:w="1440"/>
          </w:tcPr>
          <w:p>
            <w:r>
              <w:t>2103491</w:t>
            </w:r>
          </w:p>
        </w:tc>
        <w:tc>
          <w:tcPr>
            <w:tcW w:type="dxa" w:w="1440"/>
          </w:tcPr>
          <w:p>
            <w:r>
              <w:t>舒焱</w:t>
            </w:r>
          </w:p>
        </w:tc>
        <w:tc>
          <w:tcPr>
            <w:tcW w:type="dxa" w:w="1440"/>
          </w:tcPr>
          <w:p>
            <w:r>
              <w:t>72.08</w:t>
            </w:r>
          </w:p>
        </w:tc>
        <w:tc>
          <w:tcPr>
            <w:tcW w:type="dxa" w:w="1440"/>
          </w:tcPr>
          <w:p>
            <w:r>
              <w:t>数学</w:t>
            </w:r>
          </w:p>
        </w:tc>
        <w:tc>
          <w:tcPr>
            <w:tcW w:type="dxa" w:w="1440"/>
          </w:tcPr>
          <w:p>
            <w:r>
              <w:t>硕士</w:t>
            </w:r>
          </w:p>
        </w:tc>
        <w:tc>
          <w:tcPr>
            <w:tcW w:type="dxa" w:w="1440"/>
          </w:tcPr>
          <w:p>
            <w:r>
              <w:t>待定</w:t>
            </w:r>
          </w:p>
        </w:tc>
      </w:tr>
      <w:tr>
        <w:tc>
          <w:tcPr>
            <w:tcW w:type="dxa" w:w="1440"/>
          </w:tcPr>
          <w:p>
            <w:r>
              <w:t>2106052</w:t>
            </w:r>
          </w:p>
        </w:tc>
        <w:tc>
          <w:tcPr>
            <w:tcW w:type="dxa" w:w="1440"/>
          </w:tcPr>
          <w:p>
            <w:r>
              <w:t>王守林</w:t>
            </w:r>
          </w:p>
        </w:tc>
        <w:tc>
          <w:tcPr>
            <w:tcW w:type="dxa" w:w="1440"/>
          </w:tcPr>
          <w:p>
            <w:r>
              <w:t>71.98</w:t>
            </w:r>
          </w:p>
        </w:tc>
        <w:tc>
          <w:tcPr>
            <w:tcW w:type="dxa" w:w="1440"/>
          </w:tcPr>
          <w:p>
            <w:r>
              <w:t>数学</w:t>
            </w:r>
          </w:p>
        </w:tc>
        <w:tc>
          <w:tcPr>
            <w:tcW w:type="dxa" w:w="1440"/>
          </w:tcPr>
          <w:p>
            <w:r>
              <w:t>硕士</w:t>
            </w:r>
          </w:p>
        </w:tc>
        <w:tc>
          <w:tcPr>
            <w:tcW w:type="dxa" w:w="1440"/>
          </w:tcPr>
          <w:p>
            <w:r>
              <w:t>待定</w:t>
            </w:r>
          </w:p>
        </w:tc>
      </w:tr>
      <w:tr>
        <w:tc>
          <w:tcPr>
            <w:tcW w:type="dxa" w:w="1440"/>
          </w:tcPr>
          <w:p>
            <w:r>
              <w:t>2119898</w:t>
            </w:r>
          </w:p>
        </w:tc>
        <w:tc>
          <w:tcPr>
            <w:tcW w:type="dxa" w:w="1440"/>
          </w:tcPr>
          <w:p>
            <w:r>
              <w:t>王明涵</w:t>
            </w:r>
          </w:p>
        </w:tc>
        <w:tc>
          <w:tcPr>
            <w:tcW w:type="dxa" w:w="1440"/>
          </w:tcPr>
          <w:p>
            <w:r>
              <w:t>71.66</w:t>
            </w:r>
          </w:p>
        </w:tc>
        <w:tc>
          <w:tcPr>
            <w:tcW w:type="dxa" w:w="1440"/>
          </w:tcPr>
          <w:p>
            <w:r>
              <w:t>数学</w:t>
            </w:r>
          </w:p>
        </w:tc>
        <w:tc>
          <w:tcPr>
            <w:tcW w:type="dxa" w:w="1440"/>
          </w:tcPr>
          <w:p>
            <w:r>
              <w:t>硕士</w:t>
            </w:r>
          </w:p>
        </w:tc>
        <w:tc>
          <w:tcPr>
            <w:tcW w:type="dxa" w:w="1440"/>
          </w:tcPr>
          <w:p>
            <w:r>
              <w:t>待定</w:t>
            </w:r>
          </w:p>
        </w:tc>
      </w:tr>
      <w:tr>
        <w:tc>
          <w:tcPr>
            <w:tcW w:type="dxa" w:w="1440"/>
          </w:tcPr>
          <w:p>
            <w:r>
              <w:t>2118933</w:t>
            </w:r>
          </w:p>
        </w:tc>
        <w:tc>
          <w:tcPr>
            <w:tcW w:type="dxa" w:w="1440"/>
          </w:tcPr>
          <w:p>
            <w:r>
              <w:t>卫海琴</w:t>
            </w:r>
          </w:p>
        </w:tc>
        <w:tc>
          <w:tcPr>
            <w:tcW w:type="dxa" w:w="1440"/>
          </w:tcPr>
          <w:p>
            <w:r>
              <w:t>71.47</w:t>
            </w:r>
          </w:p>
        </w:tc>
        <w:tc>
          <w:tcPr>
            <w:tcW w:type="dxa" w:w="1440"/>
          </w:tcPr>
          <w:p>
            <w:r>
              <w:t>数学</w:t>
            </w:r>
          </w:p>
        </w:tc>
        <w:tc>
          <w:tcPr>
            <w:tcW w:type="dxa" w:w="1440"/>
          </w:tcPr>
          <w:p>
            <w:r>
              <w:t>硕士</w:t>
            </w:r>
          </w:p>
        </w:tc>
        <w:tc>
          <w:tcPr>
            <w:tcW w:type="dxa" w:w="1440"/>
          </w:tcPr>
          <w:p>
            <w:r>
              <w:t>待定</w:t>
            </w:r>
          </w:p>
        </w:tc>
      </w:tr>
      <w:tr>
        <w:tc>
          <w:tcPr>
            <w:tcW w:type="dxa" w:w="1440"/>
          </w:tcPr>
          <w:p>
            <w:r>
              <w:t>2116462</w:t>
            </w:r>
          </w:p>
        </w:tc>
        <w:tc>
          <w:tcPr>
            <w:tcW w:type="dxa" w:w="1440"/>
          </w:tcPr>
          <w:p>
            <w:r>
              <w:t>黄荣</w:t>
            </w:r>
          </w:p>
        </w:tc>
        <w:tc>
          <w:tcPr>
            <w:tcW w:type="dxa" w:w="1440"/>
          </w:tcPr>
          <w:p>
            <w:r>
              <w:t>71.15</w:t>
            </w:r>
          </w:p>
        </w:tc>
        <w:tc>
          <w:tcPr>
            <w:tcW w:type="dxa" w:w="1440"/>
          </w:tcPr>
          <w:p>
            <w:r>
              <w:t>数学</w:t>
            </w:r>
          </w:p>
        </w:tc>
        <w:tc>
          <w:tcPr>
            <w:tcW w:type="dxa" w:w="1440"/>
          </w:tcPr>
          <w:p>
            <w:r>
              <w:t>硕士</w:t>
            </w:r>
          </w:p>
        </w:tc>
        <w:tc>
          <w:tcPr>
            <w:tcW w:type="dxa" w:w="1440"/>
          </w:tcPr>
          <w:p>
            <w:r>
              <w:t>待定</w:t>
            </w:r>
          </w:p>
        </w:tc>
      </w:tr>
      <w:tr>
        <w:tc>
          <w:tcPr>
            <w:tcW w:type="dxa" w:w="1440"/>
          </w:tcPr>
          <w:p>
            <w:r>
              <w:t>2118719</w:t>
            </w:r>
          </w:p>
        </w:tc>
        <w:tc>
          <w:tcPr>
            <w:tcW w:type="dxa" w:w="1440"/>
          </w:tcPr>
          <w:p>
            <w:r>
              <w:t>杨志芳</w:t>
            </w:r>
          </w:p>
        </w:tc>
        <w:tc>
          <w:tcPr>
            <w:tcW w:type="dxa" w:w="1440"/>
          </w:tcPr>
          <w:p>
            <w:r>
              <w:t>69.23</w:t>
            </w:r>
          </w:p>
        </w:tc>
        <w:tc>
          <w:tcPr>
            <w:tcW w:type="dxa" w:w="1440"/>
          </w:tcPr>
          <w:p>
            <w:r>
              <w:t>数学</w:t>
            </w:r>
          </w:p>
        </w:tc>
        <w:tc>
          <w:tcPr>
            <w:tcW w:type="dxa" w:w="1440"/>
          </w:tcPr>
          <w:p>
            <w:r>
              <w:t>硕士</w:t>
            </w:r>
          </w:p>
        </w:tc>
        <w:tc>
          <w:tcPr>
            <w:tcW w:type="dxa" w:w="1440"/>
          </w:tcPr>
          <w:p>
            <w:r>
              <w:t>不接收</w:t>
            </w:r>
          </w:p>
        </w:tc>
      </w:tr>
      <w:tr>
        <w:tc>
          <w:tcPr>
            <w:tcW w:type="dxa" w:w="1440"/>
          </w:tcPr>
          <w:p>
            <w:r>
              <w:t>2117998</w:t>
            </w:r>
          </w:p>
        </w:tc>
        <w:tc>
          <w:tcPr>
            <w:tcW w:type="dxa" w:w="1440"/>
          </w:tcPr>
          <w:p>
            <w:r>
              <w:t>罗敏敏</w:t>
            </w:r>
          </w:p>
        </w:tc>
        <w:tc>
          <w:tcPr>
            <w:tcW w:type="dxa" w:w="1440"/>
          </w:tcPr>
          <w:p>
            <w:r>
              <w:t>69.07</w:t>
            </w:r>
          </w:p>
        </w:tc>
        <w:tc>
          <w:tcPr>
            <w:tcW w:type="dxa" w:w="1440"/>
          </w:tcPr>
          <w:p>
            <w:r>
              <w:t>数学</w:t>
            </w:r>
          </w:p>
        </w:tc>
        <w:tc>
          <w:tcPr>
            <w:tcW w:type="dxa" w:w="1440"/>
          </w:tcPr>
          <w:p>
            <w:r>
              <w:t>硕士</w:t>
            </w:r>
          </w:p>
        </w:tc>
        <w:tc>
          <w:tcPr>
            <w:tcW w:type="dxa" w:w="1440"/>
          </w:tcPr>
          <w:p>
            <w:r>
              <w:t>不接收</w:t>
            </w:r>
          </w:p>
        </w:tc>
      </w:tr>
      <w:tr>
        <w:tc>
          <w:tcPr>
            <w:tcW w:type="dxa" w:w="1440"/>
          </w:tcPr>
          <w:p>
            <w:r>
              <w:t>2109586</w:t>
            </w:r>
          </w:p>
        </w:tc>
        <w:tc>
          <w:tcPr>
            <w:tcW w:type="dxa" w:w="1440"/>
          </w:tcPr>
          <w:p>
            <w:r>
              <w:t>杨丽萍</w:t>
            </w:r>
          </w:p>
        </w:tc>
        <w:tc>
          <w:tcPr>
            <w:tcW w:type="dxa" w:w="1440"/>
          </w:tcPr>
          <w:p>
            <w:r>
              <w:t>67.88</w:t>
            </w:r>
          </w:p>
        </w:tc>
        <w:tc>
          <w:tcPr>
            <w:tcW w:type="dxa" w:w="1440"/>
          </w:tcPr>
          <w:p>
            <w:r>
              <w:t>数学</w:t>
            </w:r>
          </w:p>
        </w:tc>
        <w:tc>
          <w:tcPr>
            <w:tcW w:type="dxa" w:w="1440"/>
          </w:tcPr>
          <w:p>
            <w:r>
              <w:t>硕士</w:t>
            </w:r>
          </w:p>
        </w:tc>
        <w:tc>
          <w:tcPr>
            <w:tcW w:type="dxa" w:w="1440"/>
          </w:tcPr>
          <w:p>
            <w:r>
              <w:t>不接收</w:t>
            </w:r>
          </w:p>
        </w:tc>
      </w:tr>
      <w:tr>
        <w:tc>
          <w:tcPr>
            <w:tcW w:type="dxa" w:w="1440"/>
          </w:tcPr>
          <w:p>
            <w:r>
              <w:t>2110186</w:t>
            </w:r>
          </w:p>
        </w:tc>
        <w:tc>
          <w:tcPr>
            <w:tcW w:type="dxa" w:w="1440"/>
          </w:tcPr>
          <w:p>
            <w:r>
              <w:t>张杰</w:t>
            </w:r>
          </w:p>
        </w:tc>
        <w:tc>
          <w:tcPr>
            <w:tcW w:type="dxa" w:w="1440"/>
          </w:tcPr>
          <w:p>
            <w:r>
              <w:t>67.46</w:t>
            </w:r>
          </w:p>
        </w:tc>
        <w:tc>
          <w:tcPr>
            <w:tcW w:type="dxa" w:w="1440"/>
          </w:tcPr>
          <w:p>
            <w:r>
              <w:t>数学</w:t>
            </w:r>
          </w:p>
        </w:tc>
        <w:tc>
          <w:tcPr>
            <w:tcW w:type="dxa" w:w="1440"/>
          </w:tcPr>
          <w:p>
            <w:r>
              <w:t>硕士</w:t>
            </w:r>
          </w:p>
        </w:tc>
        <w:tc>
          <w:tcPr>
            <w:tcW w:type="dxa" w:w="1440"/>
          </w:tcPr>
          <w:p>
            <w:r>
              <w:t>不接收</w:t>
            </w:r>
          </w:p>
        </w:tc>
      </w:tr>
      <w:tr>
        <w:tc>
          <w:tcPr>
            <w:tcW w:type="dxa" w:w="1440"/>
          </w:tcPr>
          <w:p>
            <w:r>
              <w:t>2116740</w:t>
            </w:r>
          </w:p>
        </w:tc>
        <w:tc>
          <w:tcPr>
            <w:tcW w:type="dxa" w:w="1440"/>
          </w:tcPr>
          <w:p>
            <w:r>
              <w:t>刘彦廷</w:t>
            </w:r>
          </w:p>
        </w:tc>
        <w:tc>
          <w:tcPr>
            <w:tcW w:type="dxa" w:w="1440"/>
          </w:tcPr>
          <w:p>
            <w:r>
              <w:t>66.73</w:t>
            </w:r>
          </w:p>
        </w:tc>
        <w:tc>
          <w:tcPr>
            <w:tcW w:type="dxa" w:w="1440"/>
          </w:tcPr>
          <w:p>
            <w:r>
              <w:t>数学</w:t>
            </w:r>
          </w:p>
        </w:tc>
        <w:tc>
          <w:tcPr>
            <w:tcW w:type="dxa" w:w="1440"/>
          </w:tcPr>
          <w:p>
            <w:r>
              <w:t>硕士</w:t>
            </w:r>
          </w:p>
        </w:tc>
        <w:tc>
          <w:tcPr>
            <w:tcW w:type="dxa" w:w="1440"/>
          </w:tcPr>
          <w:p>
            <w:r>
              <w:t>不接收</w:t>
            </w:r>
          </w:p>
        </w:tc>
      </w:tr>
      <w:tr>
        <w:tc>
          <w:tcPr>
            <w:tcW w:type="dxa" w:w="1440"/>
          </w:tcPr>
          <w:p>
            <w:r>
              <w:t>2119759</w:t>
            </w:r>
          </w:p>
        </w:tc>
        <w:tc>
          <w:tcPr>
            <w:tcW w:type="dxa" w:w="1440"/>
          </w:tcPr>
          <w:p>
            <w:r>
              <w:t>于御阳</w:t>
            </w:r>
          </w:p>
        </w:tc>
        <w:tc>
          <w:tcPr>
            <w:tcW w:type="dxa" w:w="1440"/>
          </w:tcPr>
          <w:p>
            <w:r>
              <w:t>64.85</w:t>
            </w:r>
          </w:p>
        </w:tc>
        <w:tc>
          <w:tcPr>
            <w:tcW w:type="dxa" w:w="1440"/>
          </w:tcPr>
          <w:p>
            <w:r>
              <w:t>数学</w:t>
            </w:r>
          </w:p>
        </w:tc>
        <w:tc>
          <w:tcPr>
            <w:tcW w:type="dxa" w:w="1440"/>
          </w:tcPr>
          <w:p>
            <w:r>
              <w:t>硕士</w:t>
            </w:r>
          </w:p>
        </w:tc>
        <w:tc>
          <w:tcPr>
            <w:tcW w:type="dxa" w:w="1440"/>
          </w:tcPr>
          <w:p>
            <w:r>
              <w:t>不接收</w:t>
            </w:r>
          </w:p>
        </w:tc>
      </w:tr>
      <w:tr>
        <w:tc>
          <w:tcPr>
            <w:tcW w:type="dxa" w:w="1440"/>
          </w:tcPr>
          <w:p>
            <w:r>
              <w:t>申请编号</w:t>
            </w:r>
          </w:p>
        </w:tc>
        <w:tc>
          <w:tcPr>
            <w:tcW w:type="dxa" w:w="1440"/>
          </w:tcPr>
          <w:p>
            <w:r>
              <w:t>姓名</w:t>
            </w:r>
          </w:p>
        </w:tc>
        <w:tc>
          <w:tcPr>
            <w:tcW w:type="dxa" w:w="1440"/>
          </w:tcPr>
          <w:p>
            <w:r>
              <w:t>考核成绩</w:t>
            </w:r>
          </w:p>
        </w:tc>
        <w:tc>
          <w:tcPr>
            <w:tcW w:type="dxa" w:w="1440"/>
          </w:tcPr>
          <w:p>
            <w:r>
              <w:t>专业</w:t>
            </w:r>
          </w:p>
        </w:tc>
        <w:tc>
          <w:tcPr>
            <w:tcW w:type="dxa" w:w="1440"/>
          </w:tcPr>
          <w:p>
            <w:r>
              <w:t>硕士/博士</w:t>
            </w:r>
          </w:p>
        </w:tc>
        <w:tc>
          <w:tcPr>
            <w:tcW w:type="dxa" w:w="1440"/>
          </w:tcPr>
          <w:p>
            <w:r>
              <w:t>考核结果（拟接收/待定/不接收）</w:t>
            </w:r>
          </w:p>
        </w:tc>
      </w:tr>
      <w:tr>
        <w:tc>
          <w:tcPr>
            <w:tcW w:type="dxa" w:w="1440"/>
          </w:tcPr>
          <w:p>
            <w:r>
              <w:t>2116427</w:t>
            </w:r>
          </w:p>
        </w:tc>
        <w:tc>
          <w:tcPr>
            <w:tcW w:type="dxa" w:w="1440"/>
          </w:tcPr>
          <w:p>
            <w:r>
              <w:t>倪卓颖</w:t>
            </w:r>
          </w:p>
        </w:tc>
        <w:tc>
          <w:tcPr>
            <w:tcW w:type="dxa" w:w="1440"/>
          </w:tcPr>
          <w:p>
            <w:r>
              <w:t>94.8</w:t>
            </w:r>
          </w:p>
        </w:tc>
        <w:tc>
          <w:tcPr>
            <w:tcW w:type="dxa" w:w="1440"/>
          </w:tcPr>
          <w:p>
            <w:r>
              <w:t>统计学</w:t>
            </w:r>
          </w:p>
        </w:tc>
        <w:tc>
          <w:tcPr>
            <w:tcW w:type="dxa" w:w="1440"/>
          </w:tcPr>
          <w:p>
            <w:r>
              <w:t>硕士</w:t>
            </w:r>
          </w:p>
        </w:tc>
        <w:tc>
          <w:tcPr>
            <w:tcW w:type="dxa" w:w="1440"/>
          </w:tcPr>
          <w:p>
            <w:r>
              <w:t>拟接收</w:t>
            </w:r>
          </w:p>
        </w:tc>
      </w:tr>
      <w:tr>
        <w:tc>
          <w:tcPr>
            <w:tcW w:type="dxa" w:w="1440"/>
          </w:tcPr>
          <w:p>
            <w:r>
              <w:t>2117421</w:t>
            </w:r>
          </w:p>
        </w:tc>
        <w:tc>
          <w:tcPr>
            <w:tcW w:type="dxa" w:w="1440"/>
          </w:tcPr>
          <w:p>
            <w:r>
              <w:t>刘倩倩</w:t>
            </w:r>
          </w:p>
        </w:tc>
        <w:tc>
          <w:tcPr>
            <w:tcW w:type="dxa" w:w="1440"/>
          </w:tcPr>
          <w:p>
            <w:r>
              <w:t>89</w:t>
            </w:r>
          </w:p>
        </w:tc>
        <w:tc>
          <w:tcPr>
            <w:tcW w:type="dxa" w:w="1440"/>
          </w:tcPr>
          <w:p>
            <w:r>
              <w:t>统计学</w:t>
            </w:r>
          </w:p>
        </w:tc>
        <w:tc>
          <w:tcPr>
            <w:tcW w:type="dxa" w:w="1440"/>
          </w:tcPr>
          <w:p>
            <w:r>
              <w:t>硕士</w:t>
            </w:r>
          </w:p>
        </w:tc>
        <w:tc>
          <w:tcPr>
            <w:tcW w:type="dxa" w:w="1440"/>
          </w:tcPr>
          <w:p>
            <w:r>
              <w:t>拟接收</w:t>
            </w:r>
          </w:p>
        </w:tc>
      </w:tr>
      <w:tr>
        <w:tc>
          <w:tcPr>
            <w:tcW w:type="dxa" w:w="1440"/>
          </w:tcPr>
          <w:p>
            <w:r>
              <w:t>2105510</w:t>
            </w:r>
          </w:p>
        </w:tc>
        <w:tc>
          <w:tcPr>
            <w:tcW w:type="dxa" w:w="1440"/>
          </w:tcPr>
          <w:p>
            <w:r>
              <w:t>蔡刘沁</w:t>
            </w:r>
          </w:p>
        </w:tc>
        <w:tc>
          <w:tcPr>
            <w:tcW w:type="dxa" w:w="1440"/>
          </w:tcPr>
          <w:p>
            <w:r>
              <w:t>88.8</w:t>
            </w:r>
          </w:p>
        </w:tc>
        <w:tc>
          <w:tcPr>
            <w:tcW w:type="dxa" w:w="1440"/>
          </w:tcPr>
          <w:p>
            <w:r>
              <w:t>统计学</w:t>
            </w:r>
          </w:p>
        </w:tc>
        <w:tc>
          <w:tcPr>
            <w:tcW w:type="dxa" w:w="1440"/>
          </w:tcPr>
          <w:p>
            <w:r>
              <w:t>硕士</w:t>
            </w:r>
          </w:p>
        </w:tc>
        <w:tc>
          <w:tcPr>
            <w:tcW w:type="dxa" w:w="1440"/>
          </w:tcPr>
          <w:p>
            <w:r>
              <w:t>拟接收</w:t>
            </w:r>
          </w:p>
        </w:tc>
      </w:tr>
      <w:tr>
        <w:tc>
          <w:tcPr>
            <w:tcW w:type="dxa" w:w="1440"/>
          </w:tcPr>
          <w:p>
            <w:r>
              <w:t>2117396</w:t>
            </w:r>
          </w:p>
        </w:tc>
        <w:tc>
          <w:tcPr>
            <w:tcW w:type="dxa" w:w="1440"/>
          </w:tcPr>
          <w:p>
            <w:r>
              <w:t>杨菁雯</w:t>
            </w:r>
          </w:p>
        </w:tc>
        <w:tc>
          <w:tcPr>
            <w:tcW w:type="dxa" w:w="1440"/>
          </w:tcPr>
          <w:p>
            <w:r>
              <w:t>87.6</w:t>
            </w:r>
          </w:p>
        </w:tc>
        <w:tc>
          <w:tcPr>
            <w:tcW w:type="dxa" w:w="1440"/>
          </w:tcPr>
          <w:p>
            <w:r>
              <w:t>统计学</w:t>
            </w:r>
          </w:p>
        </w:tc>
        <w:tc>
          <w:tcPr>
            <w:tcW w:type="dxa" w:w="1440"/>
          </w:tcPr>
          <w:p>
            <w:r>
              <w:t>硕士</w:t>
            </w:r>
          </w:p>
        </w:tc>
        <w:tc>
          <w:tcPr>
            <w:tcW w:type="dxa" w:w="1440"/>
          </w:tcPr>
          <w:p>
            <w:r>
              <w:t>拟接收</w:t>
            </w:r>
          </w:p>
        </w:tc>
      </w:tr>
      <w:tr>
        <w:tc>
          <w:tcPr>
            <w:tcW w:type="dxa" w:w="1440"/>
          </w:tcPr>
          <w:p>
            <w:r>
              <w:t>2104516</w:t>
            </w:r>
          </w:p>
        </w:tc>
        <w:tc>
          <w:tcPr>
            <w:tcW w:type="dxa" w:w="1440"/>
          </w:tcPr>
          <w:p>
            <w:r>
              <w:t>朱希悦</w:t>
            </w:r>
          </w:p>
        </w:tc>
        <w:tc>
          <w:tcPr>
            <w:tcW w:type="dxa" w:w="1440"/>
          </w:tcPr>
          <w:p>
            <w:r>
              <w:t>87</w:t>
            </w:r>
          </w:p>
        </w:tc>
        <w:tc>
          <w:tcPr>
            <w:tcW w:type="dxa" w:w="1440"/>
          </w:tcPr>
          <w:p>
            <w:r>
              <w:t>统计学</w:t>
            </w:r>
          </w:p>
        </w:tc>
        <w:tc>
          <w:tcPr>
            <w:tcW w:type="dxa" w:w="1440"/>
          </w:tcPr>
          <w:p>
            <w:r>
              <w:t>硕士</w:t>
            </w:r>
          </w:p>
        </w:tc>
        <w:tc>
          <w:tcPr>
            <w:tcW w:type="dxa" w:w="1440"/>
          </w:tcPr>
          <w:p>
            <w:r>
              <w:t>拟接收</w:t>
            </w:r>
          </w:p>
        </w:tc>
      </w:tr>
      <w:tr>
        <w:tc>
          <w:tcPr>
            <w:tcW w:type="dxa" w:w="1440"/>
          </w:tcPr>
          <w:p>
            <w:r>
              <w:t>2106074</w:t>
            </w:r>
          </w:p>
        </w:tc>
        <w:tc>
          <w:tcPr>
            <w:tcW w:type="dxa" w:w="1440"/>
          </w:tcPr>
          <w:p>
            <w:r>
              <w:t>夏心语</w:t>
            </w:r>
          </w:p>
        </w:tc>
        <w:tc>
          <w:tcPr>
            <w:tcW w:type="dxa" w:w="1440"/>
          </w:tcPr>
          <w:p>
            <w:r>
              <w:t>87</w:t>
            </w:r>
          </w:p>
        </w:tc>
        <w:tc>
          <w:tcPr>
            <w:tcW w:type="dxa" w:w="1440"/>
          </w:tcPr>
          <w:p>
            <w:r>
              <w:t>统计学</w:t>
            </w:r>
          </w:p>
        </w:tc>
        <w:tc>
          <w:tcPr>
            <w:tcW w:type="dxa" w:w="1440"/>
          </w:tcPr>
          <w:p>
            <w:r>
              <w:t>硕士</w:t>
            </w:r>
          </w:p>
        </w:tc>
        <w:tc>
          <w:tcPr>
            <w:tcW w:type="dxa" w:w="1440"/>
          </w:tcPr>
          <w:p>
            <w:r>
              <w:t>拟接收</w:t>
            </w:r>
          </w:p>
        </w:tc>
      </w:tr>
      <w:tr>
        <w:tc>
          <w:tcPr>
            <w:tcW w:type="dxa" w:w="1440"/>
          </w:tcPr>
          <w:p>
            <w:r>
              <w:t>2114678</w:t>
            </w:r>
          </w:p>
        </w:tc>
        <w:tc>
          <w:tcPr>
            <w:tcW w:type="dxa" w:w="1440"/>
          </w:tcPr>
          <w:p>
            <w:r>
              <w:t>刘永超</w:t>
            </w:r>
          </w:p>
        </w:tc>
        <w:tc>
          <w:tcPr>
            <w:tcW w:type="dxa" w:w="1440"/>
          </w:tcPr>
          <w:p>
            <w:r>
              <w:t>85.2</w:t>
            </w:r>
          </w:p>
        </w:tc>
        <w:tc>
          <w:tcPr>
            <w:tcW w:type="dxa" w:w="1440"/>
          </w:tcPr>
          <w:p>
            <w:r>
              <w:t>统计学</w:t>
            </w:r>
          </w:p>
        </w:tc>
        <w:tc>
          <w:tcPr>
            <w:tcW w:type="dxa" w:w="1440"/>
          </w:tcPr>
          <w:p>
            <w:r>
              <w:t>硕士</w:t>
            </w:r>
          </w:p>
        </w:tc>
        <w:tc>
          <w:tcPr>
            <w:tcW w:type="dxa" w:w="1440"/>
          </w:tcPr>
          <w:p>
            <w:r>
              <w:t>拟接收</w:t>
            </w:r>
          </w:p>
        </w:tc>
      </w:tr>
      <w:tr>
        <w:tc>
          <w:tcPr>
            <w:tcW w:type="dxa" w:w="1440"/>
          </w:tcPr>
          <w:p>
            <w:r>
              <w:t>2117286</w:t>
            </w:r>
          </w:p>
        </w:tc>
        <w:tc>
          <w:tcPr>
            <w:tcW w:type="dxa" w:w="1440"/>
          </w:tcPr>
          <w:p>
            <w:r>
              <w:t>陆冰清</w:t>
            </w:r>
          </w:p>
        </w:tc>
        <w:tc>
          <w:tcPr>
            <w:tcW w:type="dxa" w:w="1440"/>
          </w:tcPr>
          <w:p>
            <w:r>
              <w:t>85</w:t>
            </w:r>
          </w:p>
        </w:tc>
        <w:tc>
          <w:tcPr>
            <w:tcW w:type="dxa" w:w="1440"/>
          </w:tcPr>
          <w:p>
            <w:r>
              <w:t>统计学</w:t>
            </w:r>
          </w:p>
        </w:tc>
        <w:tc>
          <w:tcPr>
            <w:tcW w:type="dxa" w:w="1440"/>
          </w:tcPr>
          <w:p>
            <w:r>
              <w:t>硕士</w:t>
            </w:r>
          </w:p>
        </w:tc>
        <w:tc>
          <w:tcPr>
            <w:tcW w:type="dxa" w:w="1440"/>
          </w:tcPr>
          <w:p>
            <w:r>
              <w:t>拟接收</w:t>
            </w:r>
          </w:p>
        </w:tc>
      </w:tr>
      <w:tr>
        <w:tc>
          <w:tcPr>
            <w:tcW w:type="dxa" w:w="1440"/>
          </w:tcPr>
          <w:p>
            <w:r>
              <w:t>2116954</w:t>
            </w:r>
          </w:p>
        </w:tc>
        <w:tc>
          <w:tcPr>
            <w:tcW w:type="dxa" w:w="1440"/>
          </w:tcPr>
          <w:p>
            <w:r>
              <w:t>曹孜</w:t>
            </w:r>
          </w:p>
        </w:tc>
        <w:tc>
          <w:tcPr>
            <w:tcW w:type="dxa" w:w="1440"/>
          </w:tcPr>
          <w:p>
            <w:r>
              <w:t>84.8</w:t>
            </w:r>
          </w:p>
        </w:tc>
        <w:tc>
          <w:tcPr>
            <w:tcW w:type="dxa" w:w="1440"/>
          </w:tcPr>
          <w:p>
            <w:r>
              <w:t>统计学</w:t>
            </w:r>
          </w:p>
        </w:tc>
        <w:tc>
          <w:tcPr>
            <w:tcW w:type="dxa" w:w="1440"/>
          </w:tcPr>
          <w:p>
            <w:r>
              <w:t>硕士</w:t>
            </w:r>
          </w:p>
        </w:tc>
        <w:tc>
          <w:tcPr>
            <w:tcW w:type="dxa" w:w="1440"/>
          </w:tcPr>
          <w:p>
            <w:r>
              <w:t>拟接收</w:t>
            </w:r>
          </w:p>
        </w:tc>
      </w:tr>
      <w:tr>
        <w:tc>
          <w:tcPr>
            <w:tcW w:type="dxa" w:w="1440"/>
          </w:tcPr>
          <w:p>
            <w:r>
              <w:t>2119565</w:t>
            </w:r>
          </w:p>
        </w:tc>
        <w:tc>
          <w:tcPr>
            <w:tcW w:type="dxa" w:w="1440"/>
          </w:tcPr>
          <w:p>
            <w:r>
              <w:t>张田恬</w:t>
            </w:r>
          </w:p>
        </w:tc>
        <w:tc>
          <w:tcPr>
            <w:tcW w:type="dxa" w:w="1440"/>
          </w:tcPr>
          <w:p>
            <w:r>
              <w:t>84.2</w:t>
            </w:r>
          </w:p>
        </w:tc>
        <w:tc>
          <w:tcPr>
            <w:tcW w:type="dxa" w:w="1440"/>
          </w:tcPr>
          <w:p>
            <w:r>
              <w:t>统计学</w:t>
            </w:r>
          </w:p>
        </w:tc>
        <w:tc>
          <w:tcPr>
            <w:tcW w:type="dxa" w:w="1440"/>
          </w:tcPr>
          <w:p>
            <w:r>
              <w:t>硕士</w:t>
            </w:r>
          </w:p>
        </w:tc>
        <w:tc>
          <w:tcPr>
            <w:tcW w:type="dxa" w:w="1440"/>
          </w:tcPr>
          <w:p>
            <w:r>
              <w:t>拟接收</w:t>
            </w:r>
          </w:p>
        </w:tc>
      </w:tr>
      <w:tr>
        <w:tc>
          <w:tcPr>
            <w:tcW w:type="dxa" w:w="1440"/>
          </w:tcPr>
          <w:p>
            <w:r>
              <w:t>2118758</w:t>
            </w:r>
          </w:p>
        </w:tc>
        <w:tc>
          <w:tcPr>
            <w:tcW w:type="dxa" w:w="1440"/>
          </w:tcPr>
          <w:p>
            <w:r>
              <w:t>张超</w:t>
            </w:r>
          </w:p>
        </w:tc>
        <w:tc>
          <w:tcPr>
            <w:tcW w:type="dxa" w:w="1440"/>
          </w:tcPr>
          <w:p>
            <w:r>
              <w:t>83.6</w:t>
            </w:r>
          </w:p>
        </w:tc>
        <w:tc>
          <w:tcPr>
            <w:tcW w:type="dxa" w:w="1440"/>
          </w:tcPr>
          <w:p>
            <w:r>
              <w:t>统计学</w:t>
            </w:r>
          </w:p>
        </w:tc>
        <w:tc>
          <w:tcPr>
            <w:tcW w:type="dxa" w:w="1440"/>
          </w:tcPr>
          <w:p>
            <w:r>
              <w:t>硕士</w:t>
            </w:r>
          </w:p>
        </w:tc>
        <w:tc>
          <w:tcPr>
            <w:tcW w:type="dxa" w:w="1440"/>
          </w:tcPr>
          <w:p>
            <w:r>
              <w:t>拟接收</w:t>
            </w:r>
          </w:p>
        </w:tc>
      </w:tr>
      <w:tr>
        <w:tc>
          <w:tcPr>
            <w:tcW w:type="dxa" w:w="1440"/>
          </w:tcPr>
          <w:p>
            <w:r>
              <w:t>2119491</w:t>
            </w:r>
          </w:p>
        </w:tc>
        <w:tc>
          <w:tcPr>
            <w:tcW w:type="dxa" w:w="1440"/>
          </w:tcPr>
          <w:p>
            <w:r>
              <w:t>李昊洪</w:t>
            </w:r>
          </w:p>
        </w:tc>
        <w:tc>
          <w:tcPr>
            <w:tcW w:type="dxa" w:w="1440"/>
          </w:tcPr>
          <w:p>
            <w:r>
              <w:t>83.4</w:t>
            </w:r>
          </w:p>
        </w:tc>
        <w:tc>
          <w:tcPr>
            <w:tcW w:type="dxa" w:w="1440"/>
          </w:tcPr>
          <w:p>
            <w:r>
              <w:t>统计学</w:t>
            </w:r>
          </w:p>
        </w:tc>
        <w:tc>
          <w:tcPr>
            <w:tcW w:type="dxa" w:w="1440"/>
          </w:tcPr>
          <w:p>
            <w:r>
              <w:t>硕士</w:t>
            </w:r>
          </w:p>
        </w:tc>
        <w:tc>
          <w:tcPr>
            <w:tcW w:type="dxa" w:w="1440"/>
          </w:tcPr>
          <w:p>
            <w:r>
              <w:t>拟接收</w:t>
            </w:r>
          </w:p>
        </w:tc>
      </w:tr>
      <w:tr>
        <w:tc>
          <w:tcPr>
            <w:tcW w:type="dxa" w:w="1440"/>
          </w:tcPr>
          <w:p>
            <w:r>
              <w:t>2111543</w:t>
            </w:r>
          </w:p>
        </w:tc>
        <w:tc>
          <w:tcPr>
            <w:tcW w:type="dxa" w:w="1440"/>
          </w:tcPr>
          <w:p>
            <w:r>
              <w:t>吴晓燕</w:t>
            </w:r>
          </w:p>
        </w:tc>
        <w:tc>
          <w:tcPr>
            <w:tcW w:type="dxa" w:w="1440"/>
          </w:tcPr>
          <w:p>
            <w:r>
              <w:t>83</w:t>
            </w:r>
          </w:p>
        </w:tc>
        <w:tc>
          <w:tcPr>
            <w:tcW w:type="dxa" w:w="1440"/>
          </w:tcPr>
          <w:p>
            <w:r>
              <w:t>统计学</w:t>
            </w:r>
          </w:p>
        </w:tc>
        <w:tc>
          <w:tcPr>
            <w:tcW w:type="dxa" w:w="1440"/>
          </w:tcPr>
          <w:p>
            <w:r>
              <w:t>硕士</w:t>
            </w:r>
          </w:p>
        </w:tc>
        <w:tc>
          <w:tcPr>
            <w:tcW w:type="dxa" w:w="1440"/>
          </w:tcPr>
          <w:p>
            <w:r>
              <w:t>待定</w:t>
            </w:r>
          </w:p>
        </w:tc>
      </w:tr>
      <w:tr>
        <w:tc>
          <w:tcPr>
            <w:tcW w:type="dxa" w:w="1440"/>
          </w:tcPr>
          <w:p>
            <w:r>
              <w:t>2119960</w:t>
            </w:r>
          </w:p>
        </w:tc>
        <w:tc>
          <w:tcPr>
            <w:tcW w:type="dxa" w:w="1440"/>
          </w:tcPr>
          <w:p>
            <w:r>
              <w:t>王煜</w:t>
            </w:r>
          </w:p>
        </w:tc>
        <w:tc>
          <w:tcPr>
            <w:tcW w:type="dxa" w:w="1440"/>
          </w:tcPr>
          <w:p>
            <w:r>
              <w:t>70.8</w:t>
            </w:r>
          </w:p>
        </w:tc>
        <w:tc>
          <w:tcPr>
            <w:tcW w:type="dxa" w:w="1440"/>
          </w:tcPr>
          <w:p>
            <w:r>
              <w:t>统计学</w:t>
            </w:r>
          </w:p>
        </w:tc>
        <w:tc>
          <w:tcPr>
            <w:tcW w:type="dxa" w:w="1440"/>
          </w:tcPr>
          <w:p>
            <w:r>
              <w:t>硕士</w:t>
            </w:r>
          </w:p>
        </w:tc>
        <w:tc>
          <w:tcPr>
            <w:tcW w:type="dxa" w:w="1440"/>
          </w:tcPr>
          <w:p>
            <w:r>
              <w:t>待定</w:t>
            </w:r>
          </w:p>
        </w:tc>
      </w:tr>
      <w:tr>
        <w:tc>
          <w:tcPr>
            <w:tcW w:type="dxa" w:w="1440"/>
          </w:tcPr>
          <w:p>
            <w:r>
              <w:t>申请编号</w:t>
            </w:r>
          </w:p>
        </w:tc>
        <w:tc>
          <w:tcPr>
            <w:tcW w:type="dxa" w:w="1440"/>
          </w:tcPr>
          <w:p>
            <w:r>
              <w:t>姓名</w:t>
            </w:r>
          </w:p>
        </w:tc>
        <w:tc>
          <w:tcPr>
            <w:tcW w:type="dxa" w:w="1440"/>
          </w:tcPr>
          <w:p>
            <w:r>
              <w:t>考核成绩</w:t>
            </w:r>
          </w:p>
        </w:tc>
        <w:tc>
          <w:tcPr>
            <w:tcW w:type="dxa" w:w="1440"/>
          </w:tcPr>
          <w:p>
            <w:r>
              <w:t>专业</w:t>
            </w:r>
          </w:p>
        </w:tc>
        <w:tc>
          <w:tcPr>
            <w:tcW w:type="dxa" w:w="1440"/>
          </w:tcPr>
          <w:p>
            <w:r>
              <w:t>硕士/博士</w:t>
            </w:r>
          </w:p>
        </w:tc>
        <w:tc>
          <w:tcPr>
            <w:tcW w:type="dxa" w:w="1440"/>
          </w:tcPr>
          <w:p>
            <w:r>
              <w:t>考核结果（拟接收/待定/不接收）</w:t>
            </w:r>
          </w:p>
        </w:tc>
      </w:tr>
      <w:tr>
        <w:tc>
          <w:tcPr>
            <w:tcW w:type="dxa" w:w="1440"/>
          </w:tcPr>
          <w:p>
            <w:r>
              <w:t>2118663</w:t>
            </w:r>
          </w:p>
        </w:tc>
        <w:tc>
          <w:tcPr>
            <w:tcW w:type="dxa" w:w="1440"/>
          </w:tcPr>
          <w:p>
            <w:r>
              <w:t>傅琦淏</w:t>
            </w:r>
          </w:p>
        </w:tc>
        <w:tc>
          <w:tcPr>
            <w:tcW w:type="dxa" w:w="1440"/>
          </w:tcPr>
          <w:p>
            <w:r>
              <w:t>89.4</w:t>
            </w:r>
          </w:p>
        </w:tc>
        <w:tc>
          <w:tcPr>
            <w:tcW w:type="dxa" w:w="1440"/>
          </w:tcPr>
          <w:p>
            <w:r>
              <w:t>应用统计</w:t>
            </w:r>
          </w:p>
        </w:tc>
        <w:tc>
          <w:tcPr>
            <w:tcW w:type="dxa" w:w="1440"/>
          </w:tcPr>
          <w:p>
            <w:r>
              <w:t>硕士</w:t>
            </w:r>
          </w:p>
        </w:tc>
        <w:tc>
          <w:tcPr>
            <w:tcW w:type="dxa" w:w="1440"/>
          </w:tcPr>
          <w:p>
            <w:r>
              <w:t>拟接收</w:t>
            </w:r>
          </w:p>
        </w:tc>
      </w:tr>
      <w:tr>
        <w:tc>
          <w:tcPr>
            <w:tcW w:type="dxa" w:w="1440"/>
          </w:tcPr>
          <w:p>
            <w:r>
              <w:t>2108330</w:t>
            </w:r>
          </w:p>
        </w:tc>
        <w:tc>
          <w:tcPr>
            <w:tcW w:type="dxa" w:w="1440"/>
          </w:tcPr>
          <w:p>
            <w:r>
              <w:t>曾宬</w:t>
            </w:r>
          </w:p>
        </w:tc>
        <w:tc>
          <w:tcPr>
            <w:tcW w:type="dxa" w:w="1440"/>
          </w:tcPr>
          <w:p>
            <w:r>
              <w:t>89</w:t>
            </w:r>
          </w:p>
        </w:tc>
        <w:tc>
          <w:tcPr>
            <w:tcW w:type="dxa" w:w="1440"/>
          </w:tcPr>
          <w:p>
            <w:r>
              <w:t>应用统计</w:t>
            </w:r>
          </w:p>
        </w:tc>
        <w:tc>
          <w:tcPr>
            <w:tcW w:type="dxa" w:w="1440"/>
          </w:tcPr>
          <w:p>
            <w:r>
              <w:t>硕士</w:t>
            </w:r>
          </w:p>
        </w:tc>
        <w:tc>
          <w:tcPr>
            <w:tcW w:type="dxa" w:w="1440"/>
          </w:tcPr>
          <w:p>
            <w:r>
              <w:t>拟接收</w:t>
            </w:r>
          </w:p>
        </w:tc>
      </w:tr>
      <w:tr>
        <w:tc>
          <w:tcPr>
            <w:tcW w:type="dxa" w:w="1440"/>
          </w:tcPr>
          <w:p>
            <w:r>
              <w:t>2108312</w:t>
            </w:r>
          </w:p>
        </w:tc>
        <w:tc>
          <w:tcPr>
            <w:tcW w:type="dxa" w:w="1440"/>
          </w:tcPr>
          <w:p>
            <w:r>
              <w:t>毕佳璐</w:t>
            </w:r>
          </w:p>
        </w:tc>
        <w:tc>
          <w:tcPr>
            <w:tcW w:type="dxa" w:w="1440"/>
          </w:tcPr>
          <w:p>
            <w:r>
              <w:t>88.5</w:t>
            </w:r>
          </w:p>
        </w:tc>
        <w:tc>
          <w:tcPr>
            <w:tcW w:type="dxa" w:w="1440"/>
          </w:tcPr>
          <w:p>
            <w:r>
              <w:t>应用统计</w:t>
            </w:r>
          </w:p>
        </w:tc>
        <w:tc>
          <w:tcPr>
            <w:tcW w:type="dxa" w:w="1440"/>
          </w:tcPr>
          <w:p>
            <w:r>
              <w:t>硕士</w:t>
            </w:r>
          </w:p>
        </w:tc>
        <w:tc>
          <w:tcPr>
            <w:tcW w:type="dxa" w:w="1440"/>
          </w:tcPr>
          <w:p>
            <w:r>
              <w:t>拟接收</w:t>
            </w:r>
          </w:p>
        </w:tc>
      </w:tr>
      <w:tr>
        <w:tc>
          <w:tcPr>
            <w:tcW w:type="dxa" w:w="1440"/>
          </w:tcPr>
          <w:p>
            <w:r>
              <w:t>2118543</w:t>
            </w:r>
          </w:p>
        </w:tc>
        <w:tc>
          <w:tcPr>
            <w:tcW w:type="dxa" w:w="1440"/>
          </w:tcPr>
          <w:p>
            <w:r>
              <w:t>周鑫</w:t>
            </w:r>
          </w:p>
        </w:tc>
        <w:tc>
          <w:tcPr>
            <w:tcW w:type="dxa" w:w="1440"/>
          </w:tcPr>
          <w:p>
            <w:r>
              <w:t>87.9</w:t>
            </w:r>
          </w:p>
        </w:tc>
        <w:tc>
          <w:tcPr>
            <w:tcW w:type="dxa" w:w="1440"/>
          </w:tcPr>
          <w:p>
            <w:r>
              <w:t>应用统计</w:t>
            </w:r>
          </w:p>
        </w:tc>
        <w:tc>
          <w:tcPr>
            <w:tcW w:type="dxa" w:w="1440"/>
          </w:tcPr>
          <w:p>
            <w:r>
              <w:t>硕士</w:t>
            </w:r>
          </w:p>
        </w:tc>
        <w:tc>
          <w:tcPr>
            <w:tcW w:type="dxa" w:w="1440"/>
          </w:tcPr>
          <w:p>
            <w:r>
              <w:t>拟接收</w:t>
            </w:r>
          </w:p>
        </w:tc>
      </w:tr>
      <w:tr>
        <w:tc>
          <w:tcPr>
            <w:tcW w:type="dxa" w:w="1440"/>
          </w:tcPr>
          <w:p>
            <w:r>
              <w:t>2119489</w:t>
            </w:r>
          </w:p>
        </w:tc>
        <w:tc>
          <w:tcPr>
            <w:tcW w:type="dxa" w:w="1440"/>
          </w:tcPr>
          <w:p>
            <w:r>
              <w:t>刘建平</w:t>
            </w:r>
          </w:p>
        </w:tc>
        <w:tc>
          <w:tcPr>
            <w:tcW w:type="dxa" w:w="1440"/>
          </w:tcPr>
          <w:p>
            <w:r>
              <w:t>85.8</w:t>
            </w:r>
          </w:p>
        </w:tc>
        <w:tc>
          <w:tcPr>
            <w:tcW w:type="dxa" w:w="1440"/>
          </w:tcPr>
          <w:p>
            <w:r>
              <w:t>应用统计</w:t>
            </w:r>
          </w:p>
        </w:tc>
        <w:tc>
          <w:tcPr>
            <w:tcW w:type="dxa" w:w="1440"/>
          </w:tcPr>
          <w:p>
            <w:r>
              <w:t>硕士</w:t>
            </w:r>
          </w:p>
        </w:tc>
        <w:tc>
          <w:tcPr>
            <w:tcW w:type="dxa" w:w="1440"/>
          </w:tcPr>
          <w:p>
            <w:r>
              <w:t>拟接收</w:t>
            </w:r>
          </w:p>
        </w:tc>
      </w:tr>
      <w:tr>
        <w:tc>
          <w:tcPr>
            <w:tcW w:type="dxa" w:w="1440"/>
          </w:tcPr>
          <w:p>
            <w:r>
              <w:t>2101391</w:t>
            </w:r>
          </w:p>
        </w:tc>
        <w:tc>
          <w:tcPr>
            <w:tcW w:type="dxa" w:w="1440"/>
          </w:tcPr>
          <w:p>
            <w:r>
              <w:t>张煦程</w:t>
            </w:r>
          </w:p>
        </w:tc>
        <w:tc>
          <w:tcPr>
            <w:tcW w:type="dxa" w:w="1440"/>
          </w:tcPr>
          <w:p>
            <w:r>
              <w:t>84.1</w:t>
            </w:r>
          </w:p>
        </w:tc>
        <w:tc>
          <w:tcPr>
            <w:tcW w:type="dxa" w:w="1440"/>
          </w:tcPr>
          <w:p>
            <w:r>
              <w:t>应用统计</w:t>
            </w:r>
          </w:p>
        </w:tc>
        <w:tc>
          <w:tcPr>
            <w:tcW w:type="dxa" w:w="1440"/>
          </w:tcPr>
          <w:p>
            <w:r>
              <w:t>硕士</w:t>
            </w:r>
          </w:p>
        </w:tc>
        <w:tc>
          <w:tcPr>
            <w:tcW w:type="dxa" w:w="1440"/>
          </w:tcPr>
          <w:p>
            <w:r>
              <w:t>拟接收</w:t>
            </w:r>
          </w:p>
        </w:tc>
      </w:tr>
      <w:tr>
        <w:tc>
          <w:tcPr>
            <w:tcW w:type="dxa" w:w="1440"/>
          </w:tcPr>
          <w:p>
            <w:r>
              <w:t>2112437</w:t>
            </w:r>
          </w:p>
        </w:tc>
        <w:tc>
          <w:tcPr>
            <w:tcW w:type="dxa" w:w="1440"/>
          </w:tcPr>
          <w:p>
            <w:r>
              <w:t>荆彤</w:t>
            </w:r>
          </w:p>
        </w:tc>
        <w:tc>
          <w:tcPr>
            <w:tcW w:type="dxa" w:w="1440"/>
          </w:tcPr>
          <w:p>
            <w:r>
              <w:t>83</w:t>
            </w:r>
          </w:p>
        </w:tc>
        <w:tc>
          <w:tcPr>
            <w:tcW w:type="dxa" w:w="1440"/>
          </w:tcPr>
          <w:p>
            <w:r>
              <w:t>应用统计</w:t>
            </w:r>
          </w:p>
        </w:tc>
        <w:tc>
          <w:tcPr>
            <w:tcW w:type="dxa" w:w="1440"/>
          </w:tcPr>
          <w:p>
            <w:r>
              <w:t>硕士</w:t>
            </w:r>
          </w:p>
        </w:tc>
        <w:tc>
          <w:tcPr>
            <w:tcW w:type="dxa" w:w="1440"/>
          </w:tcPr>
          <w:p>
            <w:r>
              <w:t>拟接收</w:t>
            </w:r>
          </w:p>
        </w:tc>
      </w:tr>
      <w:tr>
        <w:tc>
          <w:tcPr>
            <w:tcW w:type="dxa" w:w="1440"/>
          </w:tcPr>
          <w:p>
            <w:r>
              <w:t>2116827</w:t>
            </w:r>
          </w:p>
        </w:tc>
        <w:tc>
          <w:tcPr>
            <w:tcW w:type="dxa" w:w="1440"/>
          </w:tcPr>
          <w:p>
            <w:r>
              <w:t>李高超</w:t>
            </w:r>
          </w:p>
        </w:tc>
        <w:tc>
          <w:tcPr>
            <w:tcW w:type="dxa" w:w="1440"/>
          </w:tcPr>
          <w:p>
            <w:r>
              <w:t>82.6</w:t>
            </w:r>
          </w:p>
        </w:tc>
        <w:tc>
          <w:tcPr>
            <w:tcW w:type="dxa" w:w="1440"/>
          </w:tcPr>
          <w:p>
            <w:r>
              <w:t>应用统计</w:t>
            </w:r>
          </w:p>
        </w:tc>
        <w:tc>
          <w:tcPr>
            <w:tcW w:type="dxa" w:w="1440"/>
          </w:tcPr>
          <w:p>
            <w:r>
              <w:t>硕士</w:t>
            </w:r>
          </w:p>
        </w:tc>
        <w:tc>
          <w:tcPr>
            <w:tcW w:type="dxa" w:w="1440"/>
          </w:tcPr>
          <w:p>
            <w:r>
              <w:t>拟接收</w:t>
            </w:r>
          </w:p>
        </w:tc>
      </w:tr>
      <w:tr>
        <w:tc>
          <w:tcPr>
            <w:tcW w:type="dxa" w:w="1440"/>
          </w:tcPr>
          <w:p>
            <w:r>
              <w:t>2102967</w:t>
            </w:r>
          </w:p>
        </w:tc>
        <w:tc>
          <w:tcPr>
            <w:tcW w:type="dxa" w:w="1440"/>
          </w:tcPr>
          <w:p>
            <w:r>
              <w:t>时会茹</w:t>
            </w:r>
          </w:p>
        </w:tc>
        <w:tc>
          <w:tcPr>
            <w:tcW w:type="dxa" w:w="1440"/>
          </w:tcPr>
          <w:p>
            <w:r>
              <w:t>81.8</w:t>
            </w:r>
          </w:p>
        </w:tc>
        <w:tc>
          <w:tcPr>
            <w:tcW w:type="dxa" w:w="1440"/>
          </w:tcPr>
          <w:p>
            <w:r>
              <w:t>应用统计</w:t>
            </w:r>
          </w:p>
        </w:tc>
        <w:tc>
          <w:tcPr>
            <w:tcW w:type="dxa" w:w="1440"/>
          </w:tcPr>
          <w:p>
            <w:r>
              <w:t>硕士</w:t>
            </w:r>
          </w:p>
        </w:tc>
        <w:tc>
          <w:tcPr>
            <w:tcW w:type="dxa" w:w="1440"/>
          </w:tcPr>
          <w:p>
            <w:r>
              <w:t>拟接收</w:t>
            </w:r>
          </w:p>
        </w:tc>
      </w:tr>
      <w:tr>
        <w:tc>
          <w:tcPr>
            <w:tcW w:type="dxa" w:w="1440"/>
          </w:tcPr>
          <w:p>
            <w:r>
              <w:t>2114821</w:t>
            </w:r>
          </w:p>
        </w:tc>
        <w:tc>
          <w:tcPr>
            <w:tcW w:type="dxa" w:w="1440"/>
          </w:tcPr>
          <w:p>
            <w:r>
              <w:t>王倩</w:t>
            </w:r>
          </w:p>
        </w:tc>
        <w:tc>
          <w:tcPr>
            <w:tcW w:type="dxa" w:w="1440"/>
          </w:tcPr>
          <w:p>
            <w:r>
              <w:t>81.2</w:t>
            </w:r>
          </w:p>
        </w:tc>
        <w:tc>
          <w:tcPr>
            <w:tcW w:type="dxa" w:w="1440"/>
          </w:tcPr>
          <w:p>
            <w:r>
              <w:t>应用统计</w:t>
            </w:r>
          </w:p>
        </w:tc>
        <w:tc>
          <w:tcPr>
            <w:tcW w:type="dxa" w:w="1440"/>
          </w:tcPr>
          <w:p>
            <w:r>
              <w:t>硕士</w:t>
            </w:r>
          </w:p>
        </w:tc>
        <w:tc>
          <w:tcPr>
            <w:tcW w:type="dxa" w:w="1440"/>
          </w:tcPr>
          <w:p>
            <w:r>
              <w:t>拟接收</w:t>
            </w:r>
          </w:p>
        </w:tc>
      </w:tr>
      <w:tr>
        <w:tc>
          <w:tcPr>
            <w:tcW w:type="dxa" w:w="1440"/>
          </w:tcPr>
          <w:p>
            <w:r>
              <w:t>2108188</w:t>
            </w:r>
          </w:p>
        </w:tc>
        <w:tc>
          <w:tcPr>
            <w:tcW w:type="dxa" w:w="1440"/>
          </w:tcPr>
          <w:p>
            <w:r>
              <w:t>杨晨</w:t>
            </w:r>
          </w:p>
        </w:tc>
        <w:tc>
          <w:tcPr>
            <w:tcW w:type="dxa" w:w="1440"/>
          </w:tcPr>
          <w:p>
            <w:r>
              <w:t>80.6</w:t>
            </w:r>
          </w:p>
        </w:tc>
        <w:tc>
          <w:tcPr>
            <w:tcW w:type="dxa" w:w="1440"/>
          </w:tcPr>
          <w:p>
            <w:r>
              <w:t>应用统计</w:t>
            </w:r>
          </w:p>
        </w:tc>
        <w:tc>
          <w:tcPr>
            <w:tcW w:type="dxa" w:w="1440"/>
          </w:tcPr>
          <w:p>
            <w:r>
              <w:t>硕士</w:t>
            </w:r>
          </w:p>
        </w:tc>
        <w:tc>
          <w:tcPr>
            <w:tcW w:type="dxa" w:w="1440"/>
          </w:tcPr>
          <w:p>
            <w:r>
              <w:t>拟接收</w:t>
            </w:r>
          </w:p>
        </w:tc>
      </w:tr>
      <w:tr>
        <w:tc>
          <w:tcPr>
            <w:tcW w:type="dxa" w:w="1440"/>
          </w:tcPr>
          <w:p>
            <w:r>
              <w:t>2104485</w:t>
            </w:r>
          </w:p>
        </w:tc>
        <w:tc>
          <w:tcPr>
            <w:tcW w:type="dxa" w:w="1440"/>
          </w:tcPr>
          <w:p>
            <w:r>
              <w:t>刘欣妍</w:t>
            </w:r>
          </w:p>
        </w:tc>
        <w:tc>
          <w:tcPr>
            <w:tcW w:type="dxa" w:w="1440"/>
          </w:tcPr>
          <w:p>
            <w:r>
              <w:t>80.5</w:t>
            </w:r>
          </w:p>
        </w:tc>
        <w:tc>
          <w:tcPr>
            <w:tcW w:type="dxa" w:w="1440"/>
          </w:tcPr>
          <w:p>
            <w:r>
              <w:t>应用统计</w:t>
            </w:r>
          </w:p>
        </w:tc>
        <w:tc>
          <w:tcPr>
            <w:tcW w:type="dxa" w:w="1440"/>
          </w:tcPr>
          <w:p>
            <w:r>
              <w:t>硕士</w:t>
            </w:r>
          </w:p>
        </w:tc>
        <w:tc>
          <w:tcPr>
            <w:tcW w:type="dxa" w:w="1440"/>
          </w:tcPr>
          <w:p>
            <w:r>
              <w:t>拟接收</w:t>
            </w:r>
          </w:p>
        </w:tc>
      </w:tr>
      <w:tr>
        <w:tc>
          <w:tcPr>
            <w:tcW w:type="dxa" w:w="1440"/>
          </w:tcPr>
          <w:p>
            <w:r>
              <w:t>2113114</w:t>
            </w:r>
          </w:p>
        </w:tc>
        <w:tc>
          <w:tcPr>
            <w:tcW w:type="dxa" w:w="1440"/>
          </w:tcPr>
          <w:p>
            <w:r>
              <w:t>何田韵</w:t>
            </w:r>
          </w:p>
        </w:tc>
        <w:tc>
          <w:tcPr>
            <w:tcW w:type="dxa" w:w="1440"/>
          </w:tcPr>
          <w:p>
            <w:r>
              <w:t>79.1</w:t>
            </w:r>
          </w:p>
        </w:tc>
        <w:tc>
          <w:tcPr>
            <w:tcW w:type="dxa" w:w="1440"/>
          </w:tcPr>
          <w:p>
            <w:r>
              <w:t>应用统计</w:t>
            </w:r>
          </w:p>
        </w:tc>
        <w:tc>
          <w:tcPr>
            <w:tcW w:type="dxa" w:w="1440"/>
          </w:tcPr>
          <w:p>
            <w:r>
              <w:t>硕士</w:t>
            </w:r>
          </w:p>
        </w:tc>
        <w:tc>
          <w:tcPr>
            <w:tcW w:type="dxa" w:w="1440"/>
          </w:tcPr>
          <w:p>
            <w:r>
              <w:t>待定</w:t>
            </w:r>
          </w:p>
        </w:tc>
      </w:tr>
      <w:tr>
        <w:tc>
          <w:tcPr>
            <w:tcW w:type="dxa" w:w="1440"/>
          </w:tcPr>
          <w:p>
            <w:r>
              <w:t>2100373</w:t>
            </w:r>
          </w:p>
        </w:tc>
        <w:tc>
          <w:tcPr>
            <w:tcW w:type="dxa" w:w="1440"/>
          </w:tcPr>
          <w:p>
            <w:r>
              <w:t>史苡安</w:t>
            </w:r>
          </w:p>
        </w:tc>
        <w:tc>
          <w:tcPr>
            <w:tcW w:type="dxa" w:w="1440"/>
          </w:tcPr>
          <w:p>
            <w:r>
              <w:t>79</w:t>
            </w:r>
          </w:p>
        </w:tc>
        <w:tc>
          <w:tcPr>
            <w:tcW w:type="dxa" w:w="1440"/>
          </w:tcPr>
          <w:p>
            <w:r>
              <w:t>应用统计</w:t>
            </w:r>
          </w:p>
        </w:tc>
        <w:tc>
          <w:tcPr>
            <w:tcW w:type="dxa" w:w="1440"/>
          </w:tcPr>
          <w:p>
            <w:r>
              <w:t>硕士</w:t>
            </w:r>
          </w:p>
        </w:tc>
        <w:tc>
          <w:tcPr>
            <w:tcW w:type="dxa" w:w="1440"/>
          </w:tcPr>
          <w:p>
            <w:r>
              <w:t>待定</w:t>
            </w:r>
          </w:p>
        </w:tc>
      </w:tr>
    </w:tbl>
    <w:p>
      <w:r>
        <w:t>请加入数学学院2021级推免招生群，QQ群号：903658655。备注：申请编号+专业+姓名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