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数学学院拟推荐2023届免试攻读研究生名单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</w:tblGrid>
      <w:tr>
        <w:tc>
          <w:tcPr>
            <w:tcW w:type="dxa" w:w="508"/>
          </w:tcPr>
          <w:p>
            <w:r>
              <w:t>数学学院拟推荐2023届免试攻读研究生名单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专业名称：071-数学与应用数学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序号</w:t>
            </w:r>
          </w:p>
        </w:tc>
        <w:tc>
          <w:tcPr>
            <w:tcW w:type="dxa" w:w="508"/>
          </w:tcPr>
          <w:p>
            <w:r>
              <w:t>学号</w:t>
            </w:r>
          </w:p>
        </w:tc>
        <w:tc>
          <w:tcPr>
            <w:tcW w:type="dxa" w:w="508"/>
          </w:tcPr>
          <w:p>
            <w:r>
              <w:t>姓名</w:t>
            </w:r>
          </w:p>
        </w:tc>
        <w:tc>
          <w:tcPr>
            <w:tcW w:type="dxa" w:w="508"/>
          </w:tcPr>
          <w:p>
            <w:r>
              <w:t>品德考核/是否处分</w:t>
            </w:r>
          </w:p>
        </w:tc>
        <w:tc>
          <w:tcPr>
            <w:tcW w:type="dxa" w:w="508"/>
          </w:tcPr>
          <w:p>
            <w:r>
              <w:t>基本条件</w:t>
            </w:r>
          </w:p>
        </w:tc>
        <w:tc>
          <w:tcPr>
            <w:tcW w:type="dxa" w:w="508"/>
          </w:tcPr>
          <w:p>
            <w:r>
              <w:t>综合能力成绩</w:t>
            </w:r>
          </w:p>
        </w:tc>
        <w:tc>
          <w:tcPr>
            <w:tcW w:type="dxa" w:w="508"/>
          </w:tcPr>
          <w:p>
            <w:r>
              <w:t>综合成绩</w:t>
            </w:r>
          </w:p>
        </w:tc>
        <w:tc>
          <w:tcPr>
            <w:tcW w:type="dxa" w:w="508"/>
          </w:tcPr>
          <w:p>
            <w:r>
              <w:t>学生最终排名</w:t>
            </w:r>
          </w:p>
        </w:tc>
        <w:tc>
          <w:tcPr>
            <w:tcW w:type="dxa" w:w="508"/>
          </w:tcPr>
          <w:p>
            <w:r>
              <w:t>推荐情况</w:t>
            </w:r>
          </w:p>
        </w:tc>
        <w:tc>
          <w:tcPr>
            <w:tcW w:type="dxa" w:w="508"/>
          </w:tcPr>
          <w:p>
            <w:r>
              <w:t>备注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课程情况</w:t>
            </w:r>
          </w:p>
        </w:tc>
        <w:tc>
          <w:tcPr>
            <w:tcW w:type="dxa" w:w="508"/>
          </w:tcPr>
          <w:p>
            <w:r>
              <w:t>首修不及格情况</w:t>
            </w:r>
          </w:p>
        </w:tc>
        <w:tc>
          <w:tcPr>
            <w:tcW w:type="dxa" w:w="508"/>
          </w:tcPr>
          <w:p>
            <w:r>
              <w:t>不及格情况</w:t>
            </w:r>
          </w:p>
        </w:tc>
        <w:tc>
          <w:tcPr>
            <w:tcW w:type="dxa" w:w="508"/>
          </w:tcPr>
          <w:p>
            <w:r>
              <w:t>未选计划课程数</w:t>
            </w:r>
          </w:p>
        </w:tc>
        <w:tc>
          <w:tcPr>
            <w:tcW w:type="dxa" w:w="508"/>
          </w:tcPr>
          <w:p>
            <w:r>
              <w:t>外语成绩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首修总平均绩点</w:t>
            </w:r>
          </w:p>
        </w:tc>
        <w:tc>
          <w:tcPr>
            <w:tcW w:type="dxa" w:w="508"/>
          </w:tcPr>
          <w:p>
            <w:r>
              <w:t>绩点排名</w:t>
            </w:r>
          </w:p>
        </w:tc>
        <w:tc>
          <w:tcPr>
            <w:tcW w:type="dxa" w:w="508"/>
          </w:tcPr>
          <w:p>
            <w:r>
              <w:t>首修总平均分</w:t>
            </w:r>
          </w:p>
        </w:tc>
        <w:tc>
          <w:tcPr>
            <w:tcW w:type="dxa" w:w="508"/>
          </w:tcPr>
          <w:p>
            <w:r>
              <w:t>CET 4</w:t>
            </w:r>
          </w:p>
        </w:tc>
        <w:tc>
          <w:tcPr>
            <w:tcW w:type="dxa" w:w="508"/>
          </w:tcPr>
          <w:p>
            <w:r>
              <w:t>CET 6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1</w:t>
            </w:r>
          </w:p>
        </w:tc>
        <w:tc>
          <w:tcPr>
            <w:tcW w:type="dxa" w:w="508"/>
          </w:tcPr>
          <w:p>
            <w:r>
              <w:t>07119112</w:t>
            </w:r>
          </w:p>
        </w:tc>
        <w:tc>
          <w:tcPr>
            <w:tcW w:type="dxa" w:w="508"/>
          </w:tcPr>
          <w:p>
            <w:r>
              <w:t>张赫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4.213</w:t>
            </w:r>
          </w:p>
        </w:tc>
        <w:tc>
          <w:tcPr>
            <w:tcW w:type="dxa" w:w="508"/>
          </w:tcPr>
          <w:p>
            <w:r>
              <w:t>2</w:t>
            </w:r>
          </w:p>
        </w:tc>
        <w:tc>
          <w:tcPr>
            <w:tcW w:type="dxa" w:w="508"/>
          </w:tcPr>
          <w:p>
            <w:r>
              <w:t>91.8851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599</w:t>
            </w:r>
          </w:p>
        </w:tc>
        <w:tc>
          <w:tcPr>
            <w:tcW w:type="dxa" w:w="508"/>
          </w:tcPr>
          <w:p>
            <w:r>
              <w:t>616</w:t>
            </w:r>
          </w:p>
        </w:tc>
        <w:tc>
          <w:tcPr>
            <w:tcW w:type="dxa" w:w="508"/>
          </w:tcPr>
          <w:p>
            <w:r>
              <w:t>22.5</w:t>
            </w:r>
          </w:p>
        </w:tc>
        <w:tc>
          <w:tcPr>
            <w:tcW w:type="dxa" w:w="508"/>
          </w:tcPr>
          <w:p>
            <w:r>
              <w:t>84.95</w:t>
            </w:r>
          </w:p>
        </w:tc>
        <w:tc>
          <w:tcPr>
            <w:tcW w:type="dxa" w:w="508"/>
          </w:tcPr>
          <w:p>
            <w:r>
              <w:t>1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2</w:t>
            </w:r>
          </w:p>
        </w:tc>
        <w:tc>
          <w:tcPr>
            <w:tcW w:type="dxa" w:w="508"/>
          </w:tcPr>
          <w:p>
            <w:r>
              <w:t>07119128</w:t>
            </w:r>
          </w:p>
        </w:tc>
        <w:tc>
          <w:tcPr>
            <w:tcW w:type="dxa" w:w="508"/>
          </w:tcPr>
          <w:p>
            <w:r>
              <w:t>段文凯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4.3135</w:t>
            </w:r>
          </w:p>
        </w:tc>
        <w:tc>
          <w:tcPr>
            <w:tcW w:type="dxa" w:w="508"/>
          </w:tcPr>
          <w:p>
            <w:r>
              <w:t>1</w:t>
            </w:r>
          </w:p>
        </w:tc>
        <w:tc>
          <w:tcPr>
            <w:tcW w:type="dxa" w:w="508"/>
          </w:tcPr>
          <w:p>
            <w:r>
              <w:t>92.5248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582</w:t>
            </w:r>
          </w:p>
        </w:tc>
        <w:tc>
          <w:tcPr>
            <w:tcW w:type="dxa" w:w="508"/>
          </w:tcPr>
          <w:p>
            <w:r>
              <w:t>556</w:t>
            </w:r>
          </w:p>
        </w:tc>
        <w:tc>
          <w:tcPr>
            <w:tcW w:type="dxa" w:w="508"/>
          </w:tcPr>
          <w:p>
            <w:r>
              <w:t>16.5</w:t>
            </w:r>
          </w:p>
        </w:tc>
        <w:tc>
          <w:tcPr>
            <w:tcW w:type="dxa" w:w="508"/>
          </w:tcPr>
          <w:p>
            <w:r>
              <w:t>84.92</w:t>
            </w:r>
          </w:p>
        </w:tc>
        <w:tc>
          <w:tcPr>
            <w:tcW w:type="dxa" w:w="508"/>
          </w:tcPr>
          <w:p>
            <w:r>
              <w:t>2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3</w:t>
            </w:r>
          </w:p>
        </w:tc>
        <w:tc>
          <w:tcPr>
            <w:tcW w:type="dxa" w:w="508"/>
          </w:tcPr>
          <w:p>
            <w:r>
              <w:t>07119122</w:t>
            </w:r>
          </w:p>
        </w:tc>
        <w:tc>
          <w:tcPr>
            <w:tcW w:type="dxa" w:w="508"/>
          </w:tcPr>
          <w:p>
            <w:r>
              <w:t>查晓楠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4.0162</w:t>
            </w:r>
          </w:p>
        </w:tc>
        <w:tc>
          <w:tcPr>
            <w:tcW w:type="dxa" w:w="508"/>
          </w:tcPr>
          <w:p>
            <w:r>
              <w:t>3</w:t>
            </w:r>
          </w:p>
        </w:tc>
        <w:tc>
          <w:tcPr>
            <w:tcW w:type="dxa" w:w="508"/>
          </w:tcPr>
          <w:p>
            <w:r>
              <w:t>89.9065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534</w:t>
            </w:r>
          </w:p>
        </w:tc>
        <w:tc>
          <w:tcPr>
            <w:tcW w:type="dxa" w:w="508"/>
          </w:tcPr>
          <w:p>
            <w:r>
              <w:t>428</w:t>
            </w:r>
          </w:p>
        </w:tc>
        <w:tc>
          <w:tcPr>
            <w:tcW w:type="dxa" w:w="508"/>
          </w:tcPr>
          <w:p>
            <w:r>
              <w:t>19.5</w:t>
            </w:r>
          </w:p>
        </w:tc>
        <w:tc>
          <w:tcPr>
            <w:tcW w:type="dxa" w:w="508"/>
          </w:tcPr>
          <w:p>
            <w:r>
              <w:t>82.87</w:t>
            </w:r>
          </w:p>
        </w:tc>
        <w:tc>
          <w:tcPr>
            <w:tcW w:type="dxa" w:w="508"/>
          </w:tcPr>
          <w:p>
            <w:r>
              <w:t>3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4</w:t>
            </w:r>
          </w:p>
        </w:tc>
        <w:tc>
          <w:tcPr>
            <w:tcW w:type="dxa" w:w="508"/>
          </w:tcPr>
          <w:p>
            <w:r>
              <w:t>07119113</w:t>
            </w:r>
          </w:p>
        </w:tc>
        <w:tc>
          <w:tcPr>
            <w:tcW w:type="dxa" w:w="508"/>
          </w:tcPr>
          <w:p>
            <w:r>
              <w:t>张硕硕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3.9856</w:t>
            </w:r>
          </w:p>
        </w:tc>
        <w:tc>
          <w:tcPr>
            <w:tcW w:type="dxa" w:w="508"/>
          </w:tcPr>
          <w:p>
            <w:r>
              <w:t>6</w:t>
            </w:r>
          </w:p>
        </w:tc>
        <w:tc>
          <w:tcPr>
            <w:tcW w:type="dxa" w:w="508"/>
          </w:tcPr>
          <w:p>
            <w:r>
              <w:t>89.4477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577</w:t>
            </w:r>
          </w:p>
        </w:tc>
        <w:tc>
          <w:tcPr>
            <w:tcW w:type="dxa" w:w="508"/>
          </w:tcPr>
          <w:p>
            <w:r>
              <w:t>468</w:t>
            </w:r>
          </w:p>
        </w:tc>
        <w:tc>
          <w:tcPr>
            <w:tcW w:type="dxa" w:w="508"/>
          </w:tcPr>
          <w:p>
            <w:r>
              <w:t>22.5</w:t>
            </w:r>
          </w:p>
        </w:tc>
        <w:tc>
          <w:tcPr>
            <w:tcW w:type="dxa" w:w="508"/>
          </w:tcPr>
          <w:p>
            <w:r>
              <w:t>82.75</w:t>
            </w:r>
          </w:p>
        </w:tc>
        <w:tc>
          <w:tcPr>
            <w:tcW w:type="dxa" w:w="508"/>
          </w:tcPr>
          <w:p>
            <w:r>
              <w:t>4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5</w:t>
            </w:r>
          </w:p>
        </w:tc>
        <w:tc>
          <w:tcPr>
            <w:tcW w:type="dxa" w:w="508"/>
          </w:tcPr>
          <w:p>
            <w:r>
              <w:t>07119137</w:t>
            </w:r>
          </w:p>
        </w:tc>
        <w:tc>
          <w:tcPr>
            <w:tcW w:type="dxa" w:w="508"/>
          </w:tcPr>
          <w:p>
            <w:r>
              <w:t>张凌枫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3.9476</w:t>
            </w:r>
          </w:p>
        </w:tc>
        <w:tc>
          <w:tcPr>
            <w:tcW w:type="dxa" w:w="508"/>
          </w:tcPr>
          <w:p>
            <w:r>
              <w:t>8</w:t>
            </w:r>
          </w:p>
        </w:tc>
        <w:tc>
          <w:tcPr>
            <w:tcW w:type="dxa" w:w="508"/>
          </w:tcPr>
          <w:p>
            <w:r>
              <w:t>89.0622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613</w:t>
            </w:r>
          </w:p>
        </w:tc>
        <w:tc>
          <w:tcPr>
            <w:tcW w:type="dxa" w:w="508"/>
          </w:tcPr>
          <w:p>
            <w:r>
              <w:t>590</w:t>
            </w:r>
          </w:p>
        </w:tc>
        <w:tc>
          <w:tcPr>
            <w:tcW w:type="dxa" w:w="508"/>
          </w:tcPr>
          <w:p>
            <w:r>
              <w:t>22.5</w:t>
            </w:r>
          </w:p>
        </w:tc>
        <w:tc>
          <w:tcPr>
            <w:tcW w:type="dxa" w:w="508"/>
          </w:tcPr>
          <w:p>
            <w:r>
              <w:t>82.4</w:t>
            </w:r>
          </w:p>
        </w:tc>
        <w:tc>
          <w:tcPr>
            <w:tcW w:type="dxa" w:w="508"/>
          </w:tcPr>
          <w:p>
            <w:r>
              <w:t>5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6</w:t>
            </w:r>
          </w:p>
        </w:tc>
        <w:tc>
          <w:tcPr>
            <w:tcW w:type="dxa" w:w="508"/>
          </w:tcPr>
          <w:p>
            <w:r>
              <w:t>07119105</w:t>
            </w:r>
          </w:p>
        </w:tc>
        <w:tc>
          <w:tcPr>
            <w:tcW w:type="dxa" w:w="508"/>
          </w:tcPr>
          <w:p>
            <w:r>
              <w:t>郭雪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3.8628</w:t>
            </w:r>
          </w:p>
        </w:tc>
        <w:tc>
          <w:tcPr>
            <w:tcW w:type="dxa" w:w="508"/>
          </w:tcPr>
          <w:p>
            <w:r>
              <w:t>9</w:t>
            </w:r>
          </w:p>
        </w:tc>
        <w:tc>
          <w:tcPr>
            <w:tcW w:type="dxa" w:w="508"/>
          </w:tcPr>
          <w:p>
            <w:r>
              <w:t>88.4697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510</w:t>
            </w:r>
          </w:p>
        </w:tc>
        <w:tc>
          <w:tcPr>
            <w:tcW w:type="dxa" w:w="508"/>
          </w:tcPr>
          <w:p>
            <w:r>
              <w:t>448</w:t>
            </w:r>
          </w:p>
        </w:tc>
        <w:tc>
          <w:tcPr>
            <w:tcW w:type="dxa" w:w="508"/>
          </w:tcPr>
          <w:p>
            <w:r>
              <w:t>26.25</w:t>
            </w:r>
          </w:p>
        </w:tc>
        <w:tc>
          <w:tcPr>
            <w:tcW w:type="dxa" w:w="508"/>
          </w:tcPr>
          <w:p>
            <w:r>
              <w:t>82.25</w:t>
            </w:r>
          </w:p>
        </w:tc>
        <w:tc>
          <w:tcPr>
            <w:tcW w:type="dxa" w:w="508"/>
          </w:tcPr>
          <w:p>
            <w:r>
              <w:t>6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7</w:t>
            </w:r>
          </w:p>
        </w:tc>
        <w:tc>
          <w:tcPr>
            <w:tcW w:type="dxa" w:w="508"/>
          </w:tcPr>
          <w:p>
            <w:r>
              <w:t>07119127</w:t>
            </w:r>
          </w:p>
        </w:tc>
        <w:tc>
          <w:tcPr>
            <w:tcW w:type="dxa" w:w="508"/>
          </w:tcPr>
          <w:p>
            <w:r>
              <w:t>王长庆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4.0124</w:t>
            </w:r>
          </w:p>
        </w:tc>
        <w:tc>
          <w:tcPr>
            <w:tcW w:type="dxa" w:w="508"/>
          </w:tcPr>
          <w:p>
            <w:r>
              <w:t>4</w:t>
            </w:r>
          </w:p>
        </w:tc>
        <w:tc>
          <w:tcPr>
            <w:tcW w:type="dxa" w:w="508"/>
          </w:tcPr>
          <w:p>
            <w:r>
              <w:t>89.9121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581</w:t>
            </w:r>
          </w:p>
        </w:tc>
        <w:tc>
          <w:tcPr>
            <w:tcW w:type="dxa" w:w="508"/>
          </w:tcPr>
          <w:p>
            <w:r>
              <w:t>496</w:t>
            </w:r>
          </w:p>
        </w:tc>
        <w:tc>
          <w:tcPr>
            <w:tcW w:type="dxa" w:w="508"/>
          </w:tcPr>
          <w:p>
            <w:r>
              <w:t>12.5</w:t>
            </w:r>
          </w:p>
        </w:tc>
        <w:tc>
          <w:tcPr>
            <w:tcW w:type="dxa" w:w="508"/>
          </w:tcPr>
          <w:p>
            <w:r>
              <w:t>82.17</w:t>
            </w:r>
          </w:p>
        </w:tc>
        <w:tc>
          <w:tcPr>
            <w:tcW w:type="dxa" w:w="508"/>
          </w:tcPr>
          <w:p>
            <w:r>
              <w:t>7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8</w:t>
            </w:r>
          </w:p>
        </w:tc>
        <w:tc>
          <w:tcPr>
            <w:tcW w:type="dxa" w:w="508"/>
          </w:tcPr>
          <w:p>
            <w:r>
              <w:t>07119106</w:t>
            </w:r>
          </w:p>
        </w:tc>
        <w:tc>
          <w:tcPr>
            <w:tcW w:type="dxa" w:w="508"/>
          </w:tcPr>
          <w:p>
            <w:r>
              <w:t>李文哲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4.0038</w:t>
            </w:r>
          </w:p>
        </w:tc>
        <w:tc>
          <w:tcPr>
            <w:tcW w:type="dxa" w:w="508"/>
          </w:tcPr>
          <w:p>
            <w:r>
              <w:t>5</w:t>
            </w:r>
          </w:p>
        </w:tc>
        <w:tc>
          <w:tcPr>
            <w:tcW w:type="dxa" w:w="508"/>
          </w:tcPr>
          <w:p>
            <w:r>
              <w:t>89.9376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619</w:t>
            </w:r>
          </w:p>
        </w:tc>
        <w:tc>
          <w:tcPr>
            <w:tcW w:type="dxa" w:w="508"/>
          </w:tcPr>
          <w:p>
            <w:r>
              <w:t>531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81.95</w:t>
            </w:r>
          </w:p>
        </w:tc>
        <w:tc>
          <w:tcPr>
            <w:tcW w:type="dxa" w:w="508"/>
          </w:tcPr>
          <w:p>
            <w:r>
              <w:t>8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9</w:t>
            </w:r>
          </w:p>
        </w:tc>
        <w:tc>
          <w:tcPr>
            <w:tcW w:type="dxa" w:w="508"/>
          </w:tcPr>
          <w:p>
            <w:r>
              <w:t>07119117</w:t>
            </w:r>
          </w:p>
        </w:tc>
        <w:tc>
          <w:tcPr>
            <w:tcW w:type="dxa" w:w="508"/>
          </w:tcPr>
          <w:p>
            <w:r>
              <w:t>梁书睿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3.9674</w:t>
            </w:r>
          </w:p>
        </w:tc>
        <w:tc>
          <w:tcPr>
            <w:tcW w:type="dxa" w:w="508"/>
          </w:tcPr>
          <w:p>
            <w:r>
              <w:t>7</w:t>
            </w:r>
          </w:p>
        </w:tc>
        <w:tc>
          <w:tcPr>
            <w:tcW w:type="dxa" w:w="508"/>
          </w:tcPr>
          <w:p>
            <w:r>
              <w:t>89.4006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522</w:t>
            </w:r>
          </w:p>
        </w:tc>
        <w:tc>
          <w:tcPr>
            <w:tcW w:type="dxa" w:w="508"/>
          </w:tcPr>
          <w:p>
            <w:r>
              <w:t>385</w:t>
            </w:r>
          </w:p>
        </w:tc>
        <w:tc>
          <w:tcPr>
            <w:tcW w:type="dxa" w:w="508"/>
          </w:tcPr>
          <w:p>
            <w:r>
              <w:t>7.5</w:t>
            </w:r>
          </w:p>
        </w:tc>
        <w:tc>
          <w:tcPr>
            <w:tcW w:type="dxa" w:w="508"/>
          </w:tcPr>
          <w:p>
            <w:r>
              <w:t>81.21</w:t>
            </w:r>
          </w:p>
        </w:tc>
        <w:tc>
          <w:tcPr>
            <w:tcW w:type="dxa" w:w="508"/>
          </w:tcPr>
          <w:p>
            <w:r>
              <w:t>9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07119114</w:t>
            </w:r>
          </w:p>
        </w:tc>
        <w:tc>
          <w:tcPr>
            <w:tcW w:type="dxa" w:w="508"/>
          </w:tcPr>
          <w:p>
            <w:r>
              <w:t>崔雪红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3.859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88.6907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557</w:t>
            </w:r>
          </w:p>
        </w:tc>
        <w:tc>
          <w:tcPr>
            <w:tcW w:type="dxa" w:w="508"/>
          </w:tcPr>
          <w:p>
            <w:r>
              <w:t>533</w:t>
            </w:r>
          </w:p>
        </w:tc>
        <w:tc>
          <w:tcPr>
            <w:tcW w:type="dxa" w:w="508"/>
          </w:tcPr>
          <w:p>
            <w:r>
              <w:t>7.5</w:t>
            </w:r>
          </w:p>
        </w:tc>
        <w:tc>
          <w:tcPr>
            <w:tcW w:type="dxa" w:w="508"/>
          </w:tcPr>
          <w:p>
            <w:r>
              <w:t>80.57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11</w:t>
            </w:r>
          </w:p>
        </w:tc>
        <w:tc>
          <w:tcPr>
            <w:tcW w:type="dxa" w:w="508"/>
          </w:tcPr>
          <w:p>
            <w:r>
              <w:t>07119115</w:t>
            </w:r>
          </w:p>
        </w:tc>
        <w:tc>
          <w:tcPr>
            <w:tcW w:type="dxa" w:w="508"/>
          </w:tcPr>
          <w:p>
            <w:r>
              <w:t>魏佳蓓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3.8326</w:t>
            </w:r>
          </w:p>
        </w:tc>
        <w:tc>
          <w:tcPr>
            <w:tcW w:type="dxa" w:w="508"/>
          </w:tcPr>
          <w:p>
            <w:r>
              <w:t>11</w:t>
            </w:r>
          </w:p>
        </w:tc>
        <w:tc>
          <w:tcPr>
            <w:tcW w:type="dxa" w:w="508"/>
          </w:tcPr>
          <w:p>
            <w:r>
              <w:t>88.304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463</w:t>
            </w:r>
          </w:p>
        </w:tc>
        <w:tc>
          <w:tcPr>
            <w:tcW w:type="dxa" w:w="508"/>
          </w:tcPr>
          <w:p>
            <w:r>
              <w:t>463</w:t>
            </w:r>
          </w:p>
        </w:tc>
        <w:tc>
          <w:tcPr>
            <w:tcW w:type="dxa" w:w="508"/>
          </w:tcPr>
          <w:p>
            <w:r>
              <w:t>7.5</w:t>
            </w:r>
          </w:p>
        </w:tc>
        <w:tc>
          <w:tcPr>
            <w:tcW w:type="dxa" w:w="508"/>
          </w:tcPr>
          <w:p>
            <w:r>
              <w:t>80.22</w:t>
            </w:r>
          </w:p>
        </w:tc>
        <w:tc>
          <w:tcPr>
            <w:tcW w:type="dxa" w:w="508"/>
          </w:tcPr>
          <w:p>
            <w:r>
              <w:t>11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专业名称：072-信息与计算科学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序号</w:t>
            </w:r>
          </w:p>
        </w:tc>
        <w:tc>
          <w:tcPr>
            <w:tcW w:type="dxa" w:w="508"/>
          </w:tcPr>
          <w:p>
            <w:r>
              <w:t>学号</w:t>
            </w:r>
          </w:p>
        </w:tc>
        <w:tc>
          <w:tcPr>
            <w:tcW w:type="dxa" w:w="508"/>
          </w:tcPr>
          <w:p>
            <w:r>
              <w:t>姓名</w:t>
            </w:r>
          </w:p>
        </w:tc>
        <w:tc>
          <w:tcPr>
            <w:tcW w:type="dxa" w:w="508"/>
          </w:tcPr>
          <w:p>
            <w:r>
              <w:t>品德考核/是否处分</w:t>
            </w:r>
          </w:p>
        </w:tc>
        <w:tc>
          <w:tcPr>
            <w:tcW w:type="dxa" w:w="508"/>
          </w:tcPr>
          <w:p>
            <w:r>
              <w:t>基本条件</w:t>
            </w:r>
          </w:p>
        </w:tc>
        <w:tc>
          <w:tcPr>
            <w:tcW w:type="dxa" w:w="508"/>
          </w:tcPr>
          <w:p>
            <w:r>
              <w:t>综合能力成绩</w:t>
            </w:r>
          </w:p>
        </w:tc>
        <w:tc>
          <w:tcPr>
            <w:tcW w:type="dxa" w:w="508"/>
          </w:tcPr>
          <w:p>
            <w:r>
              <w:t>综合成绩</w:t>
            </w:r>
          </w:p>
        </w:tc>
        <w:tc>
          <w:tcPr>
            <w:tcW w:type="dxa" w:w="508"/>
          </w:tcPr>
          <w:p>
            <w:r>
              <w:t>学生最终排名</w:t>
            </w:r>
          </w:p>
        </w:tc>
        <w:tc>
          <w:tcPr>
            <w:tcW w:type="dxa" w:w="508"/>
          </w:tcPr>
          <w:p>
            <w:r>
              <w:t>推荐情况</w:t>
            </w:r>
          </w:p>
        </w:tc>
        <w:tc>
          <w:tcPr>
            <w:tcW w:type="dxa" w:w="508"/>
          </w:tcPr>
          <w:p>
            <w:r>
              <w:t>备注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课程情况</w:t>
            </w:r>
          </w:p>
        </w:tc>
        <w:tc>
          <w:tcPr>
            <w:tcW w:type="dxa" w:w="508"/>
          </w:tcPr>
          <w:p>
            <w:r>
              <w:t>首修不及格情况</w:t>
            </w:r>
          </w:p>
        </w:tc>
        <w:tc>
          <w:tcPr>
            <w:tcW w:type="dxa" w:w="508"/>
          </w:tcPr>
          <w:p>
            <w:r>
              <w:t>不及格情况</w:t>
            </w:r>
          </w:p>
        </w:tc>
        <w:tc>
          <w:tcPr>
            <w:tcW w:type="dxa" w:w="508"/>
          </w:tcPr>
          <w:p>
            <w:r>
              <w:t>未选计划课程数</w:t>
            </w:r>
          </w:p>
        </w:tc>
        <w:tc>
          <w:tcPr>
            <w:tcW w:type="dxa" w:w="508"/>
          </w:tcPr>
          <w:p>
            <w:r>
              <w:t>外语成绩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首修总平均绩点</w:t>
            </w:r>
          </w:p>
        </w:tc>
        <w:tc>
          <w:tcPr>
            <w:tcW w:type="dxa" w:w="508"/>
          </w:tcPr>
          <w:p>
            <w:r>
              <w:t>绩点排名</w:t>
            </w:r>
          </w:p>
        </w:tc>
        <w:tc>
          <w:tcPr>
            <w:tcW w:type="dxa" w:w="508"/>
          </w:tcPr>
          <w:p>
            <w:r>
              <w:t>首修总平均分</w:t>
            </w:r>
          </w:p>
        </w:tc>
        <w:tc>
          <w:tcPr>
            <w:tcW w:type="dxa" w:w="508"/>
          </w:tcPr>
          <w:p>
            <w:r>
              <w:t>CET 4</w:t>
            </w:r>
          </w:p>
        </w:tc>
        <w:tc>
          <w:tcPr>
            <w:tcW w:type="dxa" w:w="508"/>
          </w:tcPr>
          <w:p>
            <w:r>
              <w:t>CET 6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1</w:t>
            </w:r>
          </w:p>
        </w:tc>
        <w:tc>
          <w:tcPr>
            <w:tcW w:type="dxa" w:w="508"/>
          </w:tcPr>
          <w:p>
            <w:r>
              <w:t>07219118</w:t>
            </w:r>
          </w:p>
        </w:tc>
        <w:tc>
          <w:tcPr>
            <w:tcW w:type="dxa" w:w="508"/>
          </w:tcPr>
          <w:p>
            <w:r>
              <w:t>白昊民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4.0786</w:t>
            </w:r>
          </w:p>
        </w:tc>
        <w:tc>
          <w:tcPr>
            <w:tcW w:type="dxa" w:w="508"/>
          </w:tcPr>
          <w:p>
            <w:r>
              <w:t>3</w:t>
            </w:r>
          </w:p>
        </w:tc>
        <w:tc>
          <w:tcPr>
            <w:tcW w:type="dxa" w:w="508"/>
          </w:tcPr>
          <w:p>
            <w:r>
              <w:t>90.7533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561</w:t>
            </w:r>
          </w:p>
        </w:tc>
        <w:tc>
          <w:tcPr>
            <w:tcW w:type="dxa" w:w="508"/>
          </w:tcPr>
          <w:p>
            <w:r>
              <w:t>509</w:t>
            </w:r>
          </w:p>
        </w:tc>
        <w:tc>
          <w:tcPr>
            <w:tcW w:type="dxa" w:w="508"/>
          </w:tcPr>
          <w:p>
            <w:r>
              <w:t>17.75</w:t>
            </w:r>
          </w:p>
        </w:tc>
        <w:tc>
          <w:tcPr>
            <w:tcW w:type="dxa" w:w="508"/>
          </w:tcPr>
          <w:p>
            <w:r>
              <w:t>83.45</w:t>
            </w:r>
          </w:p>
        </w:tc>
        <w:tc>
          <w:tcPr>
            <w:tcW w:type="dxa" w:w="508"/>
          </w:tcPr>
          <w:p>
            <w:r>
              <w:t>1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2</w:t>
            </w:r>
          </w:p>
        </w:tc>
        <w:tc>
          <w:tcPr>
            <w:tcW w:type="dxa" w:w="508"/>
          </w:tcPr>
          <w:p>
            <w:r>
              <w:t>07219109</w:t>
            </w:r>
          </w:p>
        </w:tc>
        <w:tc>
          <w:tcPr>
            <w:tcW w:type="dxa" w:w="508"/>
          </w:tcPr>
          <w:p>
            <w:r>
              <w:t>饶心培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4.1057</w:t>
            </w:r>
          </w:p>
        </w:tc>
        <w:tc>
          <w:tcPr>
            <w:tcW w:type="dxa" w:w="508"/>
          </w:tcPr>
          <w:p>
            <w:r>
              <w:t>2</w:t>
            </w:r>
          </w:p>
        </w:tc>
        <w:tc>
          <w:tcPr>
            <w:tcW w:type="dxa" w:w="508"/>
          </w:tcPr>
          <w:p>
            <w:r>
              <w:t>90.7753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599</w:t>
            </w:r>
          </w:p>
        </w:tc>
        <w:tc>
          <w:tcPr>
            <w:tcW w:type="dxa" w:w="508"/>
          </w:tcPr>
          <w:p>
            <w:r>
              <w:t>529</w:t>
            </w:r>
          </w:p>
        </w:tc>
        <w:tc>
          <w:tcPr>
            <w:tcW w:type="dxa" w:w="508"/>
          </w:tcPr>
          <w:p>
            <w:r>
              <w:t>12</w:t>
            </w:r>
          </w:p>
        </w:tc>
        <w:tc>
          <w:tcPr>
            <w:tcW w:type="dxa" w:w="508"/>
          </w:tcPr>
          <w:p>
            <w:r>
              <w:t>82.9</w:t>
            </w:r>
          </w:p>
        </w:tc>
        <w:tc>
          <w:tcPr>
            <w:tcW w:type="dxa" w:w="508"/>
          </w:tcPr>
          <w:p>
            <w:r>
              <w:t>2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3</w:t>
            </w:r>
          </w:p>
        </w:tc>
        <w:tc>
          <w:tcPr>
            <w:tcW w:type="dxa" w:w="508"/>
          </w:tcPr>
          <w:p>
            <w:r>
              <w:t>07219102</w:t>
            </w:r>
          </w:p>
        </w:tc>
        <w:tc>
          <w:tcPr>
            <w:tcW w:type="dxa" w:w="508"/>
          </w:tcPr>
          <w:p>
            <w:r>
              <w:t>王宇昕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4.1794</w:t>
            </w:r>
          </w:p>
        </w:tc>
        <w:tc>
          <w:tcPr>
            <w:tcW w:type="dxa" w:w="508"/>
          </w:tcPr>
          <w:p>
            <w:r>
              <w:t>1</w:t>
            </w:r>
          </w:p>
        </w:tc>
        <w:tc>
          <w:tcPr>
            <w:tcW w:type="dxa" w:w="508"/>
          </w:tcPr>
          <w:p>
            <w:r>
              <w:t>91.2495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617</w:t>
            </w:r>
          </w:p>
        </w:tc>
        <w:tc>
          <w:tcPr>
            <w:tcW w:type="dxa" w:w="508"/>
          </w:tcPr>
          <w:p>
            <w:r>
              <w:t>590</w:t>
            </w:r>
          </w:p>
        </w:tc>
        <w:tc>
          <w:tcPr>
            <w:tcW w:type="dxa" w:w="508"/>
          </w:tcPr>
          <w:p>
            <w:r>
              <w:t>7.5</w:t>
            </w:r>
          </w:p>
        </w:tc>
        <w:tc>
          <w:tcPr>
            <w:tcW w:type="dxa" w:w="508"/>
          </w:tcPr>
          <w:p>
            <w:r>
              <w:t>82.88</w:t>
            </w:r>
          </w:p>
        </w:tc>
        <w:tc>
          <w:tcPr>
            <w:tcW w:type="dxa" w:w="508"/>
          </w:tcPr>
          <w:p>
            <w:r>
              <w:t>3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4</w:t>
            </w:r>
          </w:p>
        </w:tc>
        <w:tc>
          <w:tcPr>
            <w:tcW w:type="dxa" w:w="508"/>
          </w:tcPr>
          <w:p>
            <w:r>
              <w:t>07219120</w:t>
            </w:r>
          </w:p>
        </w:tc>
        <w:tc>
          <w:tcPr>
            <w:tcW w:type="dxa" w:w="508"/>
          </w:tcPr>
          <w:p>
            <w:r>
              <w:t>石珂汗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3.9214</w:t>
            </w:r>
          </w:p>
        </w:tc>
        <w:tc>
          <w:tcPr>
            <w:tcW w:type="dxa" w:w="508"/>
          </w:tcPr>
          <w:p>
            <w:r>
              <w:t>4</w:t>
            </w:r>
          </w:p>
        </w:tc>
        <w:tc>
          <w:tcPr>
            <w:tcW w:type="dxa" w:w="508"/>
          </w:tcPr>
          <w:p>
            <w:r>
              <w:t>88.7087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599</w:t>
            </w:r>
          </w:p>
        </w:tc>
        <w:tc>
          <w:tcPr>
            <w:tcW w:type="dxa" w:w="508"/>
          </w:tcPr>
          <w:p>
            <w:r>
              <w:t>521</w:t>
            </w:r>
          </w:p>
        </w:tc>
        <w:tc>
          <w:tcPr>
            <w:tcW w:type="dxa" w:w="508"/>
          </w:tcPr>
          <w:p>
            <w:r>
              <w:t>23.25</w:t>
            </w:r>
          </w:p>
        </w:tc>
        <w:tc>
          <w:tcPr>
            <w:tcW w:type="dxa" w:w="508"/>
          </w:tcPr>
          <w:p>
            <w:r>
              <w:t>82.16</w:t>
            </w:r>
          </w:p>
        </w:tc>
        <w:tc>
          <w:tcPr>
            <w:tcW w:type="dxa" w:w="508"/>
          </w:tcPr>
          <w:p>
            <w:r>
              <w:t>4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5</w:t>
            </w:r>
          </w:p>
        </w:tc>
        <w:tc>
          <w:tcPr>
            <w:tcW w:type="dxa" w:w="508"/>
          </w:tcPr>
          <w:p>
            <w:r>
              <w:t>07219103</w:t>
            </w:r>
          </w:p>
        </w:tc>
        <w:tc>
          <w:tcPr>
            <w:tcW w:type="dxa" w:w="508"/>
          </w:tcPr>
          <w:p>
            <w:r>
              <w:t>谢君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3.8665</w:t>
            </w:r>
          </w:p>
        </w:tc>
        <w:tc>
          <w:tcPr>
            <w:tcW w:type="dxa" w:w="508"/>
          </w:tcPr>
          <w:p>
            <w:r>
              <w:t>5</w:t>
            </w:r>
          </w:p>
        </w:tc>
        <w:tc>
          <w:tcPr>
            <w:tcW w:type="dxa" w:w="508"/>
          </w:tcPr>
          <w:p>
            <w:r>
              <w:t>88.4239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507</w:t>
            </w:r>
          </w:p>
        </w:tc>
        <w:tc>
          <w:tcPr>
            <w:tcW w:type="dxa" w:w="508"/>
          </w:tcPr>
          <w:p>
            <w:r>
              <w:t>458</w:t>
            </w:r>
          </w:p>
        </w:tc>
        <w:tc>
          <w:tcPr>
            <w:tcW w:type="dxa" w:w="508"/>
          </w:tcPr>
          <w:p>
            <w:r>
              <w:t>12.5</w:t>
            </w:r>
          </w:p>
        </w:tc>
        <w:tc>
          <w:tcPr>
            <w:tcW w:type="dxa" w:w="508"/>
          </w:tcPr>
          <w:p>
            <w:r>
              <w:t>80.83</w:t>
            </w:r>
          </w:p>
        </w:tc>
        <w:tc>
          <w:tcPr>
            <w:tcW w:type="dxa" w:w="508"/>
          </w:tcPr>
          <w:p>
            <w:r>
              <w:t>5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6</w:t>
            </w:r>
          </w:p>
        </w:tc>
        <w:tc>
          <w:tcPr>
            <w:tcW w:type="dxa" w:w="508"/>
          </w:tcPr>
          <w:p>
            <w:r>
              <w:t>07219111</w:t>
            </w:r>
          </w:p>
        </w:tc>
        <w:tc>
          <w:tcPr>
            <w:tcW w:type="dxa" w:w="508"/>
          </w:tcPr>
          <w:p>
            <w:r>
              <w:t>孙鉴飞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3.8052</w:t>
            </w:r>
          </w:p>
        </w:tc>
        <w:tc>
          <w:tcPr>
            <w:tcW w:type="dxa" w:w="508"/>
          </w:tcPr>
          <w:p>
            <w:r>
              <w:t>6</w:t>
            </w:r>
          </w:p>
        </w:tc>
        <w:tc>
          <w:tcPr>
            <w:tcW w:type="dxa" w:w="508"/>
          </w:tcPr>
          <w:p>
            <w:r>
              <w:t>87.4374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553</w:t>
            </w:r>
          </w:p>
        </w:tc>
        <w:tc>
          <w:tcPr>
            <w:tcW w:type="dxa" w:w="508"/>
          </w:tcPr>
          <w:p>
            <w:r>
              <w:t>502</w:t>
            </w:r>
          </w:p>
        </w:tc>
        <w:tc>
          <w:tcPr>
            <w:tcW w:type="dxa" w:w="508"/>
          </w:tcPr>
          <w:p>
            <w:r>
              <w:t>16.875</w:t>
            </w:r>
          </w:p>
        </w:tc>
        <w:tc>
          <w:tcPr>
            <w:tcW w:type="dxa" w:w="508"/>
          </w:tcPr>
          <w:p>
            <w:r>
              <w:t>80.38</w:t>
            </w:r>
          </w:p>
        </w:tc>
        <w:tc>
          <w:tcPr>
            <w:tcW w:type="dxa" w:w="508"/>
          </w:tcPr>
          <w:p>
            <w:r>
              <w:t>6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7</w:t>
            </w:r>
          </w:p>
        </w:tc>
        <w:tc>
          <w:tcPr>
            <w:tcW w:type="dxa" w:w="508"/>
          </w:tcPr>
          <w:p>
            <w:r>
              <w:t>07219110</w:t>
            </w:r>
          </w:p>
        </w:tc>
        <w:tc>
          <w:tcPr>
            <w:tcW w:type="dxa" w:w="508"/>
          </w:tcPr>
          <w:p>
            <w:r>
              <w:t>周秀光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3.6292</w:t>
            </w:r>
          </w:p>
        </w:tc>
        <w:tc>
          <w:tcPr>
            <w:tcW w:type="dxa" w:w="508"/>
          </w:tcPr>
          <w:p>
            <w:r>
              <w:t>7</w:t>
            </w:r>
          </w:p>
        </w:tc>
        <w:tc>
          <w:tcPr>
            <w:tcW w:type="dxa" w:w="508"/>
          </w:tcPr>
          <w:p>
            <w:r>
              <w:t>86.1528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586</w:t>
            </w:r>
          </w:p>
        </w:tc>
        <w:tc>
          <w:tcPr>
            <w:tcW w:type="dxa" w:w="508"/>
          </w:tcPr>
          <w:p>
            <w:r>
              <w:t>484</w:t>
            </w:r>
          </w:p>
        </w:tc>
        <w:tc>
          <w:tcPr>
            <w:tcW w:type="dxa" w:w="508"/>
          </w:tcPr>
          <w:p>
            <w:r>
              <w:t>12.5</w:t>
            </w:r>
          </w:p>
        </w:tc>
        <w:tc>
          <w:tcPr>
            <w:tcW w:type="dxa" w:w="508"/>
          </w:tcPr>
          <w:p>
            <w:r>
              <w:t>78.79</w:t>
            </w:r>
          </w:p>
        </w:tc>
        <w:tc>
          <w:tcPr>
            <w:tcW w:type="dxa" w:w="508"/>
          </w:tcPr>
          <w:p>
            <w:r>
              <w:t>7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8</w:t>
            </w:r>
          </w:p>
        </w:tc>
        <w:tc>
          <w:tcPr>
            <w:tcW w:type="dxa" w:w="508"/>
          </w:tcPr>
          <w:p>
            <w:r>
              <w:t>07219107</w:t>
            </w:r>
          </w:p>
        </w:tc>
        <w:tc>
          <w:tcPr>
            <w:tcW w:type="dxa" w:w="508"/>
          </w:tcPr>
          <w:p>
            <w:r>
              <w:t>袁子瑛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3.5563</w:t>
            </w:r>
          </w:p>
        </w:tc>
        <w:tc>
          <w:tcPr>
            <w:tcW w:type="dxa" w:w="508"/>
          </w:tcPr>
          <w:p>
            <w:r>
              <w:t>8</w:t>
            </w:r>
          </w:p>
        </w:tc>
        <w:tc>
          <w:tcPr>
            <w:tcW w:type="dxa" w:w="508"/>
          </w:tcPr>
          <w:p>
            <w:r>
              <w:t>85.216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570</w:t>
            </w:r>
          </w:p>
        </w:tc>
        <w:tc>
          <w:tcPr>
            <w:tcW w:type="dxa" w:w="508"/>
          </w:tcPr>
          <w:p>
            <w:r>
              <w:t>532</w:t>
            </w:r>
          </w:p>
        </w:tc>
        <w:tc>
          <w:tcPr>
            <w:tcW w:type="dxa" w:w="508"/>
          </w:tcPr>
          <w:p>
            <w:r>
              <w:t>7.5</w:t>
            </w:r>
          </w:p>
        </w:tc>
        <w:tc>
          <w:tcPr>
            <w:tcW w:type="dxa" w:w="508"/>
          </w:tcPr>
          <w:p>
            <w:r>
              <w:t>77.45</w:t>
            </w:r>
          </w:p>
        </w:tc>
        <w:tc>
          <w:tcPr>
            <w:tcW w:type="dxa" w:w="508"/>
          </w:tcPr>
          <w:p>
            <w:r>
              <w:t>8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专业名称：073-统计学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序号</w:t>
            </w:r>
          </w:p>
        </w:tc>
        <w:tc>
          <w:tcPr>
            <w:tcW w:type="dxa" w:w="508"/>
          </w:tcPr>
          <w:p>
            <w:r>
              <w:t>学号</w:t>
            </w:r>
          </w:p>
        </w:tc>
        <w:tc>
          <w:tcPr>
            <w:tcW w:type="dxa" w:w="508"/>
          </w:tcPr>
          <w:p>
            <w:r>
              <w:t>姓名</w:t>
            </w:r>
          </w:p>
        </w:tc>
        <w:tc>
          <w:tcPr>
            <w:tcW w:type="dxa" w:w="508"/>
          </w:tcPr>
          <w:p>
            <w:r>
              <w:t>品德考核/是否处分</w:t>
            </w:r>
          </w:p>
        </w:tc>
        <w:tc>
          <w:tcPr>
            <w:tcW w:type="dxa" w:w="508"/>
          </w:tcPr>
          <w:p>
            <w:r>
              <w:t>基本条件</w:t>
            </w:r>
          </w:p>
        </w:tc>
        <w:tc>
          <w:tcPr>
            <w:tcW w:type="dxa" w:w="508"/>
          </w:tcPr>
          <w:p>
            <w:r>
              <w:t>综合能力成绩</w:t>
            </w:r>
          </w:p>
        </w:tc>
        <w:tc>
          <w:tcPr>
            <w:tcW w:type="dxa" w:w="508"/>
          </w:tcPr>
          <w:p>
            <w:r>
              <w:t>综合成绩</w:t>
            </w:r>
          </w:p>
        </w:tc>
        <w:tc>
          <w:tcPr>
            <w:tcW w:type="dxa" w:w="508"/>
          </w:tcPr>
          <w:p>
            <w:r>
              <w:t>学生最终排名</w:t>
            </w:r>
          </w:p>
        </w:tc>
        <w:tc>
          <w:tcPr>
            <w:tcW w:type="dxa" w:w="508"/>
          </w:tcPr>
          <w:p>
            <w:r>
              <w:t>推荐情况</w:t>
            </w:r>
          </w:p>
        </w:tc>
        <w:tc>
          <w:tcPr>
            <w:tcW w:type="dxa" w:w="508"/>
          </w:tcPr>
          <w:p>
            <w:r>
              <w:t>备注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课程情况</w:t>
            </w:r>
          </w:p>
        </w:tc>
        <w:tc>
          <w:tcPr>
            <w:tcW w:type="dxa" w:w="508"/>
          </w:tcPr>
          <w:p>
            <w:r>
              <w:t>首修不及格情况</w:t>
            </w:r>
          </w:p>
        </w:tc>
        <w:tc>
          <w:tcPr>
            <w:tcW w:type="dxa" w:w="508"/>
          </w:tcPr>
          <w:p>
            <w:r>
              <w:t>不及格情况</w:t>
            </w:r>
          </w:p>
        </w:tc>
        <w:tc>
          <w:tcPr>
            <w:tcW w:type="dxa" w:w="508"/>
          </w:tcPr>
          <w:p>
            <w:r>
              <w:t>未选计划课程数</w:t>
            </w:r>
          </w:p>
        </w:tc>
        <w:tc>
          <w:tcPr>
            <w:tcW w:type="dxa" w:w="508"/>
          </w:tcPr>
          <w:p>
            <w:r>
              <w:t>外语成绩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首修总平均绩点</w:t>
            </w:r>
          </w:p>
        </w:tc>
        <w:tc>
          <w:tcPr>
            <w:tcW w:type="dxa" w:w="508"/>
          </w:tcPr>
          <w:p>
            <w:r>
              <w:t>绩点排名</w:t>
            </w:r>
          </w:p>
        </w:tc>
        <w:tc>
          <w:tcPr>
            <w:tcW w:type="dxa" w:w="508"/>
          </w:tcPr>
          <w:p>
            <w:r>
              <w:t>首修总平均分</w:t>
            </w:r>
          </w:p>
        </w:tc>
        <w:tc>
          <w:tcPr>
            <w:tcW w:type="dxa" w:w="508"/>
          </w:tcPr>
          <w:p>
            <w:r>
              <w:t>CET 4</w:t>
            </w:r>
          </w:p>
        </w:tc>
        <w:tc>
          <w:tcPr>
            <w:tcW w:type="dxa" w:w="508"/>
          </w:tcPr>
          <w:p>
            <w:r>
              <w:t>CET 6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1</w:t>
            </w:r>
          </w:p>
        </w:tc>
        <w:tc>
          <w:tcPr>
            <w:tcW w:type="dxa" w:w="508"/>
          </w:tcPr>
          <w:p>
            <w:r>
              <w:t>07319104</w:t>
            </w:r>
          </w:p>
        </w:tc>
        <w:tc>
          <w:tcPr>
            <w:tcW w:type="dxa" w:w="508"/>
          </w:tcPr>
          <w:p>
            <w:r>
              <w:t>龚梦灵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4.0567</w:t>
            </w:r>
          </w:p>
        </w:tc>
        <w:tc>
          <w:tcPr>
            <w:tcW w:type="dxa" w:w="508"/>
          </w:tcPr>
          <w:p>
            <w:r>
              <w:t>1</w:t>
            </w:r>
          </w:p>
        </w:tc>
        <w:tc>
          <w:tcPr>
            <w:tcW w:type="dxa" w:w="508"/>
          </w:tcPr>
          <w:p>
            <w:r>
              <w:t>90.4657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532</w:t>
            </w:r>
          </w:p>
        </w:tc>
        <w:tc>
          <w:tcPr>
            <w:tcW w:type="dxa" w:w="508"/>
          </w:tcPr>
          <w:p>
            <w:r>
              <w:t>487</w:t>
            </w:r>
          </w:p>
        </w:tc>
        <w:tc>
          <w:tcPr>
            <w:tcW w:type="dxa" w:w="508"/>
          </w:tcPr>
          <w:p>
            <w:r>
              <w:t>22.5</w:t>
            </w:r>
          </w:p>
        </w:tc>
        <w:tc>
          <w:tcPr>
            <w:tcW w:type="dxa" w:w="508"/>
          </w:tcPr>
          <w:p>
            <w:r>
              <w:t>83.67</w:t>
            </w:r>
          </w:p>
        </w:tc>
        <w:tc>
          <w:tcPr>
            <w:tcW w:type="dxa" w:w="508"/>
          </w:tcPr>
          <w:p>
            <w:r>
              <w:t>1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2</w:t>
            </w:r>
          </w:p>
        </w:tc>
        <w:tc>
          <w:tcPr>
            <w:tcW w:type="dxa" w:w="508"/>
          </w:tcPr>
          <w:p>
            <w:r>
              <w:t>07319132</w:t>
            </w:r>
          </w:p>
        </w:tc>
        <w:tc>
          <w:tcPr>
            <w:tcW w:type="dxa" w:w="508"/>
          </w:tcPr>
          <w:p>
            <w:r>
              <w:t>黄璟屹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3.88</w:t>
            </w:r>
          </w:p>
        </w:tc>
        <w:tc>
          <w:tcPr>
            <w:tcW w:type="dxa" w:w="508"/>
          </w:tcPr>
          <w:p>
            <w:r>
              <w:t>2</w:t>
            </w:r>
          </w:p>
        </w:tc>
        <w:tc>
          <w:tcPr>
            <w:tcW w:type="dxa" w:w="508"/>
          </w:tcPr>
          <w:p>
            <w:r>
              <w:t>88.6345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623</w:t>
            </w:r>
          </w:p>
        </w:tc>
        <w:tc>
          <w:tcPr>
            <w:tcW w:type="dxa" w:w="508"/>
          </w:tcPr>
          <w:p>
            <w:r>
              <w:t>530</w:t>
            </w:r>
          </w:p>
        </w:tc>
        <w:tc>
          <w:tcPr>
            <w:tcW w:type="dxa" w:w="508"/>
          </w:tcPr>
          <w:p>
            <w:r>
              <w:t>24.5</w:t>
            </w:r>
          </w:p>
        </w:tc>
        <w:tc>
          <w:tcPr>
            <w:tcW w:type="dxa" w:w="508"/>
          </w:tcPr>
          <w:p>
            <w:r>
              <w:t>82.22</w:t>
            </w:r>
          </w:p>
        </w:tc>
        <w:tc>
          <w:tcPr>
            <w:tcW w:type="dxa" w:w="508"/>
          </w:tcPr>
          <w:p>
            <w:r>
              <w:t>2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3</w:t>
            </w:r>
          </w:p>
        </w:tc>
        <w:tc>
          <w:tcPr>
            <w:tcW w:type="dxa" w:w="508"/>
          </w:tcPr>
          <w:p>
            <w:r>
              <w:t>07319107</w:t>
            </w:r>
          </w:p>
        </w:tc>
        <w:tc>
          <w:tcPr>
            <w:tcW w:type="dxa" w:w="508"/>
          </w:tcPr>
          <w:p>
            <w:r>
              <w:t>邱思嫄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3.8649</w:t>
            </w:r>
          </w:p>
        </w:tc>
        <w:tc>
          <w:tcPr>
            <w:tcW w:type="dxa" w:w="508"/>
          </w:tcPr>
          <w:p>
            <w:r>
              <w:t>3</w:t>
            </w:r>
          </w:p>
        </w:tc>
        <w:tc>
          <w:tcPr>
            <w:tcW w:type="dxa" w:w="508"/>
          </w:tcPr>
          <w:p>
            <w:r>
              <w:t>88.9574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592</w:t>
            </w:r>
          </w:p>
        </w:tc>
        <w:tc>
          <w:tcPr>
            <w:tcW w:type="dxa" w:w="508"/>
          </w:tcPr>
          <w:p>
            <w:r>
              <w:t>518</w:t>
            </w:r>
          </w:p>
        </w:tc>
        <w:tc>
          <w:tcPr>
            <w:tcW w:type="dxa" w:w="508"/>
          </w:tcPr>
          <w:p>
            <w:r>
              <w:t>10.13</w:t>
            </w:r>
          </w:p>
        </w:tc>
        <w:tc>
          <w:tcPr>
            <w:tcW w:type="dxa" w:w="508"/>
          </w:tcPr>
          <w:p>
            <w:r>
              <w:t>81.08</w:t>
            </w:r>
          </w:p>
        </w:tc>
        <w:tc>
          <w:tcPr>
            <w:tcW w:type="dxa" w:w="508"/>
          </w:tcPr>
          <w:p>
            <w:r>
              <w:t>3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4</w:t>
            </w:r>
          </w:p>
        </w:tc>
        <w:tc>
          <w:tcPr>
            <w:tcW w:type="dxa" w:w="508"/>
          </w:tcPr>
          <w:p>
            <w:r>
              <w:t>07319110</w:t>
            </w:r>
          </w:p>
        </w:tc>
        <w:tc>
          <w:tcPr>
            <w:tcW w:type="dxa" w:w="508"/>
          </w:tcPr>
          <w:p>
            <w:r>
              <w:t>宋佳雯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3.7989</w:t>
            </w:r>
          </w:p>
        </w:tc>
        <w:tc>
          <w:tcPr>
            <w:tcW w:type="dxa" w:w="508"/>
          </w:tcPr>
          <w:p>
            <w:r>
              <w:t>7</w:t>
            </w:r>
          </w:p>
        </w:tc>
        <w:tc>
          <w:tcPr>
            <w:tcW w:type="dxa" w:w="508"/>
          </w:tcPr>
          <w:p>
            <w:r>
              <w:t>87.8626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600</w:t>
            </w:r>
          </w:p>
        </w:tc>
        <w:tc>
          <w:tcPr>
            <w:tcW w:type="dxa" w:w="508"/>
          </w:tcPr>
          <w:p>
            <w:r>
              <w:t>513</w:t>
            </w:r>
          </w:p>
        </w:tc>
        <w:tc>
          <w:tcPr>
            <w:tcW w:type="dxa" w:w="508"/>
          </w:tcPr>
          <w:p>
            <w:r>
              <w:t>13.75</w:t>
            </w:r>
          </w:p>
        </w:tc>
        <w:tc>
          <w:tcPr>
            <w:tcW w:type="dxa" w:w="508"/>
          </w:tcPr>
          <w:p>
            <w:r>
              <w:t>80.45</w:t>
            </w:r>
          </w:p>
        </w:tc>
        <w:tc>
          <w:tcPr>
            <w:tcW w:type="dxa" w:w="508"/>
          </w:tcPr>
          <w:p>
            <w:r>
              <w:t>4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5</w:t>
            </w:r>
          </w:p>
        </w:tc>
        <w:tc>
          <w:tcPr>
            <w:tcW w:type="dxa" w:w="508"/>
          </w:tcPr>
          <w:p>
            <w:r>
              <w:t>07319133</w:t>
            </w:r>
          </w:p>
        </w:tc>
        <w:tc>
          <w:tcPr>
            <w:tcW w:type="dxa" w:w="508"/>
          </w:tcPr>
          <w:p>
            <w:r>
              <w:t>周帅宇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3.8269</w:t>
            </w:r>
          </w:p>
        </w:tc>
        <w:tc>
          <w:tcPr>
            <w:tcW w:type="dxa" w:w="508"/>
          </w:tcPr>
          <w:p>
            <w:r>
              <w:t>4</w:t>
            </w:r>
          </w:p>
        </w:tc>
        <w:tc>
          <w:tcPr>
            <w:tcW w:type="dxa" w:w="508"/>
          </w:tcPr>
          <w:p>
            <w:r>
              <w:t>88.049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570</w:t>
            </w:r>
          </w:p>
        </w:tc>
        <w:tc>
          <w:tcPr>
            <w:tcW w:type="dxa" w:w="508"/>
          </w:tcPr>
          <w:p>
            <w:r>
              <w:t>529</w:t>
            </w:r>
          </w:p>
        </w:tc>
        <w:tc>
          <w:tcPr>
            <w:tcW w:type="dxa" w:w="508"/>
          </w:tcPr>
          <w:p>
            <w:r>
              <w:t>7.5</w:t>
            </w:r>
          </w:p>
        </w:tc>
        <w:tc>
          <w:tcPr>
            <w:tcW w:type="dxa" w:w="508"/>
          </w:tcPr>
          <w:p>
            <w:r>
              <w:t>80.00</w:t>
            </w:r>
          </w:p>
        </w:tc>
        <w:tc>
          <w:tcPr>
            <w:tcW w:type="dxa" w:w="508"/>
          </w:tcPr>
          <w:p>
            <w:r>
              <w:t>5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6</w:t>
            </w:r>
          </w:p>
        </w:tc>
        <w:tc>
          <w:tcPr>
            <w:tcW w:type="dxa" w:w="508"/>
          </w:tcPr>
          <w:p>
            <w:r>
              <w:t>07319131</w:t>
            </w:r>
          </w:p>
        </w:tc>
        <w:tc>
          <w:tcPr>
            <w:tcW w:type="dxa" w:w="508"/>
          </w:tcPr>
          <w:p>
            <w:r>
              <w:t>林建澎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3.8131</w:t>
            </w:r>
          </w:p>
        </w:tc>
        <w:tc>
          <w:tcPr>
            <w:tcW w:type="dxa" w:w="508"/>
          </w:tcPr>
          <w:p>
            <w:r>
              <w:t>5</w:t>
            </w:r>
          </w:p>
        </w:tc>
        <w:tc>
          <w:tcPr>
            <w:tcW w:type="dxa" w:w="508"/>
          </w:tcPr>
          <w:p>
            <w:r>
              <w:t>87.8849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569</w:t>
            </w:r>
          </w:p>
        </w:tc>
        <w:tc>
          <w:tcPr>
            <w:tcW w:type="dxa" w:w="508"/>
          </w:tcPr>
          <w:p>
            <w:r>
              <w:t>454</w:t>
            </w:r>
          </w:p>
        </w:tc>
        <w:tc>
          <w:tcPr>
            <w:tcW w:type="dxa" w:w="508"/>
          </w:tcPr>
          <w:p>
            <w:r>
              <w:t>4.5</w:t>
            </w:r>
          </w:p>
        </w:tc>
        <w:tc>
          <w:tcPr>
            <w:tcW w:type="dxa" w:w="508"/>
          </w:tcPr>
          <w:p>
            <w:r>
              <w:t>79.54</w:t>
            </w:r>
          </w:p>
        </w:tc>
        <w:tc>
          <w:tcPr>
            <w:tcW w:type="dxa" w:w="508"/>
          </w:tcPr>
          <w:p>
            <w:r>
              <w:t>6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7</w:t>
            </w:r>
          </w:p>
        </w:tc>
        <w:tc>
          <w:tcPr>
            <w:tcW w:type="dxa" w:w="508"/>
          </w:tcPr>
          <w:p>
            <w:r>
              <w:t>07319106</w:t>
            </w:r>
          </w:p>
        </w:tc>
        <w:tc>
          <w:tcPr>
            <w:tcW w:type="dxa" w:w="508"/>
          </w:tcPr>
          <w:p>
            <w:r>
              <w:t>姚羽虹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3.7204</w:t>
            </w:r>
          </w:p>
        </w:tc>
        <w:tc>
          <w:tcPr>
            <w:tcW w:type="dxa" w:w="508"/>
          </w:tcPr>
          <w:p>
            <w:r>
              <w:t>9</w:t>
            </w:r>
          </w:p>
        </w:tc>
        <w:tc>
          <w:tcPr>
            <w:tcW w:type="dxa" w:w="508"/>
          </w:tcPr>
          <w:p>
            <w:r>
              <w:t>87.0085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627</w:t>
            </w:r>
          </w:p>
        </w:tc>
        <w:tc>
          <w:tcPr>
            <w:tcW w:type="dxa" w:w="508"/>
          </w:tcPr>
          <w:p>
            <w:r>
              <w:t>541</w:t>
            </w:r>
          </w:p>
        </w:tc>
        <w:tc>
          <w:tcPr>
            <w:tcW w:type="dxa" w:w="508"/>
          </w:tcPr>
          <w:p>
            <w:r>
              <w:t>7.5</w:t>
            </w:r>
          </w:p>
        </w:tc>
        <w:tc>
          <w:tcPr>
            <w:tcW w:type="dxa" w:w="508"/>
          </w:tcPr>
          <w:p>
            <w:r>
              <w:t>79.06</w:t>
            </w:r>
          </w:p>
        </w:tc>
        <w:tc>
          <w:tcPr>
            <w:tcW w:type="dxa" w:w="508"/>
          </w:tcPr>
          <w:p>
            <w:r>
              <w:t>7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8</w:t>
            </w:r>
          </w:p>
        </w:tc>
        <w:tc>
          <w:tcPr>
            <w:tcW w:type="dxa" w:w="508"/>
          </w:tcPr>
          <w:p>
            <w:r>
              <w:t>07319112</w:t>
            </w:r>
          </w:p>
        </w:tc>
        <w:tc>
          <w:tcPr>
            <w:tcW w:type="dxa" w:w="508"/>
          </w:tcPr>
          <w:p>
            <w:r>
              <w:t>邹燕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3.6435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86.2391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537</w:t>
            </w:r>
          </w:p>
        </w:tc>
        <w:tc>
          <w:tcPr>
            <w:tcW w:type="dxa" w:w="508"/>
          </w:tcPr>
          <w:p>
            <w:r>
              <w:t>488</w:t>
            </w:r>
          </w:p>
        </w:tc>
        <w:tc>
          <w:tcPr>
            <w:tcW w:type="dxa" w:w="508"/>
          </w:tcPr>
          <w:p>
            <w:r>
              <w:t>7.5</w:t>
            </w:r>
          </w:p>
        </w:tc>
        <w:tc>
          <w:tcPr>
            <w:tcW w:type="dxa" w:w="508"/>
          </w:tcPr>
          <w:p>
            <w:r>
              <w:t>78.37</w:t>
            </w:r>
          </w:p>
        </w:tc>
        <w:tc>
          <w:tcPr>
            <w:tcW w:type="dxa" w:w="508"/>
          </w:tcPr>
          <w:p>
            <w:r>
              <w:t>8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9</w:t>
            </w:r>
          </w:p>
        </w:tc>
        <w:tc>
          <w:tcPr>
            <w:tcW w:type="dxa" w:w="508"/>
          </w:tcPr>
          <w:p>
            <w:r>
              <w:t>07319119</w:t>
            </w:r>
          </w:p>
        </w:tc>
        <w:tc>
          <w:tcPr>
            <w:tcW w:type="dxa" w:w="508"/>
          </w:tcPr>
          <w:p>
            <w:r>
              <w:t>孙腾超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3.572</w:t>
            </w:r>
          </w:p>
        </w:tc>
        <w:tc>
          <w:tcPr>
            <w:tcW w:type="dxa" w:w="508"/>
          </w:tcPr>
          <w:p>
            <w:r>
              <w:t>11</w:t>
            </w:r>
          </w:p>
        </w:tc>
        <w:tc>
          <w:tcPr>
            <w:tcW w:type="dxa" w:w="508"/>
          </w:tcPr>
          <w:p>
            <w:r>
              <w:t>86.1733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539</w:t>
            </w:r>
          </w:p>
        </w:tc>
        <w:tc>
          <w:tcPr>
            <w:tcW w:type="dxa" w:w="508"/>
          </w:tcPr>
          <w:p>
            <w:r>
              <w:t>498</w:t>
            </w:r>
          </w:p>
        </w:tc>
        <w:tc>
          <w:tcPr>
            <w:tcW w:type="dxa" w:w="508"/>
          </w:tcPr>
          <w:p>
            <w:r>
              <w:t>7.5</w:t>
            </w:r>
          </w:p>
        </w:tc>
        <w:tc>
          <w:tcPr>
            <w:tcW w:type="dxa" w:w="508"/>
          </w:tcPr>
          <w:p>
            <w:r>
              <w:t>78.3</w:t>
            </w:r>
          </w:p>
        </w:tc>
        <w:tc>
          <w:tcPr>
            <w:tcW w:type="dxa" w:w="508"/>
          </w:tcPr>
          <w:p>
            <w:r>
              <w:t>9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07319102</w:t>
            </w:r>
          </w:p>
        </w:tc>
        <w:tc>
          <w:tcPr>
            <w:tcW w:type="dxa" w:w="508"/>
          </w:tcPr>
          <w:p>
            <w:r>
              <w:t>程钰鑫</w:t>
            </w:r>
          </w:p>
        </w:tc>
        <w:tc>
          <w:tcPr>
            <w:tcW w:type="dxa" w:w="508"/>
          </w:tcPr>
          <w:p>
            <w:r>
              <w:t>优/否</w:t>
            </w:r>
          </w:p>
        </w:tc>
        <w:tc>
          <w:tcPr>
            <w:tcW w:type="dxa" w:w="508"/>
          </w:tcPr>
          <w:p>
            <w:r>
              <w:t>3.518</w:t>
            </w:r>
          </w:p>
        </w:tc>
        <w:tc>
          <w:tcPr>
            <w:tcW w:type="dxa" w:w="508"/>
          </w:tcPr>
          <w:p>
            <w:r>
              <w:t>12</w:t>
            </w:r>
          </w:p>
        </w:tc>
        <w:tc>
          <w:tcPr>
            <w:tcW w:type="dxa" w:w="508"/>
          </w:tcPr>
          <w:p>
            <w:r>
              <w:t>84.9594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603</w:t>
            </w:r>
          </w:p>
        </w:tc>
        <w:tc>
          <w:tcPr>
            <w:tcW w:type="dxa" w:w="508"/>
          </w:tcPr>
          <w:p>
            <w:r>
              <w:t>549</w:t>
            </w:r>
          </w:p>
        </w:tc>
        <w:tc>
          <w:tcPr>
            <w:tcW w:type="dxa" w:w="508"/>
          </w:tcPr>
          <w:p>
            <w:r>
              <w:t>5.625</w:t>
            </w:r>
          </w:p>
        </w:tc>
        <w:tc>
          <w:tcPr>
            <w:tcW w:type="dxa" w:w="508"/>
          </w:tcPr>
          <w:p>
            <w:r>
              <w:t>77.03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拟推荐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本公示从即日起至2022年9月18日止，解释权归数学学院推免组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</w:tbl>
    <w:p>
      <w:r>
        <w:t>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