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关于公布外国语学院2024年全国优秀大学生夏令营暨2025级推免预选拔入选名单的通知</w:t>
      </w:r>
    </w:p>
    <w:p>
      <w:r>
        <w:t>经过对各位申报信息的审核，现已初步确定我院2024年夏令营入选名单（详见文末附表）。现就有关事项通知如下：</w:t>
      </w:r>
    </w:p>
    <w:p>
      <w:r>
        <w:t>一、系统确认</w:t>
      </w:r>
    </w:p>
    <w:p>
      <w:r>
        <w:t>请入选者及时登录报名系统（http://gsas.seu.edu.cn），在系统中回复“确认参加”或“确认不参加”。未在规定时间内回复“确认参加”，将视为自动放弃（截止时间：2024年8月20日中午12:00）。</w:t>
      </w:r>
    </w:p>
    <w:p>
      <w:r>
        <w:t>我院本次夏令营活动仅面向申报外国语言学及应用语言学、英语语言文学的同学。我院预计将于2024年9月进行第二批推免预选拔（具体时间及安排将提前在学院网站发布），请未入选、未报名及申报其它专业的同学随时关注我院官网通知。</w:t>
      </w:r>
    </w:p>
    <w:p>
      <w:r>
        <w:t>二、活动安排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日期</w:t>
            </w:r>
          </w:p>
        </w:tc>
        <w:tc>
          <w:tcPr>
            <w:tcW w:type="dxa" w:w="2160"/>
          </w:tcPr>
          <w:p>
            <w:r>
              <w:t>时间</w:t>
            </w:r>
          </w:p>
        </w:tc>
        <w:tc>
          <w:tcPr>
            <w:tcW w:type="dxa" w:w="2160"/>
          </w:tcPr>
          <w:p>
            <w:r>
              <w:t>活动内容</w:t>
            </w:r>
          </w:p>
        </w:tc>
        <w:tc>
          <w:tcPr>
            <w:tcW w:type="dxa" w:w="2160"/>
          </w:tcPr>
          <w:p>
            <w:r>
              <w:t>形式</w:t>
            </w:r>
          </w:p>
        </w:tc>
      </w:tr>
      <w:tr>
        <w:tc>
          <w:tcPr>
            <w:tcW w:type="dxa" w:w="2160"/>
          </w:tcPr>
          <w:p>
            <w:r>
              <w:t>2024年8月22日</w:t>
            </w:r>
          </w:p>
        </w:tc>
        <w:tc>
          <w:tcPr>
            <w:tcW w:type="dxa" w:w="2160"/>
          </w:tcPr>
          <w:p>
            <w:r>
              <w:t>7:40-8:00</w:t>
            </w:r>
          </w:p>
        </w:tc>
        <w:tc>
          <w:tcPr>
            <w:tcW w:type="dxa" w:w="2160"/>
          </w:tcPr>
          <w:p>
            <w:r>
              <w:t>报到</w:t>
            </w:r>
          </w:p>
        </w:tc>
        <w:tc>
          <w:tcPr>
            <w:tcW w:type="dxa" w:w="2160"/>
          </w:tcPr>
          <w:p>
            <w:r>
              <w:t>形式：线下地点：东南大学九龙湖校区，具体地点后续通知食宿安排：提供当日午餐，住宿自理</w:t>
            </w:r>
          </w:p>
        </w:tc>
      </w:tr>
      <w:tr>
        <w:tc>
          <w:tcPr>
            <w:tcW w:type="dxa" w:w="2160"/>
          </w:tcPr>
          <w:p>
            <w:r>
              <w:t>8:00-9:00</w:t>
            </w:r>
          </w:p>
        </w:tc>
        <w:tc>
          <w:tcPr>
            <w:tcW w:type="dxa" w:w="2160"/>
          </w:tcPr>
          <w:p>
            <w:r>
              <w:t>开营式（含学院介绍、师兄师姐经历分享等）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9:30-11:30</w:t>
            </w:r>
          </w:p>
        </w:tc>
        <w:tc>
          <w:tcPr>
            <w:tcW w:type="dxa" w:w="2160"/>
          </w:tcPr>
          <w:p>
            <w:r>
              <w:t>笔试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13:00开始</w:t>
            </w:r>
          </w:p>
        </w:tc>
        <w:tc>
          <w:tcPr>
            <w:tcW w:type="dxa" w:w="2160"/>
          </w:tcPr>
          <w:p>
            <w:r>
              <w:t>面试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三、咨询联系方式</w:t>
      </w:r>
    </w:p>
    <w:p>
      <w:r>
        <w:t>联系人：戴老师咨询电话：025-52090812</w:t>
      </w:r>
    </w:p>
    <w:p>
      <w:r>
        <w:t>咨询邮箱：ddwy017@126.com</w:t>
      </w:r>
    </w:p>
    <w:p>
      <w:r>
        <w:t>四、入选者名单(强烈建议使用电脑版浏览器进行查看，在微信版浏览器或者手机浏览器上名单显示不完整）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</w:tr>
      <w:tr>
        <w:tc>
          <w:tcPr>
            <w:tcW w:type="dxa" w:w="1080"/>
          </w:tcPr>
          <w:p>
            <w:r>
              <w:t>20252201485</w:t>
            </w:r>
          </w:p>
        </w:tc>
        <w:tc>
          <w:tcPr>
            <w:tcW w:type="dxa" w:w="1080"/>
          </w:tcPr>
          <w:p>
            <w:r>
              <w:t>朱峰</w:t>
            </w:r>
          </w:p>
        </w:tc>
        <w:tc>
          <w:tcPr>
            <w:tcW w:type="dxa" w:w="1080"/>
          </w:tcPr>
          <w:p>
            <w:r>
              <w:t>20252217587</w:t>
            </w:r>
          </w:p>
        </w:tc>
        <w:tc>
          <w:tcPr>
            <w:tcW w:type="dxa" w:w="1080"/>
          </w:tcPr>
          <w:p>
            <w:r>
              <w:t>赵迪</w:t>
            </w:r>
          </w:p>
        </w:tc>
        <w:tc>
          <w:tcPr>
            <w:tcW w:type="dxa" w:w="1080"/>
          </w:tcPr>
          <w:p>
            <w:r>
              <w:t>20252221778</w:t>
            </w:r>
          </w:p>
        </w:tc>
        <w:tc>
          <w:tcPr>
            <w:tcW w:type="dxa" w:w="1080"/>
          </w:tcPr>
          <w:p>
            <w:r>
              <w:t>殷思琪</w:t>
            </w:r>
          </w:p>
        </w:tc>
        <w:tc>
          <w:tcPr>
            <w:tcW w:type="dxa" w:w="1080"/>
          </w:tcPr>
          <w:p>
            <w:r>
              <w:t>20252229740</w:t>
            </w:r>
          </w:p>
        </w:tc>
        <w:tc>
          <w:tcPr>
            <w:tcW w:type="dxa" w:w="1080"/>
          </w:tcPr>
          <w:p>
            <w:r>
              <w:t>付鹏晓</w:t>
            </w:r>
          </w:p>
        </w:tc>
      </w:tr>
      <w:tr>
        <w:tc>
          <w:tcPr>
            <w:tcW w:type="dxa" w:w="1080"/>
          </w:tcPr>
          <w:p>
            <w:r>
              <w:t>20252201522</w:t>
            </w:r>
          </w:p>
        </w:tc>
        <w:tc>
          <w:tcPr>
            <w:tcW w:type="dxa" w:w="1080"/>
          </w:tcPr>
          <w:p>
            <w:r>
              <w:t>史旭然</w:t>
            </w:r>
          </w:p>
        </w:tc>
        <w:tc>
          <w:tcPr>
            <w:tcW w:type="dxa" w:w="1080"/>
          </w:tcPr>
          <w:p>
            <w:r>
              <w:t>20252218002</w:t>
            </w:r>
          </w:p>
        </w:tc>
        <w:tc>
          <w:tcPr>
            <w:tcW w:type="dxa" w:w="1080"/>
          </w:tcPr>
          <w:p>
            <w:r>
              <w:t>张培锟</w:t>
            </w:r>
          </w:p>
        </w:tc>
        <w:tc>
          <w:tcPr>
            <w:tcW w:type="dxa" w:w="1080"/>
          </w:tcPr>
          <w:p>
            <w:r>
              <w:t>20252221860</w:t>
            </w:r>
          </w:p>
        </w:tc>
        <w:tc>
          <w:tcPr>
            <w:tcW w:type="dxa" w:w="1080"/>
          </w:tcPr>
          <w:p>
            <w:r>
              <w:t>刘浩然</w:t>
            </w:r>
          </w:p>
        </w:tc>
        <w:tc>
          <w:tcPr>
            <w:tcW w:type="dxa" w:w="1080"/>
          </w:tcPr>
          <w:p>
            <w:r>
              <w:t>20252230697</w:t>
            </w:r>
          </w:p>
        </w:tc>
        <w:tc>
          <w:tcPr>
            <w:tcW w:type="dxa" w:w="1080"/>
          </w:tcPr>
          <w:p>
            <w:r>
              <w:t>范玮璇</w:t>
            </w:r>
          </w:p>
        </w:tc>
      </w:tr>
      <w:tr>
        <w:tc>
          <w:tcPr>
            <w:tcW w:type="dxa" w:w="1080"/>
          </w:tcPr>
          <w:p>
            <w:r>
              <w:t>20252202114</w:t>
            </w:r>
          </w:p>
        </w:tc>
        <w:tc>
          <w:tcPr>
            <w:tcW w:type="dxa" w:w="1080"/>
          </w:tcPr>
          <w:p>
            <w:r>
              <w:t>葛奕</w:t>
            </w:r>
          </w:p>
        </w:tc>
        <w:tc>
          <w:tcPr>
            <w:tcW w:type="dxa" w:w="1080"/>
          </w:tcPr>
          <w:p>
            <w:r>
              <w:t>20252218041</w:t>
            </w:r>
          </w:p>
        </w:tc>
        <w:tc>
          <w:tcPr>
            <w:tcW w:type="dxa" w:w="1080"/>
          </w:tcPr>
          <w:p>
            <w:r>
              <w:t>张晓颖</w:t>
            </w:r>
          </w:p>
        </w:tc>
        <w:tc>
          <w:tcPr>
            <w:tcW w:type="dxa" w:w="1080"/>
          </w:tcPr>
          <w:p>
            <w:r>
              <w:t>20252222103</w:t>
            </w:r>
          </w:p>
        </w:tc>
        <w:tc>
          <w:tcPr>
            <w:tcW w:type="dxa" w:w="1080"/>
          </w:tcPr>
          <w:p>
            <w:r>
              <w:t>郑宛晴</w:t>
            </w:r>
          </w:p>
        </w:tc>
        <w:tc>
          <w:tcPr>
            <w:tcW w:type="dxa" w:w="1080"/>
          </w:tcPr>
          <w:p>
            <w:r>
              <w:t>20252230903</w:t>
            </w:r>
          </w:p>
        </w:tc>
        <w:tc>
          <w:tcPr>
            <w:tcW w:type="dxa" w:w="1080"/>
          </w:tcPr>
          <w:p>
            <w:r>
              <w:t>王敏娜</w:t>
            </w:r>
          </w:p>
        </w:tc>
      </w:tr>
      <w:tr>
        <w:tc>
          <w:tcPr>
            <w:tcW w:type="dxa" w:w="1080"/>
          </w:tcPr>
          <w:p>
            <w:r>
              <w:t>20252202247</w:t>
            </w:r>
          </w:p>
        </w:tc>
        <w:tc>
          <w:tcPr>
            <w:tcW w:type="dxa" w:w="1080"/>
          </w:tcPr>
          <w:p>
            <w:r>
              <w:t>苏晏琳</w:t>
            </w:r>
          </w:p>
        </w:tc>
        <w:tc>
          <w:tcPr>
            <w:tcW w:type="dxa" w:w="1080"/>
          </w:tcPr>
          <w:p>
            <w:r>
              <w:t>20252219034</w:t>
            </w:r>
          </w:p>
        </w:tc>
        <w:tc>
          <w:tcPr>
            <w:tcW w:type="dxa" w:w="1080"/>
          </w:tcPr>
          <w:p>
            <w:r>
              <w:t>张晶</w:t>
            </w:r>
          </w:p>
        </w:tc>
        <w:tc>
          <w:tcPr>
            <w:tcW w:type="dxa" w:w="1080"/>
          </w:tcPr>
          <w:p>
            <w:r>
              <w:t>20252222157</w:t>
            </w:r>
          </w:p>
        </w:tc>
        <w:tc>
          <w:tcPr>
            <w:tcW w:type="dxa" w:w="1080"/>
          </w:tcPr>
          <w:p>
            <w:r>
              <w:t>曹可</w:t>
            </w:r>
          </w:p>
        </w:tc>
        <w:tc>
          <w:tcPr>
            <w:tcW w:type="dxa" w:w="1080"/>
          </w:tcPr>
          <w:p>
            <w:r>
              <w:t>20252231062</w:t>
            </w:r>
          </w:p>
        </w:tc>
        <w:tc>
          <w:tcPr>
            <w:tcW w:type="dxa" w:w="1080"/>
          </w:tcPr>
          <w:p>
            <w:r>
              <w:t>倪子玥</w:t>
            </w:r>
          </w:p>
        </w:tc>
      </w:tr>
      <w:tr>
        <w:tc>
          <w:tcPr>
            <w:tcW w:type="dxa" w:w="1080"/>
          </w:tcPr>
          <w:p>
            <w:r>
              <w:t>20252202763</w:t>
            </w:r>
          </w:p>
        </w:tc>
        <w:tc>
          <w:tcPr>
            <w:tcW w:type="dxa" w:w="1080"/>
          </w:tcPr>
          <w:p>
            <w:r>
              <w:t>蒋烨</w:t>
            </w:r>
          </w:p>
        </w:tc>
        <w:tc>
          <w:tcPr>
            <w:tcW w:type="dxa" w:w="1080"/>
          </w:tcPr>
          <w:p>
            <w:r>
              <w:t>20252219047</w:t>
            </w:r>
          </w:p>
        </w:tc>
        <w:tc>
          <w:tcPr>
            <w:tcW w:type="dxa" w:w="1080"/>
          </w:tcPr>
          <w:p>
            <w:r>
              <w:t>陈颢月</w:t>
            </w:r>
          </w:p>
        </w:tc>
        <w:tc>
          <w:tcPr>
            <w:tcW w:type="dxa" w:w="1080"/>
          </w:tcPr>
          <w:p>
            <w:r>
              <w:t>20252222362</w:t>
            </w:r>
          </w:p>
        </w:tc>
        <w:tc>
          <w:tcPr>
            <w:tcW w:type="dxa" w:w="1080"/>
          </w:tcPr>
          <w:p>
            <w:r>
              <w:t>李子萌</w:t>
            </w:r>
          </w:p>
        </w:tc>
        <w:tc>
          <w:tcPr>
            <w:tcW w:type="dxa" w:w="1080"/>
          </w:tcPr>
          <w:p>
            <w:r>
              <w:t>20252231170</w:t>
            </w:r>
          </w:p>
        </w:tc>
        <w:tc>
          <w:tcPr>
            <w:tcW w:type="dxa" w:w="1080"/>
          </w:tcPr>
          <w:p>
            <w:r>
              <w:t>黄钰皙</w:t>
            </w:r>
          </w:p>
        </w:tc>
      </w:tr>
      <w:tr>
        <w:tc>
          <w:tcPr>
            <w:tcW w:type="dxa" w:w="1080"/>
          </w:tcPr>
          <w:p>
            <w:r>
              <w:t>20252203017</w:t>
            </w:r>
          </w:p>
        </w:tc>
        <w:tc>
          <w:tcPr>
            <w:tcW w:type="dxa" w:w="1080"/>
          </w:tcPr>
          <w:p>
            <w:r>
              <w:t>徐洪涛</w:t>
            </w:r>
          </w:p>
        </w:tc>
        <w:tc>
          <w:tcPr>
            <w:tcW w:type="dxa" w:w="1080"/>
          </w:tcPr>
          <w:p>
            <w:r>
              <w:t>20252219107</w:t>
            </w:r>
          </w:p>
        </w:tc>
        <w:tc>
          <w:tcPr>
            <w:tcW w:type="dxa" w:w="1080"/>
          </w:tcPr>
          <w:p>
            <w:r>
              <w:t>马依琳</w:t>
            </w:r>
          </w:p>
        </w:tc>
        <w:tc>
          <w:tcPr>
            <w:tcW w:type="dxa" w:w="1080"/>
          </w:tcPr>
          <w:p>
            <w:r>
              <w:t>20252222618</w:t>
            </w:r>
          </w:p>
        </w:tc>
        <w:tc>
          <w:tcPr>
            <w:tcW w:type="dxa" w:w="1080"/>
          </w:tcPr>
          <w:p>
            <w:r>
              <w:t>邵玲</w:t>
            </w:r>
          </w:p>
        </w:tc>
        <w:tc>
          <w:tcPr>
            <w:tcW w:type="dxa" w:w="1080"/>
          </w:tcPr>
          <w:p>
            <w:r>
              <w:t>20252231369</w:t>
            </w:r>
          </w:p>
        </w:tc>
        <w:tc>
          <w:tcPr>
            <w:tcW w:type="dxa" w:w="1080"/>
          </w:tcPr>
          <w:p>
            <w:r>
              <w:t>王一同</w:t>
            </w:r>
          </w:p>
        </w:tc>
      </w:tr>
      <w:tr>
        <w:tc>
          <w:tcPr>
            <w:tcW w:type="dxa" w:w="1080"/>
          </w:tcPr>
          <w:p>
            <w:r>
              <w:t>20252203400</w:t>
            </w:r>
          </w:p>
        </w:tc>
        <w:tc>
          <w:tcPr>
            <w:tcW w:type="dxa" w:w="1080"/>
          </w:tcPr>
          <w:p>
            <w:r>
              <w:t>贺昀珠</w:t>
            </w:r>
          </w:p>
        </w:tc>
        <w:tc>
          <w:tcPr>
            <w:tcW w:type="dxa" w:w="1080"/>
          </w:tcPr>
          <w:p>
            <w:r>
              <w:t>20252219174</w:t>
            </w:r>
          </w:p>
        </w:tc>
        <w:tc>
          <w:tcPr>
            <w:tcW w:type="dxa" w:w="1080"/>
          </w:tcPr>
          <w:p>
            <w:r>
              <w:t>周海宁</w:t>
            </w:r>
          </w:p>
        </w:tc>
        <w:tc>
          <w:tcPr>
            <w:tcW w:type="dxa" w:w="1080"/>
          </w:tcPr>
          <w:p>
            <w:r>
              <w:t>20252222784</w:t>
            </w:r>
          </w:p>
        </w:tc>
        <w:tc>
          <w:tcPr>
            <w:tcW w:type="dxa" w:w="1080"/>
          </w:tcPr>
          <w:p>
            <w:r>
              <w:t>范周宜</w:t>
            </w:r>
          </w:p>
        </w:tc>
        <w:tc>
          <w:tcPr>
            <w:tcW w:type="dxa" w:w="1080"/>
          </w:tcPr>
          <w:p>
            <w:r>
              <w:t>20252231681</w:t>
            </w:r>
          </w:p>
        </w:tc>
        <w:tc>
          <w:tcPr>
            <w:tcW w:type="dxa" w:w="1080"/>
          </w:tcPr>
          <w:p>
            <w:r>
              <w:t>邹红欣</w:t>
            </w:r>
          </w:p>
        </w:tc>
      </w:tr>
      <w:tr>
        <w:tc>
          <w:tcPr>
            <w:tcW w:type="dxa" w:w="1080"/>
          </w:tcPr>
          <w:p>
            <w:r>
              <w:t>20252203861</w:t>
            </w:r>
          </w:p>
        </w:tc>
        <w:tc>
          <w:tcPr>
            <w:tcW w:type="dxa" w:w="1080"/>
          </w:tcPr>
          <w:p>
            <w:r>
              <w:t>陈泱岐</w:t>
            </w:r>
          </w:p>
        </w:tc>
        <w:tc>
          <w:tcPr>
            <w:tcW w:type="dxa" w:w="1080"/>
          </w:tcPr>
          <w:p>
            <w:r>
              <w:t>20252219194</w:t>
            </w:r>
          </w:p>
        </w:tc>
        <w:tc>
          <w:tcPr>
            <w:tcW w:type="dxa" w:w="1080"/>
          </w:tcPr>
          <w:p>
            <w:r>
              <w:t>汪紫涵</w:t>
            </w:r>
          </w:p>
        </w:tc>
        <w:tc>
          <w:tcPr>
            <w:tcW w:type="dxa" w:w="1080"/>
          </w:tcPr>
          <w:p>
            <w:r>
              <w:t>20252222812</w:t>
            </w:r>
          </w:p>
        </w:tc>
        <w:tc>
          <w:tcPr>
            <w:tcW w:type="dxa" w:w="1080"/>
          </w:tcPr>
          <w:p>
            <w:r>
              <w:t>魏昕悦</w:t>
            </w:r>
          </w:p>
        </w:tc>
        <w:tc>
          <w:tcPr>
            <w:tcW w:type="dxa" w:w="1080"/>
          </w:tcPr>
          <w:p>
            <w:r>
              <w:t>20252232140</w:t>
            </w:r>
          </w:p>
        </w:tc>
        <w:tc>
          <w:tcPr>
            <w:tcW w:type="dxa" w:w="1080"/>
          </w:tcPr>
          <w:p>
            <w:r>
              <w:t>潘纪钊</w:t>
            </w:r>
          </w:p>
        </w:tc>
      </w:tr>
      <w:tr>
        <w:tc>
          <w:tcPr>
            <w:tcW w:type="dxa" w:w="1080"/>
          </w:tcPr>
          <w:p>
            <w:r>
              <w:t>20252203970</w:t>
            </w:r>
          </w:p>
        </w:tc>
        <w:tc>
          <w:tcPr>
            <w:tcW w:type="dxa" w:w="1080"/>
          </w:tcPr>
          <w:p>
            <w:r>
              <w:t>赵丁玥</w:t>
            </w:r>
          </w:p>
        </w:tc>
        <w:tc>
          <w:tcPr>
            <w:tcW w:type="dxa" w:w="1080"/>
          </w:tcPr>
          <w:p>
            <w:r>
              <w:t>20252219267</w:t>
            </w:r>
          </w:p>
        </w:tc>
        <w:tc>
          <w:tcPr>
            <w:tcW w:type="dxa" w:w="1080"/>
          </w:tcPr>
          <w:p>
            <w:r>
              <w:t>刘溢</w:t>
            </w:r>
          </w:p>
        </w:tc>
        <w:tc>
          <w:tcPr>
            <w:tcW w:type="dxa" w:w="1080"/>
          </w:tcPr>
          <w:p>
            <w:r>
              <w:t>20252222935</w:t>
            </w:r>
          </w:p>
        </w:tc>
        <w:tc>
          <w:tcPr>
            <w:tcW w:type="dxa" w:w="1080"/>
          </w:tcPr>
          <w:p>
            <w:r>
              <w:t>卢敏</w:t>
            </w:r>
          </w:p>
        </w:tc>
        <w:tc>
          <w:tcPr>
            <w:tcW w:type="dxa" w:w="1080"/>
          </w:tcPr>
          <w:p>
            <w:r>
              <w:t>20252232808</w:t>
            </w:r>
          </w:p>
        </w:tc>
        <w:tc>
          <w:tcPr>
            <w:tcW w:type="dxa" w:w="1080"/>
          </w:tcPr>
          <w:p>
            <w:r>
              <w:t>李洁琛</w:t>
            </w:r>
          </w:p>
        </w:tc>
      </w:tr>
      <w:tr>
        <w:tc>
          <w:tcPr>
            <w:tcW w:type="dxa" w:w="1080"/>
          </w:tcPr>
          <w:p>
            <w:r>
              <w:t>20252204253</w:t>
            </w:r>
          </w:p>
        </w:tc>
        <w:tc>
          <w:tcPr>
            <w:tcW w:type="dxa" w:w="1080"/>
          </w:tcPr>
          <w:p>
            <w:r>
              <w:t>严思雅</w:t>
            </w:r>
          </w:p>
        </w:tc>
        <w:tc>
          <w:tcPr>
            <w:tcW w:type="dxa" w:w="1080"/>
          </w:tcPr>
          <w:p>
            <w:r>
              <w:t>20252219331</w:t>
            </w:r>
          </w:p>
        </w:tc>
        <w:tc>
          <w:tcPr>
            <w:tcW w:type="dxa" w:w="1080"/>
          </w:tcPr>
          <w:p>
            <w:r>
              <w:t>马文豪</w:t>
            </w:r>
          </w:p>
        </w:tc>
        <w:tc>
          <w:tcPr>
            <w:tcW w:type="dxa" w:w="1080"/>
          </w:tcPr>
          <w:p>
            <w:r>
              <w:t>20252222973</w:t>
            </w:r>
          </w:p>
        </w:tc>
        <w:tc>
          <w:tcPr>
            <w:tcW w:type="dxa" w:w="1080"/>
          </w:tcPr>
          <w:p>
            <w:r>
              <w:t>应心怡</w:t>
            </w:r>
          </w:p>
        </w:tc>
        <w:tc>
          <w:tcPr>
            <w:tcW w:type="dxa" w:w="1080"/>
          </w:tcPr>
          <w:p>
            <w:r>
              <w:t>20252233136</w:t>
            </w:r>
          </w:p>
        </w:tc>
        <w:tc>
          <w:tcPr>
            <w:tcW w:type="dxa" w:w="1080"/>
          </w:tcPr>
          <w:p>
            <w:r>
              <w:t>吕越</w:t>
            </w:r>
          </w:p>
        </w:tc>
      </w:tr>
      <w:tr>
        <w:tc>
          <w:tcPr>
            <w:tcW w:type="dxa" w:w="1080"/>
          </w:tcPr>
          <w:p>
            <w:r>
              <w:t>20252204583</w:t>
            </w:r>
          </w:p>
        </w:tc>
        <w:tc>
          <w:tcPr>
            <w:tcW w:type="dxa" w:w="1080"/>
          </w:tcPr>
          <w:p>
            <w:r>
              <w:t>罗晨旭</w:t>
            </w:r>
          </w:p>
        </w:tc>
        <w:tc>
          <w:tcPr>
            <w:tcW w:type="dxa" w:w="1080"/>
          </w:tcPr>
          <w:p>
            <w:r>
              <w:t>20252219395</w:t>
            </w:r>
          </w:p>
        </w:tc>
        <w:tc>
          <w:tcPr>
            <w:tcW w:type="dxa" w:w="1080"/>
          </w:tcPr>
          <w:p>
            <w:r>
              <w:t>甘霖</w:t>
            </w:r>
          </w:p>
        </w:tc>
        <w:tc>
          <w:tcPr>
            <w:tcW w:type="dxa" w:w="1080"/>
          </w:tcPr>
          <w:p>
            <w:r>
              <w:t>20252222984</w:t>
            </w:r>
          </w:p>
        </w:tc>
        <w:tc>
          <w:tcPr>
            <w:tcW w:type="dxa" w:w="1080"/>
          </w:tcPr>
          <w:p>
            <w:r>
              <w:t>刘欣宇</w:t>
            </w:r>
          </w:p>
        </w:tc>
        <w:tc>
          <w:tcPr>
            <w:tcW w:type="dxa" w:w="1080"/>
          </w:tcPr>
          <w:p>
            <w:r>
              <w:t>20252233218</w:t>
            </w:r>
          </w:p>
        </w:tc>
        <w:tc>
          <w:tcPr>
            <w:tcW w:type="dxa" w:w="1080"/>
          </w:tcPr>
          <w:p>
            <w:r>
              <w:t>卢飞扬</w:t>
            </w:r>
          </w:p>
        </w:tc>
      </w:tr>
      <w:tr>
        <w:tc>
          <w:tcPr>
            <w:tcW w:type="dxa" w:w="1080"/>
          </w:tcPr>
          <w:p>
            <w:r>
              <w:t>20252205815</w:t>
            </w:r>
          </w:p>
        </w:tc>
        <w:tc>
          <w:tcPr>
            <w:tcW w:type="dxa" w:w="1080"/>
          </w:tcPr>
          <w:p>
            <w:r>
              <w:t>刘佳妮</w:t>
            </w:r>
          </w:p>
        </w:tc>
        <w:tc>
          <w:tcPr>
            <w:tcW w:type="dxa" w:w="1080"/>
          </w:tcPr>
          <w:p>
            <w:r>
              <w:t>20252219407</w:t>
            </w:r>
          </w:p>
        </w:tc>
        <w:tc>
          <w:tcPr>
            <w:tcW w:type="dxa" w:w="1080"/>
          </w:tcPr>
          <w:p>
            <w:r>
              <w:t>王艺潼</w:t>
            </w:r>
          </w:p>
        </w:tc>
        <w:tc>
          <w:tcPr>
            <w:tcW w:type="dxa" w:w="1080"/>
          </w:tcPr>
          <w:p>
            <w:r>
              <w:t>20252223263</w:t>
            </w:r>
          </w:p>
        </w:tc>
        <w:tc>
          <w:tcPr>
            <w:tcW w:type="dxa" w:w="1080"/>
          </w:tcPr>
          <w:p>
            <w:r>
              <w:t>姚佳彤</w:t>
            </w:r>
          </w:p>
        </w:tc>
        <w:tc>
          <w:tcPr>
            <w:tcW w:type="dxa" w:w="1080"/>
          </w:tcPr>
          <w:p>
            <w:r>
              <w:t>20252233497</w:t>
            </w:r>
          </w:p>
        </w:tc>
        <w:tc>
          <w:tcPr>
            <w:tcW w:type="dxa" w:w="1080"/>
          </w:tcPr>
          <w:p>
            <w:r>
              <w:t>黎诗雅</w:t>
            </w:r>
          </w:p>
        </w:tc>
      </w:tr>
      <w:tr>
        <w:tc>
          <w:tcPr>
            <w:tcW w:type="dxa" w:w="1080"/>
          </w:tcPr>
          <w:p>
            <w:r>
              <w:t>20252206327</w:t>
            </w:r>
          </w:p>
        </w:tc>
        <w:tc>
          <w:tcPr>
            <w:tcW w:type="dxa" w:w="1080"/>
          </w:tcPr>
          <w:p>
            <w:r>
              <w:t>徐从文</w:t>
            </w:r>
          </w:p>
        </w:tc>
        <w:tc>
          <w:tcPr>
            <w:tcW w:type="dxa" w:w="1080"/>
          </w:tcPr>
          <w:p>
            <w:r>
              <w:t>20252219705</w:t>
            </w:r>
          </w:p>
        </w:tc>
        <w:tc>
          <w:tcPr>
            <w:tcW w:type="dxa" w:w="1080"/>
          </w:tcPr>
          <w:p>
            <w:r>
              <w:t>宗易</w:t>
            </w:r>
          </w:p>
        </w:tc>
        <w:tc>
          <w:tcPr>
            <w:tcW w:type="dxa" w:w="1080"/>
          </w:tcPr>
          <w:p>
            <w:r>
              <w:t>20252223291</w:t>
            </w:r>
          </w:p>
        </w:tc>
        <w:tc>
          <w:tcPr>
            <w:tcW w:type="dxa" w:w="1080"/>
          </w:tcPr>
          <w:p>
            <w:r>
              <w:t>黄天乐</w:t>
            </w:r>
          </w:p>
        </w:tc>
        <w:tc>
          <w:tcPr>
            <w:tcW w:type="dxa" w:w="1080"/>
          </w:tcPr>
          <w:p>
            <w:r>
              <w:t>20252233619</w:t>
            </w:r>
          </w:p>
        </w:tc>
        <w:tc>
          <w:tcPr>
            <w:tcW w:type="dxa" w:w="1080"/>
          </w:tcPr>
          <w:p>
            <w:r>
              <w:t>陶李烨</w:t>
            </w:r>
          </w:p>
        </w:tc>
      </w:tr>
      <w:tr>
        <w:tc>
          <w:tcPr>
            <w:tcW w:type="dxa" w:w="1080"/>
          </w:tcPr>
          <w:p>
            <w:r>
              <w:t>20252207188</w:t>
            </w:r>
          </w:p>
        </w:tc>
        <w:tc>
          <w:tcPr>
            <w:tcW w:type="dxa" w:w="1080"/>
          </w:tcPr>
          <w:p>
            <w:r>
              <w:t>弋子航</w:t>
            </w:r>
          </w:p>
        </w:tc>
        <w:tc>
          <w:tcPr>
            <w:tcW w:type="dxa" w:w="1080"/>
          </w:tcPr>
          <w:p>
            <w:r>
              <w:t>20252219762</w:t>
            </w:r>
          </w:p>
        </w:tc>
        <w:tc>
          <w:tcPr>
            <w:tcW w:type="dxa" w:w="1080"/>
          </w:tcPr>
          <w:p>
            <w:r>
              <w:t>侯奕彤</w:t>
            </w:r>
          </w:p>
        </w:tc>
        <w:tc>
          <w:tcPr>
            <w:tcW w:type="dxa" w:w="1080"/>
          </w:tcPr>
          <w:p>
            <w:r>
              <w:t>20252223604</w:t>
            </w:r>
          </w:p>
        </w:tc>
        <w:tc>
          <w:tcPr>
            <w:tcW w:type="dxa" w:w="1080"/>
          </w:tcPr>
          <w:p>
            <w:r>
              <w:t>朱维钰</w:t>
            </w:r>
          </w:p>
        </w:tc>
        <w:tc>
          <w:tcPr>
            <w:tcW w:type="dxa" w:w="1080"/>
          </w:tcPr>
          <w:p>
            <w:r>
              <w:t>20252233633</w:t>
            </w:r>
          </w:p>
        </w:tc>
        <w:tc>
          <w:tcPr>
            <w:tcW w:type="dxa" w:w="1080"/>
          </w:tcPr>
          <w:p>
            <w:r>
              <w:t>柏晶</w:t>
            </w:r>
          </w:p>
        </w:tc>
      </w:tr>
      <w:tr>
        <w:tc>
          <w:tcPr>
            <w:tcW w:type="dxa" w:w="1080"/>
          </w:tcPr>
          <w:p>
            <w:r>
              <w:t>20252207935</w:t>
            </w:r>
          </w:p>
        </w:tc>
        <w:tc>
          <w:tcPr>
            <w:tcW w:type="dxa" w:w="1080"/>
          </w:tcPr>
          <w:p>
            <w:r>
              <w:t>陈孝静</w:t>
            </w:r>
          </w:p>
        </w:tc>
        <w:tc>
          <w:tcPr>
            <w:tcW w:type="dxa" w:w="1080"/>
          </w:tcPr>
          <w:p>
            <w:r>
              <w:t>20252219925</w:t>
            </w:r>
          </w:p>
        </w:tc>
        <w:tc>
          <w:tcPr>
            <w:tcW w:type="dxa" w:w="1080"/>
          </w:tcPr>
          <w:p>
            <w:r>
              <w:t>李泽阳</w:t>
            </w:r>
          </w:p>
        </w:tc>
        <w:tc>
          <w:tcPr>
            <w:tcW w:type="dxa" w:w="1080"/>
          </w:tcPr>
          <w:p>
            <w:r>
              <w:t>20252223734</w:t>
            </w:r>
          </w:p>
        </w:tc>
        <w:tc>
          <w:tcPr>
            <w:tcW w:type="dxa" w:w="1080"/>
          </w:tcPr>
          <w:p>
            <w:r>
              <w:t>杨依婷</w:t>
            </w:r>
          </w:p>
        </w:tc>
        <w:tc>
          <w:tcPr>
            <w:tcW w:type="dxa" w:w="1080"/>
          </w:tcPr>
          <w:p>
            <w:r>
              <w:t>20252233673</w:t>
            </w:r>
          </w:p>
        </w:tc>
        <w:tc>
          <w:tcPr>
            <w:tcW w:type="dxa" w:w="1080"/>
          </w:tcPr>
          <w:p>
            <w:r>
              <w:t>贺佳卉</w:t>
            </w:r>
          </w:p>
        </w:tc>
      </w:tr>
      <w:tr>
        <w:tc>
          <w:tcPr>
            <w:tcW w:type="dxa" w:w="1080"/>
          </w:tcPr>
          <w:p>
            <w:r>
              <w:t>20252210309</w:t>
            </w:r>
          </w:p>
        </w:tc>
        <w:tc>
          <w:tcPr>
            <w:tcW w:type="dxa" w:w="1080"/>
          </w:tcPr>
          <w:p>
            <w:r>
              <w:t>甄丽萍</w:t>
            </w:r>
          </w:p>
        </w:tc>
        <w:tc>
          <w:tcPr>
            <w:tcW w:type="dxa" w:w="1080"/>
          </w:tcPr>
          <w:p>
            <w:r>
              <w:t>20252220130</w:t>
            </w:r>
          </w:p>
        </w:tc>
        <w:tc>
          <w:tcPr>
            <w:tcW w:type="dxa" w:w="1080"/>
          </w:tcPr>
          <w:p>
            <w:r>
              <w:t>陈瑾彤</w:t>
            </w:r>
          </w:p>
        </w:tc>
        <w:tc>
          <w:tcPr>
            <w:tcW w:type="dxa" w:w="1080"/>
          </w:tcPr>
          <w:p>
            <w:r>
              <w:t>20252223894</w:t>
            </w:r>
          </w:p>
        </w:tc>
        <w:tc>
          <w:tcPr>
            <w:tcW w:type="dxa" w:w="1080"/>
          </w:tcPr>
          <w:p>
            <w:r>
              <w:t>王厚载</w:t>
            </w:r>
          </w:p>
        </w:tc>
        <w:tc>
          <w:tcPr>
            <w:tcW w:type="dxa" w:w="1080"/>
          </w:tcPr>
          <w:p>
            <w:r>
              <w:t>20252233823</w:t>
            </w:r>
          </w:p>
        </w:tc>
        <w:tc>
          <w:tcPr>
            <w:tcW w:type="dxa" w:w="1080"/>
          </w:tcPr>
          <w:p>
            <w:r>
              <w:t>冯明萱</w:t>
            </w:r>
          </w:p>
        </w:tc>
      </w:tr>
      <w:tr>
        <w:tc>
          <w:tcPr>
            <w:tcW w:type="dxa" w:w="1080"/>
          </w:tcPr>
          <w:p>
            <w:r>
              <w:t>20252211786</w:t>
            </w:r>
          </w:p>
        </w:tc>
        <w:tc>
          <w:tcPr>
            <w:tcW w:type="dxa" w:w="1080"/>
          </w:tcPr>
          <w:p>
            <w:r>
              <w:t>文情</w:t>
            </w:r>
          </w:p>
        </w:tc>
        <w:tc>
          <w:tcPr>
            <w:tcW w:type="dxa" w:w="1080"/>
          </w:tcPr>
          <w:p>
            <w:r>
              <w:t>20252220282</w:t>
            </w:r>
          </w:p>
        </w:tc>
        <w:tc>
          <w:tcPr>
            <w:tcW w:type="dxa" w:w="1080"/>
          </w:tcPr>
          <w:p>
            <w:r>
              <w:t>周游</w:t>
            </w:r>
          </w:p>
        </w:tc>
        <w:tc>
          <w:tcPr>
            <w:tcW w:type="dxa" w:w="1080"/>
          </w:tcPr>
          <w:p>
            <w:r>
              <w:t>20252224142</w:t>
            </w:r>
          </w:p>
        </w:tc>
        <w:tc>
          <w:tcPr>
            <w:tcW w:type="dxa" w:w="1080"/>
          </w:tcPr>
          <w:p>
            <w:r>
              <w:t>张星芫</w:t>
            </w:r>
          </w:p>
        </w:tc>
        <w:tc>
          <w:tcPr>
            <w:tcW w:type="dxa" w:w="1080"/>
          </w:tcPr>
          <w:p>
            <w:r>
              <w:t>20252233850</w:t>
            </w:r>
          </w:p>
        </w:tc>
        <w:tc>
          <w:tcPr>
            <w:tcW w:type="dxa" w:w="1080"/>
          </w:tcPr>
          <w:p>
            <w:r>
              <w:t>伍佳怡</w:t>
            </w:r>
          </w:p>
        </w:tc>
      </w:tr>
      <w:tr>
        <w:tc>
          <w:tcPr>
            <w:tcW w:type="dxa" w:w="1080"/>
          </w:tcPr>
          <w:p>
            <w:r>
              <w:t>20252212106</w:t>
            </w:r>
          </w:p>
        </w:tc>
        <w:tc>
          <w:tcPr>
            <w:tcW w:type="dxa" w:w="1080"/>
          </w:tcPr>
          <w:p>
            <w:r>
              <w:t>徐稷业</w:t>
            </w:r>
          </w:p>
        </w:tc>
        <w:tc>
          <w:tcPr>
            <w:tcW w:type="dxa" w:w="1080"/>
          </w:tcPr>
          <w:p>
            <w:r>
              <w:t>20252220355</w:t>
            </w:r>
          </w:p>
        </w:tc>
        <w:tc>
          <w:tcPr>
            <w:tcW w:type="dxa" w:w="1080"/>
          </w:tcPr>
          <w:p>
            <w:r>
              <w:t>宋冉冉</w:t>
            </w:r>
          </w:p>
        </w:tc>
        <w:tc>
          <w:tcPr>
            <w:tcW w:type="dxa" w:w="1080"/>
          </w:tcPr>
          <w:p>
            <w:r>
              <w:t>20252224152</w:t>
            </w:r>
          </w:p>
        </w:tc>
        <w:tc>
          <w:tcPr>
            <w:tcW w:type="dxa" w:w="1080"/>
          </w:tcPr>
          <w:p>
            <w:r>
              <w:t>张华宁</w:t>
            </w:r>
          </w:p>
        </w:tc>
        <w:tc>
          <w:tcPr>
            <w:tcW w:type="dxa" w:w="1080"/>
          </w:tcPr>
          <w:p>
            <w:r>
              <w:t>20252233949</w:t>
            </w:r>
          </w:p>
        </w:tc>
        <w:tc>
          <w:tcPr>
            <w:tcW w:type="dxa" w:w="1080"/>
          </w:tcPr>
          <w:p>
            <w:r>
              <w:t>胡婕</w:t>
            </w:r>
          </w:p>
        </w:tc>
      </w:tr>
      <w:tr>
        <w:tc>
          <w:tcPr>
            <w:tcW w:type="dxa" w:w="1080"/>
          </w:tcPr>
          <w:p>
            <w:r>
              <w:t>20252212292</w:t>
            </w:r>
          </w:p>
        </w:tc>
        <w:tc>
          <w:tcPr>
            <w:tcW w:type="dxa" w:w="1080"/>
          </w:tcPr>
          <w:p>
            <w:r>
              <w:t>熊紫璇</w:t>
            </w:r>
          </w:p>
        </w:tc>
        <w:tc>
          <w:tcPr>
            <w:tcW w:type="dxa" w:w="1080"/>
          </w:tcPr>
          <w:p>
            <w:r>
              <w:t>20252220467</w:t>
            </w:r>
          </w:p>
        </w:tc>
        <w:tc>
          <w:tcPr>
            <w:tcW w:type="dxa" w:w="1080"/>
          </w:tcPr>
          <w:p>
            <w:r>
              <w:t>米琪</w:t>
            </w:r>
          </w:p>
        </w:tc>
        <w:tc>
          <w:tcPr>
            <w:tcW w:type="dxa" w:w="1080"/>
          </w:tcPr>
          <w:p>
            <w:r>
              <w:t>20252224429</w:t>
            </w:r>
          </w:p>
        </w:tc>
        <w:tc>
          <w:tcPr>
            <w:tcW w:type="dxa" w:w="1080"/>
          </w:tcPr>
          <w:p>
            <w:r>
              <w:t>陈沭文</w:t>
            </w:r>
          </w:p>
        </w:tc>
        <w:tc>
          <w:tcPr>
            <w:tcW w:type="dxa" w:w="1080"/>
          </w:tcPr>
          <w:p>
            <w:r>
              <w:t>20252233957</w:t>
            </w:r>
          </w:p>
        </w:tc>
        <w:tc>
          <w:tcPr>
            <w:tcW w:type="dxa" w:w="1080"/>
          </w:tcPr>
          <w:p>
            <w:r>
              <w:t>杜靖雯</w:t>
            </w:r>
          </w:p>
        </w:tc>
      </w:tr>
      <w:tr>
        <w:tc>
          <w:tcPr>
            <w:tcW w:type="dxa" w:w="1080"/>
          </w:tcPr>
          <w:p>
            <w:r>
              <w:t>20252212525</w:t>
            </w:r>
          </w:p>
        </w:tc>
        <w:tc>
          <w:tcPr>
            <w:tcW w:type="dxa" w:w="1080"/>
          </w:tcPr>
          <w:p>
            <w:r>
              <w:t>张米</w:t>
            </w:r>
          </w:p>
        </w:tc>
        <w:tc>
          <w:tcPr>
            <w:tcW w:type="dxa" w:w="1080"/>
          </w:tcPr>
          <w:p>
            <w:r>
              <w:t>20252220589</w:t>
            </w:r>
          </w:p>
        </w:tc>
        <w:tc>
          <w:tcPr>
            <w:tcW w:type="dxa" w:w="1080"/>
          </w:tcPr>
          <w:p>
            <w:r>
              <w:t>周宸</w:t>
            </w:r>
          </w:p>
        </w:tc>
        <w:tc>
          <w:tcPr>
            <w:tcW w:type="dxa" w:w="1080"/>
          </w:tcPr>
          <w:p>
            <w:r>
              <w:t>20252224776</w:t>
            </w:r>
          </w:p>
        </w:tc>
        <w:tc>
          <w:tcPr>
            <w:tcW w:type="dxa" w:w="1080"/>
          </w:tcPr>
          <w:p>
            <w:r>
              <w:t>刘莎莎</w:t>
            </w:r>
          </w:p>
        </w:tc>
        <w:tc>
          <w:tcPr>
            <w:tcW w:type="dxa" w:w="1080"/>
          </w:tcPr>
          <w:p>
            <w:r>
              <w:t>20252233982</w:t>
            </w:r>
          </w:p>
        </w:tc>
        <w:tc>
          <w:tcPr>
            <w:tcW w:type="dxa" w:w="1080"/>
          </w:tcPr>
          <w:p>
            <w:r>
              <w:t>张歆敏</w:t>
            </w:r>
          </w:p>
        </w:tc>
      </w:tr>
      <w:tr>
        <w:tc>
          <w:tcPr>
            <w:tcW w:type="dxa" w:w="1080"/>
          </w:tcPr>
          <w:p>
            <w:r>
              <w:t>20252212719</w:t>
            </w:r>
          </w:p>
        </w:tc>
        <w:tc>
          <w:tcPr>
            <w:tcW w:type="dxa" w:w="1080"/>
          </w:tcPr>
          <w:p>
            <w:r>
              <w:t>杨小莉</w:t>
            </w:r>
          </w:p>
        </w:tc>
        <w:tc>
          <w:tcPr>
            <w:tcW w:type="dxa" w:w="1080"/>
          </w:tcPr>
          <w:p>
            <w:r>
              <w:t>20252220599</w:t>
            </w:r>
          </w:p>
        </w:tc>
        <w:tc>
          <w:tcPr>
            <w:tcW w:type="dxa" w:w="1080"/>
          </w:tcPr>
          <w:p>
            <w:r>
              <w:t>杨于萱</w:t>
            </w:r>
          </w:p>
        </w:tc>
        <w:tc>
          <w:tcPr>
            <w:tcW w:type="dxa" w:w="1080"/>
          </w:tcPr>
          <w:p>
            <w:r>
              <w:t>20252225851</w:t>
            </w:r>
          </w:p>
        </w:tc>
        <w:tc>
          <w:tcPr>
            <w:tcW w:type="dxa" w:w="1080"/>
          </w:tcPr>
          <w:p>
            <w:r>
              <w:t>夏文婕</w:t>
            </w:r>
          </w:p>
        </w:tc>
        <w:tc>
          <w:tcPr>
            <w:tcW w:type="dxa" w:w="1080"/>
          </w:tcPr>
          <w:p>
            <w:r>
              <w:t>20252234021</w:t>
            </w:r>
          </w:p>
        </w:tc>
        <w:tc>
          <w:tcPr>
            <w:tcW w:type="dxa" w:w="1080"/>
          </w:tcPr>
          <w:p>
            <w:r>
              <w:t>陈忆宁</w:t>
            </w:r>
          </w:p>
        </w:tc>
      </w:tr>
      <w:tr>
        <w:tc>
          <w:tcPr>
            <w:tcW w:type="dxa" w:w="1080"/>
          </w:tcPr>
          <w:p>
            <w:r>
              <w:t>20252214430</w:t>
            </w:r>
          </w:p>
        </w:tc>
        <w:tc>
          <w:tcPr>
            <w:tcW w:type="dxa" w:w="1080"/>
          </w:tcPr>
          <w:p>
            <w:r>
              <w:t>徐晖庭</w:t>
            </w:r>
          </w:p>
        </w:tc>
        <w:tc>
          <w:tcPr>
            <w:tcW w:type="dxa" w:w="1080"/>
          </w:tcPr>
          <w:p>
            <w:r>
              <w:t>20252220679</w:t>
            </w:r>
          </w:p>
        </w:tc>
        <w:tc>
          <w:tcPr>
            <w:tcW w:type="dxa" w:w="1080"/>
          </w:tcPr>
          <w:p>
            <w:r>
              <w:t>陈欢萍</w:t>
            </w:r>
          </w:p>
        </w:tc>
        <w:tc>
          <w:tcPr>
            <w:tcW w:type="dxa" w:w="1080"/>
          </w:tcPr>
          <w:p>
            <w:r>
              <w:t>20252226009</w:t>
            </w:r>
          </w:p>
        </w:tc>
        <w:tc>
          <w:tcPr>
            <w:tcW w:type="dxa" w:w="1080"/>
          </w:tcPr>
          <w:p>
            <w:r>
              <w:t>陈志伟</w:t>
            </w:r>
          </w:p>
        </w:tc>
        <w:tc>
          <w:tcPr>
            <w:tcW w:type="dxa" w:w="1080"/>
          </w:tcPr>
          <w:p>
            <w:r>
              <w:t>20252234099</w:t>
            </w:r>
          </w:p>
        </w:tc>
        <w:tc>
          <w:tcPr>
            <w:tcW w:type="dxa" w:w="1080"/>
          </w:tcPr>
          <w:p>
            <w:r>
              <w:t>欧阳文静</w:t>
            </w:r>
          </w:p>
        </w:tc>
      </w:tr>
      <w:tr>
        <w:tc>
          <w:tcPr>
            <w:tcW w:type="dxa" w:w="1080"/>
          </w:tcPr>
          <w:p>
            <w:r>
              <w:t>20252215364</w:t>
            </w:r>
          </w:p>
        </w:tc>
        <w:tc>
          <w:tcPr>
            <w:tcW w:type="dxa" w:w="1080"/>
          </w:tcPr>
          <w:p>
            <w:r>
              <w:t>王芮鑫</w:t>
            </w:r>
          </w:p>
        </w:tc>
        <w:tc>
          <w:tcPr>
            <w:tcW w:type="dxa" w:w="1080"/>
          </w:tcPr>
          <w:p>
            <w:r>
              <w:t>20252220710</w:t>
            </w:r>
          </w:p>
        </w:tc>
        <w:tc>
          <w:tcPr>
            <w:tcW w:type="dxa" w:w="1080"/>
          </w:tcPr>
          <w:p>
            <w:r>
              <w:t>邓雪纯</w:t>
            </w:r>
          </w:p>
        </w:tc>
        <w:tc>
          <w:tcPr>
            <w:tcW w:type="dxa" w:w="1080"/>
          </w:tcPr>
          <w:p>
            <w:r>
              <w:t>20252226267</w:t>
            </w:r>
          </w:p>
        </w:tc>
        <w:tc>
          <w:tcPr>
            <w:tcW w:type="dxa" w:w="1080"/>
          </w:tcPr>
          <w:p>
            <w:r>
              <w:t>王宇哲</w:t>
            </w:r>
          </w:p>
        </w:tc>
        <w:tc>
          <w:tcPr>
            <w:tcW w:type="dxa" w:w="1080"/>
          </w:tcPr>
          <w:p>
            <w:r>
              <w:t>20252234121</w:t>
            </w:r>
          </w:p>
        </w:tc>
        <w:tc>
          <w:tcPr>
            <w:tcW w:type="dxa" w:w="1080"/>
          </w:tcPr>
          <w:p>
            <w:r>
              <w:t>董亦靖</w:t>
            </w:r>
          </w:p>
        </w:tc>
      </w:tr>
      <w:tr>
        <w:tc>
          <w:tcPr>
            <w:tcW w:type="dxa" w:w="1080"/>
          </w:tcPr>
          <w:p>
            <w:r>
              <w:t>20252215796</w:t>
            </w:r>
          </w:p>
        </w:tc>
        <w:tc>
          <w:tcPr>
            <w:tcW w:type="dxa" w:w="1080"/>
          </w:tcPr>
          <w:p>
            <w:r>
              <w:t>冯淼淼</w:t>
            </w:r>
          </w:p>
        </w:tc>
        <w:tc>
          <w:tcPr>
            <w:tcW w:type="dxa" w:w="1080"/>
          </w:tcPr>
          <w:p>
            <w:r>
              <w:t>20252220803</w:t>
            </w:r>
          </w:p>
        </w:tc>
        <w:tc>
          <w:tcPr>
            <w:tcW w:type="dxa" w:w="1080"/>
          </w:tcPr>
          <w:p>
            <w:r>
              <w:t>张怡然</w:t>
            </w:r>
          </w:p>
        </w:tc>
        <w:tc>
          <w:tcPr>
            <w:tcW w:type="dxa" w:w="1080"/>
          </w:tcPr>
          <w:p>
            <w:r>
              <w:t>20252226507</w:t>
            </w:r>
          </w:p>
        </w:tc>
        <w:tc>
          <w:tcPr>
            <w:tcW w:type="dxa" w:w="1080"/>
          </w:tcPr>
          <w:p>
            <w:r>
              <w:t>徐家齐</w:t>
            </w:r>
          </w:p>
        </w:tc>
        <w:tc>
          <w:tcPr>
            <w:tcW w:type="dxa" w:w="1080"/>
          </w:tcPr>
          <w:p>
            <w:r>
              <w:t>20252234141</w:t>
            </w:r>
          </w:p>
        </w:tc>
        <w:tc>
          <w:tcPr>
            <w:tcW w:type="dxa" w:w="1080"/>
          </w:tcPr>
          <w:p>
            <w:r>
              <w:t>王闰宇</w:t>
            </w:r>
          </w:p>
        </w:tc>
      </w:tr>
      <w:tr>
        <w:tc>
          <w:tcPr>
            <w:tcW w:type="dxa" w:w="1080"/>
          </w:tcPr>
          <w:p>
            <w:r>
              <w:t>20252215942</w:t>
            </w:r>
          </w:p>
        </w:tc>
        <w:tc>
          <w:tcPr>
            <w:tcW w:type="dxa" w:w="1080"/>
          </w:tcPr>
          <w:p>
            <w:r>
              <w:t>杨悦</w:t>
            </w:r>
          </w:p>
        </w:tc>
        <w:tc>
          <w:tcPr>
            <w:tcW w:type="dxa" w:w="1080"/>
          </w:tcPr>
          <w:p>
            <w:r>
              <w:t>20252220952</w:t>
            </w:r>
          </w:p>
        </w:tc>
        <w:tc>
          <w:tcPr>
            <w:tcW w:type="dxa" w:w="1080"/>
          </w:tcPr>
          <w:p>
            <w:r>
              <w:t>蒋蕊</w:t>
            </w:r>
          </w:p>
        </w:tc>
        <w:tc>
          <w:tcPr>
            <w:tcW w:type="dxa" w:w="1080"/>
          </w:tcPr>
          <w:p>
            <w:r>
              <w:t>20252227125</w:t>
            </w:r>
          </w:p>
        </w:tc>
        <w:tc>
          <w:tcPr>
            <w:tcW w:type="dxa" w:w="1080"/>
          </w:tcPr>
          <w:p>
            <w:r>
              <w:t>陆婧一</w:t>
            </w:r>
          </w:p>
        </w:tc>
        <w:tc>
          <w:tcPr>
            <w:tcW w:type="dxa" w:w="1080"/>
          </w:tcPr>
          <w:p>
            <w:r>
              <w:t>20252234148</w:t>
            </w:r>
          </w:p>
        </w:tc>
        <w:tc>
          <w:tcPr>
            <w:tcW w:type="dxa" w:w="1080"/>
          </w:tcPr>
          <w:p>
            <w:r>
              <w:t>金茗琬</w:t>
            </w:r>
          </w:p>
        </w:tc>
      </w:tr>
      <w:tr>
        <w:tc>
          <w:tcPr>
            <w:tcW w:type="dxa" w:w="1080"/>
          </w:tcPr>
          <w:p>
            <w:r>
              <w:t>20252216179</w:t>
            </w:r>
          </w:p>
        </w:tc>
        <w:tc>
          <w:tcPr>
            <w:tcW w:type="dxa" w:w="1080"/>
          </w:tcPr>
          <w:p>
            <w:r>
              <w:t>张建婷</w:t>
            </w:r>
          </w:p>
        </w:tc>
        <w:tc>
          <w:tcPr>
            <w:tcW w:type="dxa" w:w="1080"/>
          </w:tcPr>
          <w:p>
            <w:r>
              <w:t>20252220988</w:t>
            </w:r>
          </w:p>
        </w:tc>
        <w:tc>
          <w:tcPr>
            <w:tcW w:type="dxa" w:w="1080"/>
          </w:tcPr>
          <w:p>
            <w:r>
              <w:t>余雨芯</w:t>
            </w:r>
          </w:p>
        </w:tc>
        <w:tc>
          <w:tcPr>
            <w:tcW w:type="dxa" w:w="1080"/>
          </w:tcPr>
          <w:p>
            <w:r>
              <w:t>20252227700</w:t>
            </w:r>
          </w:p>
        </w:tc>
        <w:tc>
          <w:tcPr>
            <w:tcW w:type="dxa" w:w="1080"/>
          </w:tcPr>
          <w:p>
            <w:r>
              <w:t>王一帆</w:t>
            </w:r>
          </w:p>
        </w:tc>
        <w:tc>
          <w:tcPr>
            <w:tcW w:type="dxa" w:w="1080"/>
          </w:tcPr>
          <w:p>
            <w:r>
              <w:t>20252234156</w:t>
            </w:r>
          </w:p>
        </w:tc>
        <w:tc>
          <w:tcPr>
            <w:tcW w:type="dxa" w:w="1080"/>
          </w:tcPr>
          <w:p>
            <w:r>
              <w:t>陈欣颖</w:t>
            </w:r>
          </w:p>
        </w:tc>
      </w:tr>
      <w:tr>
        <w:tc>
          <w:tcPr>
            <w:tcW w:type="dxa" w:w="1080"/>
          </w:tcPr>
          <w:p>
            <w:r>
              <w:t>20252216395</w:t>
            </w:r>
          </w:p>
        </w:tc>
        <w:tc>
          <w:tcPr>
            <w:tcW w:type="dxa" w:w="1080"/>
          </w:tcPr>
          <w:p>
            <w:r>
              <w:t>王安琦</w:t>
            </w:r>
          </w:p>
        </w:tc>
        <w:tc>
          <w:tcPr>
            <w:tcW w:type="dxa" w:w="1080"/>
          </w:tcPr>
          <w:p>
            <w:r>
              <w:t>20252221131</w:t>
            </w:r>
          </w:p>
        </w:tc>
        <w:tc>
          <w:tcPr>
            <w:tcW w:type="dxa" w:w="1080"/>
          </w:tcPr>
          <w:p>
            <w:r>
              <w:t>潘婷婷</w:t>
            </w:r>
          </w:p>
        </w:tc>
        <w:tc>
          <w:tcPr>
            <w:tcW w:type="dxa" w:w="1080"/>
          </w:tcPr>
          <w:p>
            <w:r>
              <w:t>20252227739</w:t>
            </w:r>
          </w:p>
        </w:tc>
        <w:tc>
          <w:tcPr>
            <w:tcW w:type="dxa" w:w="1080"/>
          </w:tcPr>
          <w:p>
            <w:r>
              <w:t>冯御菲</w:t>
            </w:r>
          </w:p>
        </w:tc>
        <w:tc>
          <w:tcPr>
            <w:tcW w:type="dxa" w:w="1080"/>
          </w:tcPr>
          <w:p>
            <w:r>
              <w:t>20252234160</w:t>
            </w:r>
          </w:p>
        </w:tc>
        <w:tc>
          <w:tcPr>
            <w:tcW w:type="dxa" w:w="1080"/>
          </w:tcPr>
          <w:p>
            <w:r>
              <w:t>邓诗于</w:t>
            </w:r>
          </w:p>
        </w:tc>
      </w:tr>
      <w:tr>
        <w:tc>
          <w:tcPr>
            <w:tcW w:type="dxa" w:w="1080"/>
          </w:tcPr>
          <w:p>
            <w:r>
              <w:t>20252216402</w:t>
            </w:r>
          </w:p>
        </w:tc>
        <w:tc>
          <w:tcPr>
            <w:tcW w:type="dxa" w:w="1080"/>
          </w:tcPr>
          <w:p>
            <w:r>
              <w:t>杨世英</w:t>
            </w:r>
          </w:p>
        </w:tc>
        <w:tc>
          <w:tcPr>
            <w:tcW w:type="dxa" w:w="1080"/>
          </w:tcPr>
          <w:p>
            <w:r>
              <w:t>20252221216</w:t>
            </w:r>
          </w:p>
        </w:tc>
        <w:tc>
          <w:tcPr>
            <w:tcW w:type="dxa" w:w="1080"/>
          </w:tcPr>
          <w:p>
            <w:r>
              <w:t>黄皆源</w:t>
            </w:r>
          </w:p>
        </w:tc>
        <w:tc>
          <w:tcPr>
            <w:tcW w:type="dxa" w:w="1080"/>
          </w:tcPr>
          <w:p>
            <w:r>
              <w:t>20252228123</w:t>
            </w:r>
          </w:p>
        </w:tc>
        <w:tc>
          <w:tcPr>
            <w:tcW w:type="dxa" w:w="1080"/>
          </w:tcPr>
          <w:p>
            <w:r>
              <w:t>吴承莉</w:t>
            </w:r>
          </w:p>
        </w:tc>
        <w:tc>
          <w:tcPr>
            <w:tcW w:type="dxa" w:w="1080"/>
          </w:tcPr>
          <w:p>
            <w:r>
              <w:t>20252234166</w:t>
            </w:r>
          </w:p>
        </w:tc>
        <w:tc>
          <w:tcPr>
            <w:tcW w:type="dxa" w:w="1080"/>
          </w:tcPr>
          <w:p>
            <w:r>
              <w:t>洪涵</w:t>
            </w:r>
          </w:p>
        </w:tc>
      </w:tr>
      <w:tr>
        <w:tc>
          <w:tcPr>
            <w:tcW w:type="dxa" w:w="1080"/>
          </w:tcPr>
          <w:p>
            <w:r>
              <w:t>20252216597</w:t>
            </w:r>
          </w:p>
        </w:tc>
        <w:tc>
          <w:tcPr>
            <w:tcW w:type="dxa" w:w="1080"/>
          </w:tcPr>
          <w:p>
            <w:r>
              <w:t>刘畅</w:t>
            </w:r>
          </w:p>
        </w:tc>
        <w:tc>
          <w:tcPr>
            <w:tcW w:type="dxa" w:w="1080"/>
          </w:tcPr>
          <w:p>
            <w:r>
              <w:t>20252221436</w:t>
            </w:r>
          </w:p>
        </w:tc>
        <w:tc>
          <w:tcPr>
            <w:tcW w:type="dxa" w:w="1080"/>
          </w:tcPr>
          <w:p>
            <w:r>
              <w:t>费欣</w:t>
            </w:r>
          </w:p>
        </w:tc>
        <w:tc>
          <w:tcPr>
            <w:tcW w:type="dxa" w:w="1080"/>
          </w:tcPr>
          <w:p>
            <w:r>
              <w:t>20252228147</w:t>
            </w:r>
          </w:p>
        </w:tc>
        <w:tc>
          <w:tcPr>
            <w:tcW w:type="dxa" w:w="1080"/>
          </w:tcPr>
          <w:p>
            <w:r>
              <w:t>王依然</w:t>
            </w:r>
          </w:p>
        </w:tc>
        <w:tc>
          <w:tcPr>
            <w:tcW w:type="dxa" w:w="1080"/>
          </w:tcPr>
          <w:p>
            <w:r>
              <w:t>20252234208</w:t>
            </w:r>
          </w:p>
        </w:tc>
        <w:tc>
          <w:tcPr>
            <w:tcW w:type="dxa" w:w="1080"/>
          </w:tcPr>
          <w:p>
            <w:r>
              <w:t>张芷瑜</w:t>
            </w:r>
          </w:p>
        </w:tc>
      </w:tr>
      <w:tr>
        <w:tc>
          <w:tcPr>
            <w:tcW w:type="dxa" w:w="1080"/>
          </w:tcPr>
          <w:p>
            <w:r>
              <w:t>20252217249</w:t>
            </w:r>
          </w:p>
        </w:tc>
        <w:tc>
          <w:tcPr>
            <w:tcW w:type="dxa" w:w="1080"/>
          </w:tcPr>
          <w:p>
            <w:r>
              <w:t>王一帆</w:t>
            </w:r>
          </w:p>
        </w:tc>
        <w:tc>
          <w:tcPr>
            <w:tcW w:type="dxa" w:w="1080"/>
          </w:tcPr>
          <w:p>
            <w:r>
              <w:t>20252221706</w:t>
            </w:r>
          </w:p>
        </w:tc>
        <w:tc>
          <w:tcPr>
            <w:tcW w:type="dxa" w:w="1080"/>
          </w:tcPr>
          <w:p>
            <w:r>
              <w:t>任卓璇</w:t>
            </w:r>
          </w:p>
        </w:tc>
        <w:tc>
          <w:tcPr>
            <w:tcW w:type="dxa" w:w="1080"/>
          </w:tcPr>
          <w:p>
            <w:r>
              <w:t>20252228191</w:t>
            </w:r>
          </w:p>
        </w:tc>
        <w:tc>
          <w:tcPr>
            <w:tcW w:type="dxa" w:w="1080"/>
          </w:tcPr>
          <w:p>
            <w:r>
              <w:t>尹玉婷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