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关于公布外国语学院2023年全国优秀大学生夏令营暨2024级推免预选拔入选名单的通知</w:t>
      </w:r>
    </w:p>
    <w:p>
      <w:r>
        <w:t>经过对各位申报信息的审核，现已初步确定我院2023年夏令营入选名单（详见文末附表）。现就有关事项通知如下：</w:t>
      </w:r>
    </w:p>
    <w:p>
      <w:r>
        <w:t>一、系统确认</w:t>
      </w:r>
    </w:p>
    <w:p>
      <w:r>
        <w:t>请入选者及时登录报名系统（http://gsas.seu.edu.cn），在系统中回复“确认参加”或“确认不参加”。未在规定时间内回复“确认参加”，将视为自动放弃（截止时间：2023年7月18日18:00）。</w:t>
      </w:r>
    </w:p>
    <w:p>
      <w:r>
        <w:t>我院本次夏令营活动仅面向申报外国语言学及应用语言学、英语语言文学的同学。我院预计将于2023年8月下旬至9月进行第二批推免预选拔（具体时间及安排将提前在学院网站发布），请未入选、未报名及申报其它专业的同学随时关注我院官网通知。</w:t>
      </w:r>
    </w:p>
    <w:p>
      <w:r>
        <w:t>二、活动安排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日期</w:t>
            </w:r>
          </w:p>
        </w:tc>
        <w:tc>
          <w:tcPr>
            <w:tcW w:type="dxa" w:w="2160"/>
          </w:tcPr>
          <w:p>
            <w:r>
              <w:t>时间</w:t>
            </w:r>
          </w:p>
        </w:tc>
        <w:tc>
          <w:tcPr>
            <w:tcW w:type="dxa" w:w="2160"/>
          </w:tcPr>
          <w:p>
            <w:r>
              <w:t>活动内容</w:t>
            </w:r>
          </w:p>
        </w:tc>
        <w:tc>
          <w:tcPr>
            <w:tcW w:type="dxa" w:w="2160"/>
          </w:tcPr>
          <w:p>
            <w:r>
              <w:t>形式</w:t>
            </w:r>
          </w:p>
        </w:tc>
      </w:tr>
      <w:tr>
        <w:tc>
          <w:tcPr>
            <w:tcW w:type="dxa" w:w="2160"/>
          </w:tcPr>
          <w:p>
            <w:r>
              <w:t>2023年7月20日</w:t>
            </w:r>
          </w:p>
        </w:tc>
        <w:tc>
          <w:tcPr>
            <w:tcW w:type="dxa" w:w="2160"/>
          </w:tcPr>
          <w:p>
            <w:r>
              <w:t>7:40-8:00</w:t>
            </w:r>
          </w:p>
        </w:tc>
        <w:tc>
          <w:tcPr>
            <w:tcW w:type="dxa" w:w="2160"/>
          </w:tcPr>
          <w:p>
            <w:r>
              <w:t>报到</w:t>
            </w:r>
          </w:p>
        </w:tc>
        <w:tc>
          <w:tcPr>
            <w:tcW w:type="dxa" w:w="2160"/>
          </w:tcPr>
          <w:p>
            <w:r>
              <w:t>形式：线下地点：东南大学九龙湖校区，具体地点后续通知食宿安排：提供当日午餐，住宿自理</w:t>
            </w:r>
          </w:p>
        </w:tc>
      </w:tr>
      <w:tr>
        <w:tc>
          <w:tcPr>
            <w:tcW w:type="dxa" w:w="2160"/>
          </w:tcPr>
          <w:p>
            <w:r>
              <w:t>8:00-9:00</w:t>
            </w:r>
          </w:p>
        </w:tc>
        <w:tc>
          <w:tcPr>
            <w:tcW w:type="dxa" w:w="2160"/>
          </w:tcPr>
          <w:p>
            <w:r>
              <w:t>开营式（含学院介绍、师兄师姐经历分享等）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9:10-11:10</w:t>
            </w:r>
          </w:p>
        </w:tc>
        <w:tc>
          <w:tcPr>
            <w:tcW w:type="dxa" w:w="2160"/>
          </w:tcPr>
          <w:p>
            <w:r>
              <w:t>笔试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11:20-12:20</w:t>
            </w:r>
          </w:p>
        </w:tc>
        <w:tc>
          <w:tcPr>
            <w:tcW w:type="dxa" w:w="2160"/>
          </w:tcPr>
          <w:p>
            <w:r>
              <w:t>午餐和学院参观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12:40开始</w:t>
            </w:r>
          </w:p>
        </w:tc>
        <w:tc>
          <w:tcPr>
            <w:tcW w:type="dxa" w:w="2160"/>
          </w:tcPr>
          <w:p>
            <w:r>
              <w:t>面试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三、咨询联系方式</w:t>
      </w:r>
    </w:p>
    <w:p>
      <w:r>
        <w:t>联系人：戴老师咨询电话：025-52090812</w:t>
      </w:r>
    </w:p>
    <w:p>
      <w:r>
        <w:t>咨询邮箱：ddwy017@126.com</w:t>
      </w:r>
    </w:p>
    <w:p>
      <w:r>
        <w:t>四、入选者名单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</w:tr>
      <w:tr>
        <w:tc>
          <w:tcPr>
            <w:tcW w:type="dxa" w:w="1080"/>
          </w:tcPr>
          <w:p>
            <w:r>
              <w:t>20242200804</w:t>
            </w:r>
          </w:p>
        </w:tc>
        <w:tc>
          <w:tcPr>
            <w:tcW w:type="dxa" w:w="1080"/>
          </w:tcPr>
          <w:p>
            <w:r>
              <w:t>赵金宇</w:t>
            </w:r>
          </w:p>
        </w:tc>
        <w:tc>
          <w:tcPr>
            <w:tcW w:type="dxa" w:w="1080"/>
          </w:tcPr>
          <w:p>
            <w:r>
              <w:t>20242208005</w:t>
            </w:r>
          </w:p>
        </w:tc>
        <w:tc>
          <w:tcPr>
            <w:tcW w:type="dxa" w:w="1080"/>
          </w:tcPr>
          <w:p>
            <w:r>
              <w:t>姚月红</w:t>
            </w:r>
          </w:p>
        </w:tc>
        <w:tc>
          <w:tcPr>
            <w:tcW w:type="dxa" w:w="1080"/>
          </w:tcPr>
          <w:p>
            <w:r>
              <w:t>20242212682</w:t>
            </w:r>
          </w:p>
        </w:tc>
        <w:tc>
          <w:tcPr>
            <w:tcW w:type="dxa" w:w="1080"/>
          </w:tcPr>
          <w:p>
            <w:r>
              <w:t>陈霄蕊</w:t>
            </w:r>
          </w:p>
        </w:tc>
        <w:tc>
          <w:tcPr>
            <w:tcW w:type="dxa" w:w="1080"/>
          </w:tcPr>
          <w:p>
            <w:r>
              <w:t>20242218313</w:t>
            </w:r>
          </w:p>
        </w:tc>
        <w:tc>
          <w:tcPr>
            <w:tcW w:type="dxa" w:w="1080"/>
          </w:tcPr>
          <w:p>
            <w:r>
              <w:t>苏露</w:t>
            </w:r>
          </w:p>
        </w:tc>
      </w:tr>
      <w:tr>
        <w:tc>
          <w:tcPr>
            <w:tcW w:type="dxa" w:w="1080"/>
          </w:tcPr>
          <w:p>
            <w:r>
              <w:t>20242201015</w:t>
            </w:r>
          </w:p>
        </w:tc>
        <w:tc>
          <w:tcPr>
            <w:tcW w:type="dxa" w:w="1080"/>
          </w:tcPr>
          <w:p>
            <w:r>
              <w:t>潘梦晨</w:t>
            </w:r>
          </w:p>
        </w:tc>
        <w:tc>
          <w:tcPr>
            <w:tcW w:type="dxa" w:w="1080"/>
          </w:tcPr>
          <w:p>
            <w:r>
              <w:t>20242208014</w:t>
            </w:r>
          </w:p>
        </w:tc>
        <w:tc>
          <w:tcPr>
            <w:tcW w:type="dxa" w:w="1080"/>
          </w:tcPr>
          <w:p>
            <w:r>
              <w:t>盛笑凡</w:t>
            </w:r>
          </w:p>
        </w:tc>
        <w:tc>
          <w:tcPr>
            <w:tcW w:type="dxa" w:w="1080"/>
          </w:tcPr>
          <w:p>
            <w:r>
              <w:t>20242212796</w:t>
            </w:r>
          </w:p>
        </w:tc>
        <w:tc>
          <w:tcPr>
            <w:tcW w:type="dxa" w:w="1080"/>
          </w:tcPr>
          <w:p>
            <w:r>
              <w:t>刘青</w:t>
            </w:r>
          </w:p>
        </w:tc>
        <w:tc>
          <w:tcPr>
            <w:tcW w:type="dxa" w:w="1080"/>
          </w:tcPr>
          <w:p>
            <w:r>
              <w:t>20242218563</w:t>
            </w:r>
          </w:p>
        </w:tc>
        <w:tc>
          <w:tcPr>
            <w:tcW w:type="dxa" w:w="1080"/>
          </w:tcPr>
          <w:p>
            <w:r>
              <w:t>陈书缘</w:t>
            </w:r>
          </w:p>
        </w:tc>
      </w:tr>
      <w:tr>
        <w:tc>
          <w:tcPr>
            <w:tcW w:type="dxa" w:w="1080"/>
          </w:tcPr>
          <w:p>
            <w:r>
              <w:t>20242201031</w:t>
            </w:r>
          </w:p>
        </w:tc>
        <w:tc>
          <w:tcPr>
            <w:tcW w:type="dxa" w:w="1080"/>
          </w:tcPr>
          <w:p>
            <w:r>
              <w:t>严瑞希</w:t>
            </w:r>
          </w:p>
        </w:tc>
        <w:tc>
          <w:tcPr>
            <w:tcW w:type="dxa" w:w="1080"/>
          </w:tcPr>
          <w:p>
            <w:r>
              <w:t>20242208227</w:t>
            </w:r>
          </w:p>
        </w:tc>
        <w:tc>
          <w:tcPr>
            <w:tcW w:type="dxa" w:w="1080"/>
          </w:tcPr>
          <w:p>
            <w:r>
              <w:t>孙晴</w:t>
            </w:r>
          </w:p>
        </w:tc>
        <w:tc>
          <w:tcPr>
            <w:tcW w:type="dxa" w:w="1080"/>
          </w:tcPr>
          <w:p>
            <w:r>
              <w:t>20242212970</w:t>
            </w:r>
          </w:p>
        </w:tc>
        <w:tc>
          <w:tcPr>
            <w:tcW w:type="dxa" w:w="1080"/>
          </w:tcPr>
          <w:p>
            <w:r>
              <w:t>操越</w:t>
            </w:r>
          </w:p>
        </w:tc>
        <w:tc>
          <w:tcPr>
            <w:tcW w:type="dxa" w:w="1080"/>
          </w:tcPr>
          <w:p>
            <w:r>
              <w:t>20242218571</w:t>
            </w:r>
          </w:p>
        </w:tc>
        <w:tc>
          <w:tcPr>
            <w:tcW w:type="dxa" w:w="1080"/>
          </w:tcPr>
          <w:p>
            <w:r>
              <w:t>刘益聪</w:t>
            </w:r>
          </w:p>
        </w:tc>
      </w:tr>
      <w:tr>
        <w:tc>
          <w:tcPr>
            <w:tcW w:type="dxa" w:w="1080"/>
          </w:tcPr>
          <w:p>
            <w:r>
              <w:t>20242201798</w:t>
            </w:r>
          </w:p>
        </w:tc>
        <w:tc>
          <w:tcPr>
            <w:tcW w:type="dxa" w:w="1080"/>
          </w:tcPr>
          <w:p>
            <w:r>
              <w:t>赵圆梦</w:t>
            </w:r>
          </w:p>
        </w:tc>
        <w:tc>
          <w:tcPr>
            <w:tcW w:type="dxa" w:w="1080"/>
          </w:tcPr>
          <w:p>
            <w:r>
              <w:t>20242208695</w:t>
            </w:r>
          </w:p>
        </w:tc>
        <w:tc>
          <w:tcPr>
            <w:tcW w:type="dxa" w:w="1080"/>
          </w:tcPr>
          <w:p>
            <w:r>
              <w:t>关学谦</w:t>
            </w:r>
          </w:p>
        </w:tc>
        <w:tc>
          <w:tcPr>
            <w:tcW w:type="dxa" w:w="1080"/>
          </w:tcPr>
          <w:p>
            <w:r>
              <w:t>20242213021</w:t>
            </w:r>
          </w:p>
        </w:tc>
        <w:tc>
          <w:tcPr>
            <w:tcW w:type="dxa" w:w="1080"/>
          </w:tcPr>
          <w:p>
            <w:r>
              <w:t>汤梓童</w:t>
            </w:r>
          </w:p>
        </w:tc>
        <w:tc>
          <w:tcPr>
            <w:tcW w:type="dxa" w:w="1080"/>
          </w:tcPr>
          <w:p>
            <w:r>
              <w:t>20242218589</w:t>
            </w:r>
          </w:p>
        </w:tc>
        <w:tc>
          <w:tcPr>
            <w:tcW w:type="dxa" w:w="1080"/>
          </w:tcPr>
          <w:p>
            <w:r>
              <w:t>李丁依</w:t>
            </w:r>
          </w:p>
        </w:tc>
      </w:tr>
      <w:tr>
        <w:tc>
          <w:tcPr>
            <w:tcW w:type="dxa" w:w="1080"/>
          </w:tcPr>
          <w:p>
            <w:r>
              <w:t>20242202238</w:t>
            </w:r>
          </w:p>
        </w:tc>
        <w:tc>
          <w:tcPr>
            <w:tcW w:type="dxa" w:w="1080"/>
          </w:tcPr>
          <w:p>
            <w:r>
              <w:t>李金蔚</w:t>
            </w:r>
          </w:p>
        </w:tc>
        <w:tc>
          <w:tcPr>
            <w:tcW w:type="dxa" w:w="1080"/>
          </w:tcPr>
          <w:p>
            <w:r>
              <w:t>20242208704</w:t>
            </w:r>
          </w:p>
        </w:tc>
        <w:tc>
          <w:tcPr>
            <w:tcW w:type="dxa" w:w="1080"/>
          </w:tcPr>
          <w:p>
            <w:r>
              <w:t>吴亚霓</w:t>
            </w:r>
          </w:p>
        </w:tc>
        <w:tc>
          <w:tcPr>
            <w:tcW w:type="dxa" w:w="1080"/>
          </w:tcPr>
          <w:p>
            <w:r>
              <w:t>20242213457</w:t>
            </w:r>
          </w:p>
        </w:tc>
        <w:tc>
          <w:tcPr>
            <w:tcW w:type="dxa" w:w="1080"/>
          </w:tcPr>
          <w:p>
            <w:r>
              <w:t>周希</w:t>
            </w:r>
          </w:p>
        </w:tc>
        <w:tc>
          <w:tcPr>
            <w:tcW w:type="dxa" w:w="1080"/>
          </w:tcPr>
          <w:p>
            <w:r>
              <w:t>20242218983</w:t>
            </w:r>
          </w:p>
        </w:tc>
        <w:tc>
          <w:tcPr>
            <w:tcW w:type="dxa" w:w="1080"/>
          </w:tcPr>
          <w:p>
            <w:r>
              <w:t>周静</w:t>
            </w:r>
          </w:p>
        </w:tc>
      </w:tr>
      <w:tr>
        <w:tc>
          <w:tcPr>
            <w:tcW w:type="dxa" w:w="1080"/>
          </w:tcPr>
          <w:p>
            <w:r>
              <w:t>20242202783</w:t>
            </w:r>
          </w:p>
        </w:tc>
        <w:tc>
          <w:tcPr>
            <w:tcW w:type="dxa" w:w="1080"/>
          </w:tcPr>
          <w:p>
            <w:r>
              <w:t>赵滢</w:t>
            </w:r>
          </w:p>
        </w:tc>
        <w:tc>
          <w:tcPr>
            <w:tcW w:type="dxa" w:w="1080"/>
          </w:tcPr>
          <w:p>
            <w:r>
              <w:t>20242208720</w:t>
            </w:r>
          </w:p>
        </w:tc>
        <w:tc>
          <w:tcPr>
            <w:tcW w:type="dxa" w:w="1080"/>
          </w:tcPr>
          <w:p>
            <w:r>
              <w:t>徐冉</w:t>
            </w:r>
          </w:p>
        </w:tc>
        <w:tc>
          <w:tcPr>
            <w:tcW w:type="dxa" w:w="1080"/>
          </w:tcPr>
          <w:p>
            <w:r>
              <w:t>20242213815</w:t>
            </w:r>
          </w:p>
        </w:tc>
        <w:tc>
          <w:tcPr>
            <w:tcW w:type="dxa" w:w="1080"/>
          </w:tcPr>
          <w:p>
            <w:r>
              <w:t>王艳芳</w:t>
            </w:r>
          </w:p>
        </w:tc>
        <w:tc>
          <w:tcPr>
            <w:tcW w:type="dxa" w:w="1080"/>
          </w:tcPr>
          <w:p>
            <w:r>
              <w:t>20242219209</w:t>
            </w:r>
          </w:p>
        </w:tc>
        <w:tc>
          <w:tcPr>
            <w:tcW w:type="dxa" w:w="1080"/>
          </w:tcPr>
          <w:p>
            <w:r>
              <w:t>张朱琳</w:t>
            </w:r>
          </w:p>
        </w:tc>
      </w:tr>
      <w:tr>
        <w:tc>
          <w:tcPr>
            <w:tcW w:type="dxa" w:w="1080"/>
          </w:tcPr>
          <w:p>
            <w:r>
              <w:t>20242205111</w:t>
            </w:r>
          </w:p>
        </w:tc>
        <w:tc>
          <w:tcPr>
            <w:tcW w:type="dxa" w:w="1080"/>
          </w:tcPr>
          <w:p>
            <w:r>
              <w:t>李雨琪</w:t>
            </w:r>
          </w:p>
        </w:tc>
        <w:tc>
          <w:tcPr>
            <w:tcW w:type="dxa" w:w="1080"/>
          </w:tcPr>
          <w:p>
            <w:r>
              <w:t>20242208762</w:t>
            </w:r>
          </w:p>
        </w:tc>
        <w:tc>
          <w:tcPr>
            <w:tcW w:type="dxa" w:w="1080"/>
          </w:tcPr>
          <w:p>
            <w:r>
              <w:t>万桂君</w:t>
            </w:r>
          </w:p>
        </w:tc>
        <w:tc>
          <w:tcPr>
            <w:tcW w:type="dxa" w:w="1080"/>
          </w:tcPr>
          <w:p>
            <w:r>
              <w:t>20242214035</w:t>
            </w:r>
          </w:p>
        </w:tc>
        <w:tc>
          <w:tcPr>
            <w:tcW w:type="dxa" w:w="1080"/>
          </w:tcPr>
          <w:p>
            <w:r>
              <w:t>黎若筠</w:t>
            </w:r>
          </w:p>
        </w:tc>
        <w:tc>
          <w:tcPr>
            <w:tcW w:type="dxa" w:w="1080"/>
          </w:tcPr>
          <w:p>
            <w:r>
              <w:t>20242219221</w:t>
            </w:r>
          </w:p>
        </w:tc>
        <w:tc>
          <w:tcPr>
            <w:tcW w:type="dxa" w:w="1080"/>
          </w:tcPr>
          <w:p>
            <w:r>
              <w:t>赫雨萌</w:t>
            </w:r>
          </w:p>
        </w:tc>
      </w:tr>
      <w:tr>
        <w:tc>
          <w:tcPr>
            <w:tcW w:type="dxa" w:w="1080"/>
          </w:tcPr>
          <w:p>
            <w:r>
              <w:t>20242205922</w:t>
            </w:r>
          </w:p>
        </w:tc>
        <w:tc>
          <w:tcPr>
            <w:tcW w:type="dxa" w:w="1080"/>
          </w:tcPr>
          <w:p>
            <w:r>
              <w:t>朱照轩</w:t>
            </w:r>
          </w:p>
        </w:tc>
        <w:tc>
          <w:tcPr>
            <w:tcW w:type="dxa" w:w="1080"/>
          </w:tcPr>
          <w:p>
            <w:r>
              <w:t>20242208994</w:t>
            </w:r>
          </w:p>
        </w:tc>
        <w:tc>
          <w:tcPr>
            <w:tcW w:type="dxa" w:w="1080"/>
          </w:tcPr>
          <w:p>
            <w:r>
              <w:t>施顺盈</w:t>
            </w:r>
          </w:p>
        </w:tc>
        <w:tc>
          <w:tcPr>
            <w:tcW w:type="dxa" w:w="1080"/>
          </w:tcPr>
          <w:p>
            <w:r>
              <w:t>20242214273</w:t>
            </w:r>
          </w:p>
        </w:tc>
        <w:tc>
          <w:tcPr>
            <w:tcW w:type="dxa" w:w="1080"/>
          </w:tcPr>
          <w:p>
            <w:r>
              <w:t>徐思雨</w:t>
            </w:r>
          </w:p>
        </w:tc>
        <w:tc>
          <w:tcPr>
            <w:tcW w:type="dxa" w:w="1080"/>
          </w:tcPr>
          <w:p>
            <w:r>
              <w:t>20242219493</w:t>
            </w:r>
          </w:p>
        </w:tc>
        <w:tc>
          <w:tcPr>
            <w:tcW w:type="dxa" w:w="1080"/>
          </w:tcPr>
          <w:p>
            <w:r>
              <w:t>闫峰</w:t>
            </w:r>
          </w:p>
        </w:tc>
      </w:tr>
      <w:tr>
        <w:tc>
          <w:tcPr>
            <w:tcW w:type="dxa" w:w="1080"/>
          </w:tcPr>
          <w:p>
            <w:r>
              <w:t>20242205952</w:t>
            </w:r>
          </w:p>
        </w:tc>
        <w:tc>
          <w:tcPr>
            <w:tcW w:type="dxa" w:w="1080"/>
          </w:tcPr>
          <w:p>
            <w:r>
              <w:t>龚语童</w:t>
            </w:r>
          </w:p>
        </w:tc>
        <w:tc>
          <w:tcPr>
            <w:tcW w:type="dxa" w:w="1080"/>
          </w:tcPr>
          <w:p>
            <w:r>
              <w:t>20242209118</w:t>
            </w:r>
          </w:p>
        </w:tc>
        <w:tc>
          <w:tcPr>
            <w:tcW w:type="dxa" w:w="1080"/>
          </w:tcPr>
          <w:p>
            <w:r>
              <w:t>杨鸿飞</w:t>
            </w:r>
          </w:p>
        </w:tc>
        <w:tc>
          <w:tcPr>
            <w:tcW w:type="dxa" w:w="1080"/>
          </w:tcPr>
          <w:p>
            <w:r>
              <w:t>20242214308</w:t>
            </w:r>
          </w:p>
        </w:tc>
        <w:tc>
          <w:tcPr>
            <w:tcW w:type="dxa" w:w="1080"/>
          </w:tcPr>
          <w:p>
            <w:r>
              <w:t>张慧洁</w:t>
            </w:r>
          </w:p>
        </w:tc>
        <w:tc>
          <w:tcPr>
            <w:tcW w:type="dxa" w:w="1080"/>
          </w:tcPr>
          <w:p>
            <w:r>
              <w:t>20242219834</w:t>
            </w:r>
          </w:p>
        </w:tc>
        <w:tc>
          <w:tcPr>
            <w:tcW w:type="dxa" w:w="1080"/>
          </w:tcPr>
          <w:p>
            <w:r>
              <w:t>蔡宇睿</w:t>
            </w:r>
          </w:p>
        </w:tc>
      </w:tr>
      <w:tr>
        <w:tc>
          <w:tcPr>
            <w:tcW w:type="dxa" w:w="1080"/>
          </w:tcPr>
          <w:p>
            <w:r>
              <w:t>20242205995</w:t>
            </w:r>
          </w:p>
        </w:tc>
        <w:tc>
          <w:tcPr>
            <w:tcW w:type="dxa" w:w="1080"/>
          </w:tcPr>
          <w:p>
            <w:r>
              <w:t>姜楠</w:t>
            </w:r>
          </w:p>
        </w:tc>
        <w:tc>
          <w:tcPr>
            <w:tcW w:type="dxa" w:w="1080"/>
          </w:tcPr>
          <w:p>
            <w:r>
              <w:t>20242209138</w:t>
            </w:r>
          </w:p>
        </w:tc>
        <w:tc>
          <w:tcPr>
            <w:tcW w:type="dxa" w:w="1080"/>
          </w:tcPr>
          <w:p>
            <w:r>
              <w:t>王婧雯</w:t>
            </w:r>
          </w:p>
        </w:tc>
        <w:tc>
          <w:tcPr>
            <w:tcW w:type="dxa" w:w="1080"/>
          </w:tcPr>
          <w:p>
            <w:r>
              <w:t>20242214389</w:t>
            </w:r>
          </w:p>
        </w:tc>
        <w:tc>
          <w:tcPr>
            <w:tcW w:type="dxa" w:w="1080"/>
          </w:tcPr>
          <w:p>
            <w:r>
              <w:t>李享</w:t>
            </w:r>
          </w:p>
        </w:tc>
        <w:tc>
          <w:tcPr>
            <w:tcW w:type="dxa" w:w="1080"/>
          </w:tcPr>
          <w:p>
            <w:r>
              <w:t>20242219931</w:t>
            </w:r>
          </w:p>
        </w:tc>
        <w:tc>
          <w:tcPr>
            <w:tcW w:type="dxa" w:w="1080"/>
          </w:tcPr>
          <w:p>
            <w:r>
              <w:t>孙诗雨</w:t>
            </w:r>
          </w:p>
        </w:tc>
      </w:tr>
      <w:tr>
        <w:tc>
          <w:tcPr>
            <w:tcW w:type="dxa" w:w="1080"/>
          </w:tcPr>
          <w:p>
            <w:r>
              <w:t>20242206073</w:t>
            </w:r>
          </w:p>
        </w:tc>
        <w:tc>
          <w:tcPr>
            <w:tcW w:type="dxa" w:w="1080"/>
          </w:tcPr>
          <w:p>
            <w:r>
              <w:t>施怡慧</w:t>
            </w:r>
          </w:p>
        </w:tc>
        <w:tc>
          <w:tcPr>
            <w:tcW w:type="dxa" w:w="1080"/>
          </w:tcPr>
          <w:p>
            <w:r>
              <w:t>20242209147</w:t>
            </w:r>
          </w:p>
        </w:tc>
        <w:tc>
          <w:tcPr>
            <w:tcW w:type="dxa" w:w="1080"/>
          </w:tcPr>
          <w:p>
            <w:r>
              <w:t>陈泽伟</w:t>
            </w:r>
          </w:p>
        </w:tc>
        <w:tc>
          <w:tcPr>
            <w:tcW w:type="dxa" w:w="1080"/>
          </w:tcPr>
          <w:p>
            <w:r>
              <w:t>20242215750</w:t>
            </w:r>
          </w:p>
        </w:tc>
        <w:tc>
          <w:tcPr>
            <w:tcW w:type="dxa" w:w="1080"/>
          </w:tcPr>
          <w:p>
            <w:r>
              <w:t>苏北</w:t>
            </w:r>
          </w:p>
        </w:tc>
        <w:tc>
          <w:tcPr>
            <w:tcW w:type="dxa" w:w="1080"/>
          </w:tcPr>
          <w:p>
            <w:r>
              <w:t>20242220154</w:t>
            </w:r>
          </w:p>
        </w:tc>
        <w:tc>
          <w:tcPr>
            <w:tcW w:type="dxa" w:w="1080"/>
          </w:tcPr>
          <w:p>
            <w:r>
              <w:t>梅嘉琪</w:t>
            </w:r>
          </w:p>
        </w:tc>
      </w:tr>
      <w:tr>
        <w:tc>
          <w:tcPr>
            <w:tcW w:type="dxa" w:w="1080"/>
          </w:tcPr>
          <w:p>
            <w:r>
              <w:t>20242206152</w:t>
            </w:r>
          </w:p>
        </w:tc>
        <w:tc>
          <w:tcPr>
            <w:tcW w:type="dxa" w:w="1080"/>
          </w:tcPr>
          <w:p>
            <w:r>
              <w:t>陆诗慧</w:t>
            </w:r>
          </w:p>
        </w:tc>
        <w:tc>
          <w:tcPr>
            <w:tcW w:type="dxa" w:w="1080"/>
          </w:tcPr>
          <w:p>
            <w:r>
              <w:t>20242209154</w:t>
            </w:r>
          </w:p>
        </w:tc>
        <w:tc>
          <w:tcPr>
            <w:tcW w:type="dxa" w:w="1080"/>
          </w:tcPr>
          <w:p>
            <w:r>
              <w:t>余贝茜</w:t>
            </w:r>
          </w:p>
        </w:tc>
        <w:tc>
          <w:tcPr>
            <w:tcW w:type="dxa" w:w="1080"/>
          </w:tcPr>
          <w:p>
            <w:r>
              <w:t>20242215902</w:t>
            </w:r>
          </w:p>
        </w:tc>
        <w:tc>
          <w:tcPr>
            <w:tcW w:type="dxa" w:w="1080"/>
          </w:tcPr>
          <w:p>
            <w:r>
              <w:t>王佳</w:t>
            </w:r>
          </w:p>
        </w:tc>
        <w:tc>
          <w:tcPr>
            <w:tcW w:type="dxa" w:w="1080"/>
          </w:tcPr>
          <w:p>
            <w:r>
              <w:t>20242220189</w:t>
            </w:r>
          </w:p>
        </w:tc>
        <w:tc>
          <w:tcPr>
            <w:tcW w:type="dxa" w:w="1080"/>
          </w:tcPr>
          <w:p>
            <w:r>
              <w:t>高雨欣</w:t>
            </w:r>
          </w:p>
        </w:tc>
      </w:tr>
      <w:tr>
        <w:tc>
          <w:tcPr>
            <w:tcW w:type="dxa" w:w="1080"/>
          </w:tcPr>
          <w:p>
            <w:r>
              <w:t>20242206572</w:t>
            </w:r>
          </w:p>
        </w:tc>
        <w:tc>
          <w:tcPr>
            <w:tcW w:type="dxa" w:w="1080"/>
          </w:tcPr>
          <w:p>
            <w:r>
              <w:t>庄莹</w:t>
            </w:r>
          </w:p>
        </w:tc>
        <w:tc>
          <w:tcPr>
            <w:tcW w:type="dxa" w:w="1080"/>
          </w:tcPr>
          <w:p>
            <w:r>
              <w:t>20242209350</w:t>
            </w:r>
          </w:p>
        </w:tc>
        <w:tc>
          <w:tcPr>
            <w:tcW w:type="dxa" w:w="1080"/>
          </w:tcPr>
          <w:p>
            <w:r>
              <w:t>张钰婉</w:t>
            </w:r>
          </w:p>
        </w:tc>
        <w:tc>
          <w:tcPr>
            <w:tcW w:type="dxa" w:w="1080"/>
          </w:tcPr>
          <w:p>
            <w:r>
              <w:t>20242216383</w:t>
            </w:r>
          </w:p>
        </w:tc>
        <w:tc>
          <w:tcPr>
            <w:tcW w:type="dxa" w:w="1080"/>
          </w:tcPr>
          <w:p>
            <w:r>
              <w:t>徐佳越</w:t>
            </w:r>
          </w:p>
        </w:tc>
        <w:tc>
          <w:tcPr>
            <w:tcW w:type="dxa" w:w="1080"/>
          </w:tcPr>
          <w:p>
            <w:r>
              <w:t>20242220579</w:t>
            </w:r>
          </w:p>
        </w:tc>
        <w:tc>
          <w:tcPr>
            <w:tcW w:type="dxa" w:w="1080"/>
          </w:tcPr>
          <w:p>
            <w:r>
              <w:t>张情</w:t>
            </w:r>
          </w:p>
        </w:tc>
      </w:tr>
      <w:tr>
        <w:tc>
          <w:tcPr>
            <w:tcW w:type="dxa" w:w="1080"/>
          </w:tcPr>
          <w:p>
            <w:r>
              <w:t>20242206600</w:t>
            </w:r>
          </w:p>
        </w:tc>
        <w:tc>
          <w:tcPr>
            <w:tcW w:type="dxa" w:w="1080"/>
          </w:tcPr>
          <w:p>
            <w:r>
              <w:t>卢云婷</w:t>
            </w:r>
          </w:p>
        </w:tc>
        <w:tc>
          <w:tcPr>
            <w:tcW w:type="dxa" w:w="1080"/>
          </w:tcPr>
          <w:p>
            <w:r>
              <w:t>20242209744</w:t>
            </w:r>
          </w:p>
        </w:tc>
        <w:tc>
          <w:tcPr>
            <w:tcW w:type="dxa" w:w="1080"/>
          </w:tcPr>
          <w:p>
            <w:r>
              <w:t>王雨璐</w:t>
            </w:r>
          </w:p>
        </w:tc>
        <w:tc>
          <w:tcPr>
            <w:tcW w:type="dxa" w:w="1080"/>
          </w:tcPr>
          <w:p>
            <w:r>
              <w:t>20242216533</w:t>
            </w:r>
          </w:p>
        </w:tc>
        <w:tc>
          <w:tcPr>
            <w:tcW w:type="dxa" w:w="1080"/>
          </w:tcPr>
          <w:p>
            <w:r>
              <w:t>范瑞哲</w:t>
            </w:r>
          </w:p>
        </w:tc>
        <w:tc>
          <w:tcPr>
            <w:tcW w:type="dxa" w:w="1080"/>
          </w:tcPr>
          <w:p>
            <w:r>
              <w:t>20242220620</w:t>
            </w:r>
          </w:p>
        </w:tc>
        <w:tc>
          <w:tcPr>
            <w:tcW w:type="dxa" w:w="1080"/>
          </w:tcPr>
          <w:p>
            <w:r>
              <w:t>王琬玥</w:t>
            </w:r>
          </w:p>
        </w:tc>
      </w:tr>
      <w:tr>
        <w:tc>
          <w:tcPr>
            <w:tcW w:type="dxa" w:w="1080"/>
          </w:tcPr>
          <w:p>
            <w:r>
              <w:t>20242206622</w:t>
            </w:r>
          </w:p>
        </w:tc>
        <w:tc>
          <w:tcPr>
            <w:tcW w:type="dxa" w:w="1080"/>
          </w:tcPr>
          <w:p>
            <w:r>
              <w:t>王佳佳</w:t>
            </w:r>
          </w:p>
        </w:tc>
        <w:tc>
          <w:tcPr>
            <w:tcW w:type="dxa" w:w="1080"/>
          </w:tcPr>
          <w:p>
            <w:r>
              <w:t>20242210135</w:t>
            </w:r>
          </w:p>
        </w:tc>
        <w:tc>
          <w:tcPr>
            <w:tcW w:type="dxa" w:w="1080"/>
          </w:tcPr>
          <w:p>
            <w:r>
              <w:t>张琦</w:t>
            </w:r>
          </w:p>
        </w:tc>
        <w:tc>
          <w:tcPr>
            <w:tcW w:type="dxa" w:w="1080"/>
          </w:tcPr>
          <w:p>
            <w:r>
              <w:t>20242216738</w:t>
            </w:r>
          </w:p>
        </w:tc>
        <w:tc>
          <w:tcPr>
            <w:tcW w:type="dxa" w:w="1080"/>
          </w:tcPr>
          <w:p>
            <w:r>
              <w:t>唐子璇</w:t>
            </w:r>
          </w:p>
        </w:tc>
        <w:tc>
          <w:tcPr>
            <w:tcW w:type="dxa" w:w="1080"/>
          </w:tcPr>
          <w:p>
            <w:r>
              <w:t>20242220771</w:t>
            </w:r>
          </w:p>
        </w:tc>
        <w:tc>
          <w:tcPr>
            <w:tcW w:type="dxa" w:w="1080"/>
          </w:tcPr>
          <w:p>
            <w:r>
              <w:t>钱可鸣</w:t>
            </w:r>
          </w:p>
        </w:tc>
      </w:tr>
      <w:tr>
        <w:tc>
          <w:tcPr>
            <w:tcW w:type="dxa" w:w="1080"/>
          </w:tcPr>
          <w:p>
            <w:r>
              <w:t>20242206650</w:t>
            </w:r>
          </w:p>
        </w:tc>
        <w:tc>
          <w:tcPr>
            <w:tcW w:type="dxa" w:w="1080"/>
          </w:tcPr>
          <w:p>
            <w:r>
              <w:t>曹星语</w:t>
            </w:r>
          </w:p>
        </w:tc>
        <w:tc>
          <w:tcPr>
            <w:tcW w:type="dxa" w:w="1080"/>
          </w:tcPr>
          <w:p>
            <w:r>
              <w:t>20242210165</w:t>
            </w:r>
          </w:p>
        </w:tc>
        <w:tc>
          <w:tcPr>
            <w:tcW w:type="dxa" w:w="1080"/>
          </w:tcPr>
          <w:p>
            <w:r>
              <w:t>陆滢瑾</w:t>
            </w:r>
          </w:p>
        </w:tc>
        <w:tc>
          <w:tcPr>
            <w:tcW w:type="dxa" w:w="1080"/>
          </w:tcPr>
          <w:p>
            <w:r>
              <w:t>20242216813</w:t>
            </w:r>
          </w:p>
        </w:tc>
        <w:tc>
          <w:tcPr>
            <w:tcW w:type="dxa" w:w="1080"/>
          </w:tcPr>
          <w:p>
            <w:r>
              <w:t>刘钰莹</w:t>
            </w:r>
          </w:p>
        </w:tc>
        <w:tc>
          <w:tcPr>
            <w:tcW w:type="dxa" w:w="1080"/>
          </w:tcPr>
          <w:p>
            <w:r>
              <w:t>20242220947</w:t>
            </w:r>
          </w:p>
        </w:tc>
        <w:tc>
          <w:tcPr>
            <w:tcW w:type="dxa" w:w="1080"/>
          </w:tcPr>
          <w:p>
            <w:r>
              <w:t>于宗驹</w:t>
            </w:r>
          </w:p>
        </w:tc>
      </w:tr>
      <w:tr>
        <w:tc>
          <w:tcPr>
            <w:tcW w:type="dxa" w:w="1080"/>
          </w:tcPr>
          <w:p>
            <w:r>
              <w:t>20242206663</w:t>
            </w:r>
          </w:p>
        </w:tc>
        <w:tc>
          <w:tcPr>
            <w:tcW w:type="dxa" w:w="1080"/>
          </w:tcPr>
          <w:p>
            <w:r>
              <w:t>刘少杰</w:t>
            </w:r>
          </w:p>
        </w:tc>
        <w:tc>
          <w:tcPr>
            <w:tcW w:type="dxa" w:w="1080"/>
          </w:tcPr>
          <w:p>
            <w:r>
              <w:t>20242210513</w:t>
            </w:r>
          </w:p>
        </w:tc>
        <w:tc>
          <w:tcPr>
            <w:tcW w:type="dxa" w:w="1080"/>
          </w:tcPr>
          <w:p>
            <w:r>
              <w:t>马金戈</w:t>
            </w:r>
          </w:p>
        </w:tc>
        <w:tc>
          <w:tcPr>
            <w:tcW w:type="dxa" w:w="1080"/>
          </w:tcPr>
          <w:p>
            <w:r>
              <w:t>20242216886</w:t>
            </w:r>
          </w:p>
        </w:tc>
        <w:tc>
          <w:tcPr>
            <w:tcW w:type="dxa" w:w="1080"/>
          </w:tcPr>
          <w:p>
            <w:r>
              <w:t>郭懿葳</w:t>
            </w:r>
          </w:p>
        </w:tc>
        <w:tc>
          <w:tcPr>
            <w:tcW w:type="dxa" w:w="1080"/>
          </w:tcPr>
          <w:p>
            <w:r>
              <w:t>20242221437</w:t>
            </w:r>
          </w:p>
        </w:tc>
        <w:tc>
          <w:tcPr>
            <w:tcW w:type="dxa" w:w="1080"/>
          </w:tcPr>
          <w:p>
            <w:r>
              <w:t>丁小雅</w:t>
            </w:r>
          </w:p>
        </w:tc>
      </w:tr>
      <w:tr>
        <w:tc>
          <w:tcPr>
            <w:tcW w:type="dxa" w:w="1080"/>
          </w:tcPr>
          <w:p>
            <w:r>
              <w:t>20242206685</w:t>
            </w:r>
          </w:p>
        </w:tc>
        <w:tc>
          <w:tcPr>
            <w:tcW w:type="dxa" w:w="1080"/>
          </w:tcPr>
          <w:p>
            <w:r>
              <w:t>李瑾昊</w:t>
            </w:r>
          </w:p>
        </w:tc>
        <w:tc>
          <w:tcPr>
            <w:tcW w:type="dxa" w:w="1080"/>
          </w:tcPr>
          <w:p>
            <w:r>
              <w:t>20242210515</w:t>
            </w:r>
          </w:p>
        </w:tc>
        <w:tc>
          <w:tcPr>
            <w:tcW w:type="dxa" w:w="1080"/>
          </w:tcPr>
          <w:p>
            <w:r>
              <w:t>喻懿鑫</w:t>
            </w:r>
          </w:p>
        </w:tc>
        <w:tc>
          <w:tcPr>
            <w:tcW w:type="dxa" w:w="1080"/>
          </w:tcPr>
          <w:p>
            <w:r>
              <w:t>20242216923</w:t>
            </w:r>
          </w:p>
        </w:tc>
        <w:tc>
          <w:tcPr>
            <w:tcW w:type="dxa" w:w="1080"/>
          </w:tcPr>
          <w:p>
            <w:r>
              <w:t>吕武佳</w:t>
            </w:r>
          </w:p>
        </w:tc>
        <w:tc>
          <w:tcPr>
            <w:tcW w:type="dxa" w:w="1080"/>
          </w:tcPr>
          <w:p>
            <w:r>
              <w:t>20242221695</w:t>
            </w:r>
          </w:p>
        </w:tc>
        <w:tc>
          <w:tcPr>
            <w:tcW w:type="dxa" w:w="1080"/>
          </w:tcPr>
          <w:p>
            <w:r>
              <w:t>陆贵悦</w:t>
            </w:r>
          </w:p>
        </w:tc>
      </w:tr>
      <w:tr>
        <w:tc>
          <w:tcPr>
            <w:tcW w:type="dxa" w:w="1080"/>
          </w:tcPr>
          <w:p>
            <w:r>
              <w:t>20242206749</w:t>
            </w:r>
          </w:p>
        </w:tc>
        <w:tc>
          <w:tcPr>
            <w:tcW w:type="dxa" w:w="1080"/>
          </w:tcPr>
          <w:p>
            <w:r>
              <w:t>宋佳莉</w:t>
            </w:r>
          </w:p>
        </w:tc>
        <w:tc>
          <w:tcPr>
            <w:tcW w:type="dxa" w:w="1080"/>
          </w:tcPr>
          <w:p>
            <w:r>
              <w:t>20242210995</w:t>
            </w:r>
          </w:p>
        </w:tc>
        <w:tc>
          <w:tcPr>
            <w:tcW w:type="dxa" w:w="1080"/>
          </w:tcPr>
          <w:p>
            <w:r>
              <w:t>杨文婷</w:t>
            </w:r>
          </w:p>
        </w:tc>
        <w:tc>
          <w:tcPr>
            <w:tcW w:type="dxa" w:w="1080"/>
          </w:tcPr>
          <w:p>
            <w:r>
              <w:t>20242217134</w:t>
            </w:r>
          </w:p>
        </w:tc>
        <w:tc>
          <w:tcPr>
            <w:tcW w:type="dxa" w:w="1080"/>
          </w:tcPr>
          <w:p>
            <w:r>
              <w:t>沈诗南</w:t>
            </w:r>
          </w:p>
        </w:tc>
        <w:tc>
          <w:tcPr>
            <w:tcW w:type="dxa" w:w="1080"/>
          </w:tcPr>
          <w:p>
            <w:r>
              <w:t>20242221770</w:t>
            </w:r>
          </w:p>
        </w:tc>
        <w:tc>
          <w:tcPr>
            <w:tcW w:type="dxa" w:w="1080"/>
          </w:tcPr>
          <w:p>
            <w:r>
              <w:t>叶美伶</w:t>
            </w:r>
          </w:p>
        </w:tc>
      </w:tr>
      <w:tr>
        <w:tc>
          <w:tcPr>
            <w:tcW w:type="dxa" w:w="1080"/>
          </w:tcPr>
          <w:p>
            <w:r>
              <w:t>20242206846</w:t>
            </w:r>
          </w:p>
        </w:tc>
        <w:tc>
          <w:tcPr>
            <w:tcW w:type="dxa" w:w="1080"/>
          </w:tcPr>
          <w:p>
            <w:r>
              <w:t>刘晓萌</w:t>
            </w:r>
          </w:p>
        </w:tc>
        <w:tc>
          <w:tcPr>
            <w:tcW w:type="dxa" w:w="1080"/>
          </w:tcPr>
          <w:p>
            <w:r>
              <w:t>20242211149</w:t>
            </w:r>
          </w:p>
        </w:tc>
        <w:tc>
          <w:tcPr>
            <w:tcW w:type="dxa" w:w="1080"/>
          </w:tcPr>
          <w:p>
            <w:r>
              <w:t>曾婉</w:t>
            </w:r>
          </w:p>
        </w:tc>
        <w:tc>
          <w:tcPr>
            <w:tcW w:type="dxa" w:w="1080"/>
          </w:tcPr>
          <w:p>
            <w:r>
              <w:t>20242217160</w:t>
            </w:r>
          </w:p>
        </w:tc>
        <w:tc>
          <w:tcPr>
            <w:tcW w:type="dxa" w:w="1080"/>
          </w:tcPr>
          <w:p>
            <w:r>
              <w:t>朱昊</w:t>
            </w:r>
          </w:p>
        </w:tc>
        <w:tc>
          <w:tcPr>
            <w:tcW w:type="dxa" w:w="1080"/>
          </w:tcPr>
          <w:p>
            <w:r>
              <w:t>20242221849</w:t>
            </w:r>
          </w:p>
        </w:tc>
        <w:tc>
          <w:tcPr>
            <w:tcW w:type="dxa" w:w="1080"/>
          </w:tcPr>
          <w:p>
            <w:r>
              <w:t>赵瑾</w:t>
            </w:r>
          </w:p>
        </w:tc>
      </w:tr>
      <w:tr>
        <w:tc>
          <w:tcPr>
            <w:tcW w:type="dxa" w:w="1080"/>
          </w:tcPr>
          <w:p>
            <w:r>
              <w:t>20242206965</w:t>
            </w:r>
          </w:p>
        </w:tc>
        <w:tc>
          <w:tcPr>
            <w:tcW w:type="dxa" w:w="1080"/>
          </w:tcPr>
          <w:p>
            <w:r>
              <w:t>张静怡</w:t>
            </w:r>
          </w:p>
        </w:tc>
        <w:tc>
          <w:tcPr>
            <w:tcW w:type="dxa" w:w="1080"/>
          </w:tcPr>
          <w:p>
            <w:r>
              <w:t>20242211202</w:t>
            </w:r>
          </w:p>
        </w:tc>
        <w:tc>
          <w:tcPr>
            <w:tcW w:type="dxa" w:w="1080"/>
          </w:tcPr>
          <w:p>
            <w:r>
              <w:t>贾如</w:t>
            </w:r>
          </w:p>
        </w:tc>
        <w:tc>
          <w:tcPr>
            <w:tcW w:type="dxa" w:w="1080"/>
          </w:tcPr>
          <w:p>
            <w:r>
              <w:t>20242217163</w:t>
            </w:r>
          </w:p>
        </w:tc>
        <w:tc>
          <w:tcPr>
            <w:tcW w:type="dxa" w:w="1080"/>
          </w:tcPr>
          <w:p>
            <w:r>
              <w:t>孙择</w:t>
            </w:r>
          </w:p>
        </w:tc>
        <w:tc>
          <w:tcPr>
            <w:tcW w:type="dxa" w:w="1080"/>
          </w:tcPr>
          <w:p>
            <w:r>
              <w:t>20242221983</w:t>
            </w:r>
          </w:p>
        </w:tc>
        <w:tc>
          <w:tcPr>
            <w:tcW w:type="dxa" w:w="1080"/>
          </w:tcPr>
          <w:p>
            <w:r>
              <w:t>桑宇</w:t>
            </w:r>
          </w:p>
        </w:tc>
      </w:tr>
      <w:tr>
        <w:tc>
          <w:tcPr>
            <w:tcW w:type="dxa" w:w="1080"/>
          </w:tcPr>
          <w:p>
            <w:r>
              <w:t>20242207387</w:t>
            </w:r>
          </w:p>
        </w:tc>
        <w:tc>
          <w:tcPr>
            <w:tcW w:type="dxa" w:w="1080"/>
          </w:tcPr>
          <w:p>
            <w:r>
              <w:t>潘梦婷</w:t>
            </w:r>
          </w:p>
        </w:tc>
        <w:tc>
          <w:tcPr>
            <w:tcW w:type="dxa" w:w="1080"/>
          </w:tcPr>
          <w:p>
            <w:r>
              <w:t>20242211864</w:t>
            </w:r>
          </w:p>
        </w:tc>
        <w:tc>
          <w:tcPr>
            <w:tcW w:type="dxa" w:w="1080"/>
          </w:tcPr>
          <w:p>
            <w:r>
              <w:t>娄雨润</w:t>
            </w:r>
          </w:p>
        </w:tc>
        <w:tc>
          <w:tcPr>
            <w:tcW w:type="dxa" w:w="1080"/>
          </w:tcPr>
          <w:p>
            <w:r>
              <w:t>20242217315</w:t>
            </w:r>
          </w:p>
        </w:tc>
        <w:tc>
          <w:tcPr>
            <w:tcW w:type="dxa" w:w="1080"/>
          </w:tcPr>
          <w:p>
            <w:r>
              <w:t>苏嘉怡</w:t>
            </w:r>
          </w:p>
        </w:tc>
        <w:tc>
          <w:tcPr>
            <w:tcW w:type="dxa" w:w="1080"/>
          </w:tcPr>
          <w:p>
            <w:r>
              <w:t>20242222098</w:t>
            </w:r>
          </w:p>
        </w:tc>
        <w:tc>
          <w:tcPr>
            <w:tcW w:type="dxa" w:w="1080"/>
          </w:tcPr>
          <w:p>
            <w:r>
              <w:t>崔桓陌</w:t>
            </w:r>
          </w:p>
        </w:tc>
      </w:tr>
      <w:tr>
        <w:tc>
          <w:tcPr>
            <w:tcW w:type="dxa" w:w="1080"/>
          </w:tcPr>
          <w:p>
            <w:r>
              <w:t>20242207528</w:t>
            </w:r>
          </w:p>
        </w:tc>
        <w:tc>
          <w:tcPr>
            <w:tcW w:type="dxa" w:w="1080"/>
          </w:tcPr>
          <w:p>
            <w:r>
              <w:t>滕竞怿</w:t>
            </w:r>
          </w:p>
        </w:tc>
        <w:tc>
          <w:tcPr>
            <w:tcW w:type="dxa" w:w="1080"/>
          </w:tcPr>
          <w:p>
            <w:r>
              <w:t>20242211892</w:t>
            </w:r>
          </w:p>
        </w:tc>
        <w:tc>
          <w:tcPr>
            <w:tcW w:type="dxa" w:w="1080"/>
          </w:tcPr>
          <w:p>
            <w:r>
              <w:t>方楚怡</w:t>
            </w:r>
          </w:p>
        </w:tc>
        <w:tc>
          <w:tcPr>
            <w:tcW w:type="dxa" w:w="1080"/>
          </w:tcPr>
          <w:p>
            <w:r>
              <w:t>20242217510</w:t>
            </w:r>
          </w:p>
        </w:tc>
        <w:tc>
          <w:tcPr>
            <w:tcW w:type="dxa" w:w="1080"/>
          </w:tcPr>
          <w:p>
            <w:r>
              <w:t>袁润</w:t>
            </w:r>
          </w:p>
        </w:tc>
        <w:tc>
          <w:tcPr>
            <w:tcW w:type="dxa" w:w="1080"/>
          </w:tcPr>
          <w:p>
            <w:r>
              <w:t>20242222203</w:t>
            </w:r>
          </w:p>
        </w:tc>
        <w:tc>
          <w:tcPr>
            <w:tcW w:type="dxa" w:w="1080"/>
          </w:tcPr>
          <w:p>
            <w:r>
              <w:t>高一铭</w:t>
            </w:r>
          </w:p>
        </w:tc>
      </w:tr>
      <w:tr>
        <w:tc>
          <w:tcPr>
            <w:tcW w:type="dxa" w:w="1080"/>
          </w:tcPr>
          <w:p>
            <w:r>
              <w:t>20242207703</w:t>
            </w:r>
          </w:p>
        </w:tc>
        <w:tc>
          <w:tcPr>
            <w:tcW w:type="dxa" w:w="1080"/>
          </w:tcPr>
          <w:p>
            <w:r>
              <w:t>曹诗翊</w:t>
            </w:r>
          </w:p>
        </w:tc>
        <w:tc>
          <w:tcPr>
            <w:tcW w:type="dxa" w:w="1080"/>
          </w:tcPr>
          <w:p>
            <w:r>
              <w:t>20242212018</w:t>
            </w:r>
          </w:p>
        </w:tc>
        <w:tc>
          <w:tcPr>
            <w:tcW w:type="dxa" w:w="1080"/>
          </w:tcPr>
          <w:p>
            <w:r>
              <w:t>张俊嘉</w:t>
            </w:r>
          </w:p>
        </w:tc>
        <w:tc>
          <w:tcPr>
            <w:tcW w:type="dxa" w:w="1080"/>
          </w:tcPr>
          <w:p>
            <w:r>
              <w:t>20242217653</w:t>
            </w:r>
          </w:p>
        </w:tc>
        <w:tc>
          <w:tcPr>
            <w:tcW w:type="dxa" w:w="1080"/>
          </w:tcPr>
          <w:p>
            <w:r>
              <w:t>李雨童</w:t>
            </w:r>
          </w:p>
        </w:tc>
        <w:tc>
          <w:tcPr>
            <w:tcW w:type="dxa" w:w="1080"/>
          </w:tcPr>
          <w:p>
            <w:r>
              <w:t>20242222274</w:t>
            </w:r>
          </w:p>
        </w:tc>
        <w:tc>
          <w:tcPr>
            <w:tcW w:type="dxa" w:w="1080"/>
          </w:tcPr>
          <w:p>
            <w:r>
              <w:t>薛家鋆</w:t>
            </w:r>
          </w:p>
        </w:tc>
      </w:tr>
      <w:tr>
        <w:tc>
          <w:tcPr>
            <w:tcW w:type="dxa" w:w="1080"/>
          </w:tcPr>
          <w:p>
            <w:r>
              <w:t>20242207706</w:t>
            </w:r>
          </w:p>
        </w:tc>
        <w:tc>
          <w:tcPr>
            <w:tcW w:type="dxa" w:w="1080"/>
          </w:tcPr>
          <w:p>
            <w:r>
              <w:t>程文萃</w:t>
            </w:r>
          </w:p>
        </w:tc>
        <w:tc>
          <w:tcPr>
            <w:tcW w:type="dxa" w:w="1080"/>
          </w:tcPr>
          <w:p>
            <w:r>
              <w:t>20242212045</w:t>
            </w:r>
          </w:p>
        </w:tc>
        <w:tc>
          <w:tcPr>
            <w:tcW w:type="dxa" w:w="1080"/>
          </w:tcPr>
          <w:p>
            <w:r>
              <w:t>黄俊钦</w:t>
            </w:r>
          </w:p>
        </w:tc>
        <w:tc>
          <w:tcPr>
            <w:tcW w:type="dxa" w:w="1080"/>
          </w:tcPr>
          <w:p>
            <w:r>
              <w:t>20242217981</w:t>
            </w:r>
          </w:p>
        </w:tc>
        <w:tc>
          <w:tcPr>
            <w:tcW w:type="dxa" w:w="1080"/>
          </w:tcPr>
          <w:p>
            <w:r>
              <w:t>李婧怡</w:t>
            </w:r>
          </w:p>
        </w:tc>
        <w:tc>
          <w:tcPr>
            <w:tcW w:type="dxa" w:w="1080"/>
          </w:tcPr>
          <w:p>
            <w:r>
              <w:t>20242222536</w:t>
            </w:r>
          </w:p>
        </w:tc>
        <w:tc>
          <w:tcPr>
            <w:tcW w:type="dxa" w:w="1080"/>
          </w:tcPr>
          <w:p>
            <w:r>
              <w:t>张玥玥</w:t>
            </w:r>
          </w:p>
        </w:tc>
      </w:tr>
      <w:tr>
        <w:tc>
          <w:tcPr>
            <w:tcW w:type="dxa" w:w="1080"/>
          </w:tcPr>
          <w:p>
            <w:r>
              <w:t>20242207763</w:t>
            </w:r>
          </w:p>
        </w:tc>
        <w:tc>
          <w:tcPr>
            <w:tcW w:type="dxa" w:w="1080"/>
          </w:tcPr>
          <w:p>
            <w:r>
              <w:t>俞佳音</w:t>
            </w:r>
          </w:p>
        </w:tc>
        <w:tc>
          <w:tcPr>
            <w:tcW w:type="dxa" w:w="1080"/>
          </w:tcPr>
          <w:p>
            <w:r>
              <w:t>20242212223</w:t>
            </w:r>
          </w:p>
        </w:tc>
        <w:tc>
          <w:tcPr>
            <w:tcW w:type="dxa" w:w="1080"/>
          </w:tcPr>
          <w:p>
            <w:r>
              <w:t>杨臻</w:t>
            </w:r>
          </w:p>
        </w:tc>
        <w:tc>
          <w:tcPr>
            <w:tcW w:type="dxa" w:w="1080"/>
          </w:tcPr>
          <w:p>
            <w:r>
              <w:t>20242218008</w:t>
            </w:r>
          </w:p>
        </w:tc>
        <w:tc>
          <w:tcPr>
            <w:tcW w:type="dxa" w:w="1080"/>
          </w:tcPr>
          <w:p>
            <w:r>
              <w:t>高睿萱</w:t>
            </w:r>
          </w:p>
        </w:tc>
        <w:tc>
          <w:tcPr>
            <w:tcW w:type="dxa" w:w="1080"/>
          </w:tcPr>
          <w:p>
            <w:r>
              <w:t>20242222679</w:t>
            </w:r>
          </w:p>
        </w:tc>
        <w:tc>
          <w:tcPr>
            <w:tcW w:type="dxa" w:w="1080"/>
          </w:tcPr>
          <w:p>
            <w:r>
              <w:t>赵越</w:t>
            </w:r>
          </w:p>
        </w:tc>
      </w:tr>
      <w:tr>
        <w:tc>
          <w:tcPr>
            <w:tcW w:type="dxa" w:w="1080"/>
          </w:tcPr>
          <w:p>
            <w:r>
              <w:t>20242207784</w:t>
            </w:r>
          </w:p>
        </w:tc>
        <w:tc>
          <w:tcPr>
            <w:tcW w:type="dxa" w:w="1080"/>
          </w:tcPr>
          <w:p>
            <w:r>
              <w:t>陶园</w:t>
            </w:r>
          </w:p>
        </w:tc>
        <w:tc>
          <w:tcPr>
            <w:tcW w:type="dxa" w:w="1080"/>
          </w:tcPr>
          <w:p>
            <w:r>
              <w:t>20242212230</w:t>
            </w:r>
          </w:p>
        </w:tc>
        <w:tc>
          <w:tcPr>
            <w:tcW w:type="dxa" w:w="1080"/>
          </w:tcPr>
          <w:p>
            <w:r>
              <w:t>方俊瑶</w:t>
            </w:r>
          </w:p>
        </w:tc>
        <w:tc>
          <w:tcPr>
            <w:tcW w:type="dxa" w:w="1080"/>
          </w:tcPr>
          <w:p>
            <w:r>
              <w:t>20242218107</w:t>
            </w:r>
          </w:p>
        </w:tc>
        <w:tc>
          <w:tcPr>
            <w:tcW w:type="dxa" w:w="1080"/>
          </w:tcPr>
          <w:p>
            <w:r>
              <w:t>嵇雨轩</w:t>
            </w:r>
          </w:p>
        </w:tc>
        <w:tc>
          <w:tcPr>
            <w:tcW w:type="dxa" w:w="1080"/>
          </w:tcPr>
          <w:p>
            <w:r>
              <w:t>20242222727</w:t>
            </w:r>
          </w:p>
        </w:tc>
        <w:tc>
          <w:tcPr>
            <w:tcW w:type="dxa" w:w="1080"/>
          </w:tcPr>
          <w:p>
            <w:r>
              <w:t>张惠兹</w:t>
            </w:r>
          </w:p>
        </w:tc>
      </w:tr>
      <w:tr>
        <w:tc>
          <w:tcPr>
            <w:tcW w:type="dxa" w:w="1080"/>
          </w:tcPr>
          <w:p>
            <w:r>
              <w:t>20242207879</w:t>
            </w:r>
          </w:p>
        </w:tc>
        <w:tc>
          <w:tcPr>
            <w:tcW w:type="dxa" w:w="1080"/>
          </w:tcPr>
          <w:p>
            <w:r>
              <w:t>朱奕宣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