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关于公布东南大学外国语学院2025年预推免（第二批） 入选名单的通知</w:t>
      </w:r>
    </w:p>
    <w:p>
      <w:r>
        <w:t>经过对各位申报信息的审核，现已初步确定我院2025年预推免（第二批）入选名单（详见文末附表）。现就有关事项通知如下：</w:t>
      </w:r>
    </w:p>
    <w:p>
      <w:r>
        <w:t>一、系统确认</w:t>
      </w:r>
    </w:p>
    <w:p>
      <w:r>
        <w:t>请入选者及时登录报名系统（http://gsas.seu.edu.cn），在系统中回复“确认参加”或“确认不参加”。未在规定时间内回复“确认参加”，将视为自动放弃（截止时间：2024年9月18日中午12:00）。</w:t>
      </w:r>
    </w:p>
    <w:p>
      <w:r>
        <w:t>二、复试工作方案</w:t>
      </w:r>
    </w:p>
    <w:p>
      <w:r>
        <w:t>（一）复试时间、地点及要求：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日期</w:t>
            </w:r>
          </w:p>
        </w:tc>
        <w:tc>
          <w:tcPr>
            <w:tcW w:type="dxa" w:w="1728"/>
          </w:tcPr>
          <w:p>
            <w:r>
              <w:t>时间</w:t>
            </w:r>
          </w:p>
        </w:tc>
        <w:tc>
          <w:tcPr>
            <w:tcW w:type="dxa" w:w="1728"/>
          </w:tcPr>
          <w:p>
            <w:r>
              <w:t>事项</w:t>
            </w:r>
          </w:p>
        </w:tc>
        <w:tc>
          <w:tcPr>
            <w:tcW w:type="dxa" w:w="1728"/>
          </w:tcPr>
          <w:p>
            <w:r>
              <w:t>地点</w:t>
            </w:r>
          </w:p>
        </w:tc>
        <w:tc>
          <w:tcPr>
            <w:tcW w:type="dxa" w:w="1728"/>
          </w:tcPr>
          <w:p>
            <w:r>
              <w:t>要求</w:t>
            </w:r>
          </w:p>
        </w:tc>
      </w:tr>
      <w:tr>
        <w:tc>
          <w:tcPr>
            <w:tcW w:type="dxa" w:w="1728"/>
          </w:tcPr>
          <w:p>
            <w:r>
              <w:t>2024年9月20日</w:t>
            </w:r>
          </w:p>
        </w:tc>
        <w:tc>
          <w:tcPr>
            <w:tcW w:type="dxa" w:w="1728"/>
          </w:tcPr>
          <w:p>
            <w:r>
              <w:t>9:00-9:20</w:t>
            </w:r>
          </w:p>
        </w:tc>
        <w:tc>
          <w:tcPr>
            <w:tcW w:type="dxa" w:w="1728"/>
          </w:tcPr>
          <w:p>
            <w:r>
              <w:t>身份验证和签到</w:t>
            </w:r>
          </w:p>
        </w:tc>
        <w:tc>
          <w:tcPr>
            <w:tcW w:type="dxa" w:w="1728"/>
          </w:tcPr>
          <w:p>
            <w:r>
              <w:t>形式：线下地点：东南大学九龙湖校区教七，具体地点后续通知食宿安排：食宿交通自理复试专业：外国语言学及应用语言学、英语语言文学、日语语言文学、俄语语言文学、西班牙语语言文学、英语笔译（专业学位）、日语笔译（专业学位）</w:t>
            </w:r>
          </w:p>
        </w:tc>
        <w:tc>
          <w:tcPr>
            <w:tcW w:type="dxa" w:w="1728"/>
          </w:tcPr>
          <w:p>
            <w:r>
              <w:t>携带身份证原件</w:t>
            </w:r>
          </w:p>
        </w:tc>
      </w:tr>
      <w:tr>
        <w:tc>
          <w:tcPr>
            <w:tcW w:type="dxa" w:w="1728"/>
          </w:tcPr>
          <w:p>
            <w:r>
              <w:t>9:30-11:00</w:t>
            </w:r>
          </w:p>
        </w:tc>
        <w:tc>
          <w:tcPr>
            <w:tcW w:type="dxa" w:w="1728"/>
          </w:tcPr>
          <w:p>
            <w:r>
              <w:t>笔试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13:00开始</w:t>
            </w:r>
          </w:p>
        </w:tc>
        <w:tc>
          <w:tcPr>
            <w:tcW w:type="dxa" w:w="1728"/>
          </w:tcPr>
          <w:p>
            <w:r>
              <w:t>面试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（二）复试方式</w:t>
      </w:r>
    </w:p>
    <w:p>
      <w:r>
        <w:t>考生注意事项：请考生根据复试时间，妥善安排行程及住宿等问题。考生在本专业复试全部结束前，须严格遵守试题保密，不得对外泄露考试情况，不得线上线下谈论与试题有关内容。</w:t>
      </w:r>
    </w:p>
    <w:p>
      <w:r>
        <w:t>三、成绩计算</w:t>
      </w:r>
    </w:p>
    <w:p>
      <w:r>
        <w:t>1.复试笔试成绩：满分为150分，合格线90分。</w:t>
      </w:r>
    </w:p>
    <w:p>
      <w:r>
        <w:t>2.复试面试成绩：满分为150分，合格线90分。</w:t>
      </w:r>
    </w:p>
    <w:p>
      <w:r>
        <w:t>面试成绩构成：短文复述60分+回答问题90分</w:t>
      </w:r>
    </w:p>
    <w:p>
      <w:r>
        <w:t>3.复试成绩（满分为150分）=复试笔试成绩*50%+复试面试成绩*50%。</w:t>
      </w:r>
    </w:p>
    <w:p>
      <w:r>
        <w:t>4.排名方法：按专业排名</w:t>
      </w:r>
    </w:p>
    <w:p>
      <w:r>
        <w:t>四、咨询联系方式</w:t>
      </w:r>
    </w:p>
    <w:p>
      <w:r>
        <w:t>联系人：戴老师咨询电话：025-52090812</w:t>
      </w:r>
    </w:p>
    <w:p>
      <w:r>
        <w:t>咨询邮箱：ddwy017@126.com</w:t>
      </w:r>
    </w:p>
    <w:p>
      <w:r>
        <w:t>五、入选者名单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</w:tr>
      <w:tr>
        <w:tc>
          <w:tcPr>
            <w:tcW w:type="dxa" w:w="1080"/>
          </w:tcPr>
          <w:p>
            <w:r>
              <w:t>20253300996</w:t>
            </w:r>
          </w:p>
        </w:tc>
        <w:tc>
          <w:tcPr>
            <w:tcW w:type="dxa" w:w="1080"/>
          </w:tcPr>
          <w:p>
            <w:r>
              <w:t>李明泽</w:t>
            </w:r>
          </w:p>
        </w:tc>
        <w:tc>
          <w:tcPr>
            <w:tcW w:type="dxa" w:w="1080"/>
          </w:tcPr>
          <w:p>
            <w:r>
              <w:t>20253301540</w:t>
            </w:r>
          </w:p>
        </w:tc>
        <w:tc>
          <w:tcPr>
            <w:tcW w:type="dxa" w:w="1080"/>
          </w:tcPr>
          <w:p>
            <w:r>
              <w:t>甘欣玉</w:t>
            </w:r>
          </w:p>
        </w:tc>
        <w:tc>
          <w:tcPr>
            <w:tcW w:type="dxa" w:w="1080"/>
          </w:tcPr>
          <w:p>
            <w:r>
              <w:t>20253302850</w:t>
            </w:r>
          </w:p>
        </w:tc>
        <w:tc>
          <w:tcPr>
            <w:tcW w:type="dxa" w:w="1080"/>
          </w:tcPr>
          <w:p>
            <w:r>
              <w:t>周丹</w:t>
            </w:r>
          </w:p>
        </w:tc>
        <w:tc>
          <w:tcPr>
            <w:tcW w:type="dxa" w:w="1080"/>
          </w:tcPr>
          <w:p>
            <w:r>
              <w:t>20253303664</w:t>
            </w:r>
          </w:p>
        </w:tc>
        <w:tc>
          <w:tcPr>
            <w:tcW w:type="dxa" w:w="1080"/>
          </w:tcPr>
          <w:p>
            <w:r>
              <w:t>任倩葳</w:t>
            </w:r>
          </w:p>
        </w:tc>
      </w:tr>
      <w:tr>
        <w:tc>
          <w:tcPr>
            <w:tcW w:type="dxa" w:w="1080"/>
          </w:tcPr>
          <w:p>
            <w:r>
              <w:t>20253301015</w:t>
            </w:r>
          </w:p>
        </w:tc>
        <w:tc>
          <w:tcPr>
            <w:tcW w:type="dxa" w:w="1080"/>
          </w:tcPr>
          <w:p>
            <w:r>
              <w:t>张德榕</w:t>
            </w:r>
          </w:p>
        </w:tc>
        <w:tc>
          <w:tcPr>
            <w:tcW w:type="dxa" w:w="1080"/>
          </w:tcPr>
          <w:p>
            <w:r>
              <w:t>20253301637</w:t>
            </w:r>
          </w:p>
        </w:tc>
        <w:tc>
          <w:tcPr>
            <w:tcW w:type="dxa" w:w="1080"/>
          </w:tcPr>
          <w:p>
            <w:r>
              <w:t>王宇豪</w:t>
            </w:r>
          </w:p>
        </w:tc>
        <w:tc>
          <w:tcPr>
            <w:tcW w:type="dxa" w:w="1080"/>
          </w:tcPr>
          <w:p>
            <w:r>
              <w:t>20253302868</w:t>
            </w:r>
          </w:p>
        </w:tc>
        <w:tc>
          <w:tcPr>
            <w:tcW w:type="dxa" w:w="1080"/>
          </w:tcPr>
          <w:p>
            <w:r>
              <w:t>吴婧怡</w:t>
            </w:r>
          </w:p>
        </w:tc>
        <w:tc>
          <w:tcPr>
            <w:tcW w:type="dxa" w:w="1080"/>
          </w:tcPr>
          <w:p>
            <w:r>
              <w:t>20253303668</w:t>
            </w:r>
          </w:p>
        </w:tc>
        <w:tc>
          <w:tcPr>
            <w:tcW w:type="dxa" w:w="1080"/>
          </w:tcPr>
          <w:p>
            <w:r>
              <w:t>马秋婷</w:t>
            </w:r>
          </w:p>
        </w:tc>
      </w:tr>
      <w:tr>
        <w:tc>
          <w:tcPr>
            <w:tcW w:type="dxa" w:w="1080"/>
          </w:tcPr>
          <w:p>
            <w:r>
              <w:t>20253301078</w:t>
            </w:r>
          </w:p>
        </w:tc>
        <w:tc>
          <w:tcPr>
            <w:tcW w:type="dxa" w:w="1080"/>
          </w:tcPr>
          <w:p>
            <w:r>
              <w:t>赵心鹤</w:t>
            </w:r>
          </w:p>
        </w:tc>
        <w:tc>
          <w:tcPr>
            <w:tcW w:type="dxa" w:w="1080"/>
          </w:tcPr>
          <w:p>
            <w:r>
              <w:t>20253301683</w:t>
            </w:r>
          </w:p>
        </w:tc>
        <w:tc>
          <w:tcPr>
            <w:tcW w:type="dxa" w:w="1080"/>
          </w:tcPr>
          <w:p>
            <w:r>
              <w:t>宋翰林</w:t>
            </w:r>
          </w:p>
        </w:tc>
        <w:tc>
          <w:tcPr>
            <w:tcW w:type="dxa" w:w="1080"/>
          </w:tcPr>
          <w:p>
            <w:r>
              <w:t>20253302879</w:t>
            </w:r>
          </w:p>
        </w:tc>
        <w:tc>
          <w:tcPr>
            <w:tcW w:type="dxa" w:w="1080"/>
          </w:tcPr>
          <w:p>
            <w:r>
              <w:t>林影芝</w:t>
            </w:r>
          </w:p>
        </w:tc>
        <w:tc>
          <w:tcPr>
            <w:tcW w:type="dxa" w:w="1080"/>
          </w:tcPr>
          <w:p>
            <w:r>
              <w:t>20253303686</w:t>
            </w:r>
          </w:p>
        </w:tc>
        <w:tc>
          <w:tcPr>
            <w:tcW w:type="dxa" w:w="1080"/>
          </w:tcPr>
          <w:p>
            <w:r>
              <w:t>顾语婷</w:t>
            </w:r>
          </w:p>
        </w:tc>
      </w:tr>
      <w:tr>
        <w:tc>
          <w:tcPr>
            <w:tcW w:type="dxa" w:w="1080"/>
          </w:tcPr>
          <w:p>
            <w:r>
              <w:t>20253301164</w:t>
            </w:r>
          </w:p>
        </w:tc>
        <w:tc>
          <w:tcPr>
            <w:tcW w:type="dxa" w:w="1080"/>
          </w:tcPr>
          <w:p>
            <w:r>
              <w:t>刘森</w:t>
            </w:r>
          </w:p>
        </w:tc>
        <w:tc>
          <w:tcPr>
            <w:tcW w:type="dxa" w:w="1080"/>
          </w:tcPr>
          <w:p>
            <w:r>
              <w:t>20253301803</w:t>
            </w:r>
          </w:p>
        </w:tc>
        <w:tc>
          <w:tcPr>
            <w:tcW w:type="dxa" w:w="1080"/>
          </w:tcPr>
          <w:p>
            <w:r>
              <w:t>周欣然</w:t>
            </w:r>
          </w:p>
        </w:tc>
        <w:tc>
          <w:tcPr>
            <w:tcW w:type="dxa" w:w="1080"/>
          </w:tcPr>
          <w:p>
            <w:r>
              <w:t>20253302887</w:t>
            </w:r>
          </w:p>
        </w:tc>
        <w:tc>
          <w:tcPr>
            <w:tcW w:type="dxa" w:w="1080"/>
          </w:tcPr>
          <w:p>
            <w:r>
              <w:t>刘慧敏</w:t>
            </w:r>
          </w:p>
        </w:tc>
        <w:tc>
          <w:tcPr>
            <w:tcW w:type="dxa" w:w="1080"/>
          </w:tcPr>
          <w:p>
            <w:r>
              <w:t>20253303690</w:t>
            </w:r>
          </w:p>
        </w:tc>
        <w:tc>
          <w:tcPr>
            <w:tcW w:type="dxa" w:w="1080"/>
          </w:tcPr>
          <w:p>
            <w:r>
              <w:t>毕玉婷</w:t>
            </w:r>
          </w:p>
        </w:tc>
      </w:tr>
      <w:tr>
        <w:tc>
          <w:tcPr>
            <w:tcW w:type="dxa" w:w="1080"/>
          </w:tcPr>
          <w:p>
            <w:r>
              <w:t>20253301178</w:t>
            </w:r>
          </w:p>
        </w:tc>
        <w:tc>
          <w:tcPr>
            <w:tcW w:type="dxa" w:w="1080"/>
          </w:tcPr>
          <w:p>
            <w:r>
              <w:t>齐正阳</w:t>
            </w:r>
          </w:p>
        </w:tc>
        <w:tc>
          <w:tcPr>
            <w:tcW w:type="dxa" w:w="1080"/>
          </w:tcPr>
          <w:p>
            <w:r>
              <w:t>20253301841</w:t>
            </w:r>
          </w:p>
        </w:tc>
        <w:tc>
          <w:tcPr>
            <w:tcW w:type="dxa" w:w="1080"/>
          </w:tcPr>
          <w:p>
            <w:r>
              <w:t>冯乐</w:t>
            </w:r>
          </w:p>
        </w:tc>
        <w:tc>
          <w:tcPr>
            <w:tcW w:type="dxa" w:w="1080"/>
          </w:tcPr>
          <w:p>
            <w:r>
              <w:t>20253303060</w:t>
            </w:r>
          </w:p>
        </w:tc>
        <w:tc>
          <w:tcPr>
            <w:tcW w:type="dxa" w:w="1080"/>
          </w:tcPr>
          <w:p>
            <w:r>
              <w:t>时萱</w:t>
            </w:r>
          </w:p>
        </w:tc>
        <w:tc>
          <w:tcPr>
            <w:tcW w:type="dxa" w:w="1080"/>
          </w:tcPr>
          <w:p>
            <w:r>
              <w:t>20253303696</w:t>
            </w:r>
          </w:p>
        </w:tc>
        <w:tc>
          <w:tcPr>
            <w:tcW w:type="dxa" w:w="1080"/>
          </w:tcPr>
          <w:p>
            <w:r>
              <w:t>黄凌</w:t>
            </w:r>
          </w:p>
        </w:tc>
      </w:tr>
      <w:tr>
        <w:tc>
          <w:tcPr>
            <w:tcW w:type="dxa" w:w="1080"/>
          </w:tcPr>
          <w:p>
            <w:r>
              <w:t>20253301208</w:t>
            </w:r>
          </w:p>
        </w:tc>
        <w:tc>
          <w:tcPr>
            <w:tcW w:type="dxa" w:w="1080"/>
          </w:tcPr>
          <w:p>
            <w:r>
              <w:t>杨雅闳</w:t>
            </w:r>
          </w:p>
        </w:tc>
        <w:tc>
          <w:tcPr>
            <w:tcW w:type="dxa" w:w="1080"/>
          </w:tcPr>
          <w:p>
            <w:r>
              <w:t>20253301844</w:t>
            </w:r>
          </w:p>
        </w:tc>
        <w:tc>
          <w:tcPr>
            <w:tcW w:type="dxa" w:w="1080"/>
          </w:tcPr>
          <w:p>
            <w:r>
              <w:t>崔誉琳</w:t>
            </w:r>
          </w:p>
        </w:tc>
        <w:tc>
          <w:tcPr>
            <w:tcW w:type="dxa" w:w="1080"/>
          </w:tcPr>
          <w:p>
            <w:r>
              <w:t>20253303068</w:t>
            </w:r>
          </w:p>
        </w:tc>
        <w:tc>
          <w:tcPr>
            <w:tcW w:type="dxa" w:w="1080"/>
          </w:tcPr>
          <w:p>
            <w:r>
              <w:t>王艳</w:t>
            </w:r>
          </w:p>
        </w:tc>
        <w:tc>
          <w:tcPr>
            <w:tcW w:type="dxa" w:w="1080"/>
          </w:tcPr>
          <w:p>
            <w:r>
              <w:t>20253303697</w:t>
            </w:r>
          </w:p>
        </w:tc>
        <w:tc>
          <w:tcPr>
            <w:tcW w:type="dxa" w:w="1080"/>
          </w:tcPr>
          <w:p>
            <w:r>
              <w:t>何慧婷</w:t>
            </w:r>
          </w:p>
        </w:tc>
      </w:tr>
      <w:tr>
        <w:tc>
          <w:tcPr>
            <w:tcW w:type="dxa" w:w="1080"/>
          </w:tcPr>
          <w:p>
            <w:r>
              <w:t>20253301223</w:t>
            </w:r>
          </w:p>
        </w:tc>
        <w:tc>
          <w:tcPr>
            <w:tcW w:type="dxa" w:w="1080"/>
          </w:tcPr>
          <w:p>
            <w:r>
              <w:t>温佳欣</w:t>
            </w:r>
          </w:p>
        </w:tc>
        <w:tc>
          <w:tcPr>
            <w:tcW w:type="dxa" w:w="1080"/>
          </w:tcPr>
          <w:p>
            <w:r>
              <w:t>20253301891</w:t>
            </w:r>
          </w:p>
        </w:tc>
        <w:tc>
          <w:tcPr>
            <w:tcW w:type="dxa" w:w="1080"/>
          </w:tcPr>
          <w:p>
            <w:r>
              <w:t>冯琰哲</w:t>
            </w:r>
          </w:p>
        </w:tc>
        <w:tc>
          <w:tcPr>
            <w:tcW w:type="dxa" w:w="1080"/>
          </w:tcPr>
          <w:p>
            <w:r>
              <w:t>20253303071</w:t>
            </w:r>
          </w:p>
        </w:tc>
        <w:tc>
          <w:tcPr>
            <w:tcW w:type="dxa" w:w="1080"/>
          </w:tcPr>
          <w:p>
            <w:r>
              <w:t>熊一笑</w:t>
            </w:r>
          </w:p>
        </w:tc>
        <w:tc>
          <w:tcPr>
            <w:tcW w:type="dxa" w:w="1080"/>
          </w:tcPr>
          <w:p>
            <w:r>
              <w:t>20253303751</w:t>
            </w:r>
          </w:p>
        </w:tc>
        <w:tc>
          <w:tcPr>
            <w:tcW w:type="dxa" w:w="1080"/>
          </w:tcPr>
          <w:p>
            <w:r>
              <w:t>刘益菲</w:t>
            </w:r>
          </w:p>
        </w:tc>
      </w:tr>
      <w:tr>
        <w:tc>
          <w:tcPr>
            <w:tcW w:type="dxa" w:w="1080"/>
          </w:tcPr>
          <w:p>
            <w:r>
              <w:t>20253301238</w:t>
            </w:r>
          </w:p>
        </w:tc>
        <w:tc>
          <w:tcPr>
            <w:tcW w:type="dxa" w:w="1080"/>
          </w:tcPr>
          <w:p>
            <w:r>
              <w:t>郑谢君</w:t>
            </w:r>
          </w:p>
        </w:tc>
        <w:tc>
          <w:tcPr>
            <w:tcW w:type="dxa" w:w="1080"/>
          </w:tcPr>
          <w:p>
            <w:r>
              <w:t>20253301901</w:t>
            </w:r>
          </w:p>
        </w:tc>
        <w:tc>
          <w:tcPr>
            <w:tcW w:type="dxa" w:w="1080"/>
          </w:tcPr>
          <w:p>
            <w:r>
              <w:t>赵雪晴</w:t>
            </w:r>
          </w:p>
        </w:tc>
        <w:tc>
          <w:tcPr>
            <w:tcW w:type="dxa" w:w="1080"/>
          </w:tcPr>
          <w:p>
            <w:r>
              <w:t>20253303102</w:t>
            </w:r>
          </w:p>
        </w:tc>
        <w:tc>
          <w:tcPr>
            <w:tcW w:type="dxa" w:w="1080"/>
          </w:tcPr>
          <w:p>
            <w:r>
              <w:t>宋媛媛</w:t>
            </w:r>
          </w:p>
        </w:tc>
        <w:tc>
          <w:tcPr>
            <w:tcW w:type="dxa" w:w="1080"/>
          </w:tcPr>
          <w:p>
            <w:r>
              <w:t>20253303798</w:t>
            </w:r>
          </w:p>
        </w:tc>
        <w:tc>
          <w:tcPr>
            <w:tcW w:type="dxa" w:w="1080"/>
          </w:tcPr>
          <w:p>
            <w:r>
              <w:t>易茗岚</w:t>
            </w:r>
          </w:p>
        </w:tc>
      </w:tr>
      <w:tr>
        <w:tc>
          <w:tcPr>
            <w:tcW w:type="dxa" w:w="1080"/>
          </w:tcPr>
          <w:p>
            <w:r>
              <w:t>20253301263</w:t>
            </w:r>
          </w:p>
        </w:tc>
        <w:tc>
          <w:tcPr>
            <w:tcW w:type="dxa" w:w="1080"/>
          </w:tcPr>
          <w:p>
            <w:r>
              <w:t>蒋心桐</w:t>
            </w:r>
          </w:p>
        </w:tc>
        <w:tc>
          <w:tcPr>
            <w:tcW w:type="dxa" w:w="1080"/>
          </w:tcPr>
          <w:p>
            <w:r>
              <w:t>20253301924</w:t>
            </w:r>
          </w:p>
        </w:tc>
        <w:tc>
          <w:tcPr>
            <w:tcW w:type="dxa" w:w="1080"/>
          </w:tcPr>
          <w:p>
            <w:r>
              <w:t>沈令祎</w:t>
            </w:r>
          </w:p>
        </w:tc>
        <w:tc>
          <w:tcPr>
            <w:tcW w:type="dxa" w:w="1080"/>
          </w:tcPr>
          <w:p>
            <w:r>
              <w:t>20253303106</w:t>
            </w:r>
          </w:p>
        </w:tc>
        <w:tc>
          <w:tcPr>
            <w:tcW w:type="dxa" w:w="1080"/>
          </w:tcPr>
          <w:p>
            <w:r>
              <w:t>曲悦文</w:t>
            </w:r>
          </w:p>
        </w:tc>
        <w:tc>
          <w:tcPr>
            <w:tcW w:type="dxa" w:w="1080"/>
          </w:tcPr>
          <w:p>
            <w:r>
              <w:t>20253303812</w:t>
            </w:r>
          </w:p>
        </w:tc>
        <w:tc>
          <w:tcPr>
            <w:tcW w:type="dxa" w:w="1080"/>
          </w:tcPr>
          <w:p>
            <w:r>
              <w:t>黄楷</w:t>
            </w:r>
          </w:p>
        </w:tc>
      </w:tr>
      <w:tr>
        <w:tc>
          <w:tcPr>
            <w:tcW w:type="dxa" w:w="1080"/>
          </w:tcPr>
          <w:p>
            <w:r>
              <w:t>20253301285</w:t>
            </w:r>
          </w:p>
        </w:tc>
        <w:tc>
          <w:tcPr>
            <w:tcW w:type="dxa" w:w="1080"/>
          </w:tcPr>
          <w:p>
            <w:r>
              <w:t>吴倩冉</w:t>
            </w:r>
          </w:p>
        </w:tc>
        <w:tc>
          <w:tcPr>
            <w:tcW w:type="dxa" w:w="1080"/>
          </w:tcPr>
          <w:p>
            <w:r>
              <w:t>20253301965</w:t>
            </w:r>
          </w:p>
        </w:tc>
        <w:tc>
          <w:tcPr>
            <w:tcW w:type="dxa" w:w="1080"/>
          </w:tcPr>
          <w:p>
            <w:r>
              <w:t>张唯佳</w:t>
            </w:r>
          </w:p>
        </w:tc>
        <w:tc>
          <w:tcPr>
            <w:tcW w:type="dxa" w:w="1080"/>
          </w:tcPr>
          <w:p>
            <w:r>
              <w:t>20253303190</w:t>
            </w:r>
          </w:p>
        </w:tc>
        <w:tc>
          <w:tcPr>
            <w:tcW w:type="dxa" w:w="1080"/>
          </w:tcPr>
          <w:p>
            <w:r>
              <w:t>张硕</w:t>
            </w:r>
          </w:p>
        </w:tc>
        <w:tc>
          <w:tcPr>
            <w:tcW w:type="dxa" w:w="1080"/>
          </w:tcPr>
          <w:p>
            <w:r>
              <w:t>20253303875</w:t>
            </w:r>
          </w:p>
        </w:tc>
        <w:tc>
          <w:tcPr>
            <w:tcW w:type="dxa" w:w="1080"/>
          </w:tcPr>
          <w:p>
            <w:r>
              <w:t>吴俊颖</w:t>
            </w:r>
          </w:p>
        </w:tc>
      </w:tr>
      <w:tr>
        <w:tc>
          <w:tcPr>
            <w:tcW w:type="dxa" w:w="1080"/>
          </w:tcPr>
          <w:p>
            <w:r>
              <w:t>20253301290</w:t>
            </w:r>
          </w:p>
        </w:tc>
        <w:tc>
          <w:tcPr>
            <w:tcW w:type="dxa" w:w="1080"/>
          </w:tcPr>
          <w:p>
            <w:r>
              <w:t>马思宇</w:t>
            </w:r>
          </w:p>
        </w:tc>
        <w:tc>
          <w:tcPr>
            <w:tcW w:type="dxa" w:w="1080"/>
          </w:tcPr>
          <w:p>
            <w:r>
              <w:t>20253302012</w:t>
            </w:r>
          </w:p>
        </w:tc>
        <w:tc>
          <w:tcPr>
            <w:tcW w:type="dxa" w:w="1080"/>
          </w:tcPr>
          <w:p>
            <w:r>
              <w:t>王璐瑶</w:t>
            </w:r>
          </w:p>
        </w:tc>
        <w:tc>
          <w:tcPr>
            <w:tcW w:type="dxa" w:w="1080"/>
          </w:tcPr>
          <w:p>
            <w:r>
              <w:t>20253303235</w:t>
            </w:r>
          </w:p>
        </w:tc>
        <w:tc>
          <w:tcPr>
            <w:tcW w:type="dxa" w:w="1080"/>
          </w:tcPr>
          <w:p>
            <w:r>
              <w:t>姜信璇</w:t>
            </w:r>
          </w:p>
        </w:tc>
        <w:tc>
          <w:tcPr>
            <w:tcW w:type="dxa" w:w="1080"/>
          </w:tcPr>
          <w:p>
            <w:r>
              <w:t>20253303876</w:t>
            </w:r>
          </w:p>
        </w:tc>
        <w:tc>
          <w:tcPr>
            <w:tcW w:type="dxa" w:w="1080"/>
          </w:tcPr>
          <w:p>
            <w:r>
              <w:t>顾玉娇</w:t>
            </w:r>
          </w:p>
        </w:tc>
      </w:tr>
      <w:tr>
        <w:tc>
          <w:tcPr>
            <w:tcW w:type="dxa" w:w="1080"/>
          </w:tcPr>
          <w:p>
            <w:r>
              <w:t>20253301300</w:t>
            </w:r>
          </w:p>
        </w:tc>
        <w:tc>
          <w:tcPr>
            <w:tcW w:type="dxa" w:w="1080"/>
          </w:tcPr>
          <w:p>
            <w:r>
              <w:t>乔双</w:t>
            </w:r>
          </w:p>
        </w:tc>
        <w:tc>
          <w:tcPr>
            <w:tcW w:type="dxa" w:w="1080"/>
          </w:tcPr>
          <w:p>
            <w:r>
              <w:t>20253302018</w:t>
            </w:r>
          </w:p>
        </w:tc>
        <w:tc>
          <w:tcPr>
            <w:tcW w:type="dxa" w:w="1080"/>
          </w:tcPr>
          <w:p>
            <w:r>
              <w:t>刘佳怡</w:t>
            </w:r>
          </w:p>
        </w:tc>
        <w:tc>
          <w:tcPr>
            <w:tcW w:type="dxa" w:w="1080"/>
          </w:tcPr>
          <w:p>
            <w:r>
              <w:t>20253303316</w:t>
            </w:r>
          </w:p>
        </w:tc>
        <w:tc>
          <w:tcPr>
            <w:tcW w:type="dxa" w:w="1080"/>
          </w:tcPr>
          <w:p>
            <w:r>
              <w:t>常钰敏</w:t>
            </w:r>
          </w:p>
        </w:tc>
        <w:tc>
          <w:tcPr>
            <w:tcW w:type="dxa" w:w="1080"/>
          </w:tcPr>
          <w:p>
            <w:r>
              <w:t>20253304198</w:t>
            </w:r>
          </w:p>
        </w:tc>
        <w:tc>
          <w:tcPr>
            <w:tcW w:type="dxa" w:w="1080"/>
          </w:tcPr>
          <w:p>
            <w:r>
              <w:t>闫维雯</w:t>
            </w:r>
          </w:p>
        </w:tc>
      </w:tr>
      <w:tr>
        <w:tc>
          <w:tcPr>
            <w:tcW w:type="dxa" w:w="1080"/>
          </w:tcPr>
          <w:p>
            <w:r>
              <w:t>20253301302</w:t>
            </w:r>
          </w:p>
        </w:tc>
        <w:tc>
          <w:tcPr>
            <w:tcW w:type="dxa" w:w="1080"/>
          </w:tcPr>
          <w:p>
            <w:r>
              <w:t>仲穆晖</w:t>
            </w:r>
          </w:p>
        </w:tc>
        <w:tc>
          <w:tcPr>
            <w:tcW w:type="dxa" w:w="1080"/>
          </w:tcPr>
          <w:p>
            <w:r>
              <w:t>20253302019</w:t>
            </w:r>
          </w:p>
        </w:tc>
        <w:tc>
          <w:tcPr>
            <w:tcW w:type="dxa" w:w="1080"/>
          </w:tcPr>
          <w:p>
            <w:r>
              <w:t>武欣哲</w:t>
            </w:r>
          </w:p>
        </w:tc>
        <w:tc>
          <w:tcPr>
            <w:tcW w:type="dxa" w:w="1080"/>
          </w:tcPr>
          <w:p>
            <w:r>
              <w:t>20253303337</w:t>
            </w:r>
          </w:p>
        </w:tc>
        <w:tc>
          <w:tcPr>
            <w:tcW w:type="dxa" w:w="1080"/>
          </w:tcPr>
          <w:p>
            <w:r>
              <w:t>向茵</w:t>
            </w:r>
          </w:p>
        </w:tc>
        <w:tc>
          <w:tcPr>
            <w:tcW w:type="dxa" w:w="1080"/>
          </w:tcPr>
          <w:p>
            <w:r>
              <w:t>20253304322</w:t>
            </w:r>
          </w:p>
        </w:tc>
        <w:tc>
          <w:tcPr>
            <w:tcW w:type="dxa" w:w="1080"/>
          </w:tcPr>
          <w:p>
            <w:r>
              <w:t>廖文惠</w:t>
            </w:r>
          </w:p>
        </w:tc>
      </w:tr>
      <w:tr>
        <w:tc>
          <w:tcPr>
            <w:tcW w:type="dxa" w:w="1080"/>
          </w:tcPr>
          <w:p>
            <w:r>
              <w:t>20253301303</w:t>
            </w:r>
          </w:p>
        </w:tc>
        <w:tc>
          <w:tcPr>
            <w:tcW w:type="dxa" w:w="1080"/>
          </w:tcPr>
          <w:p>
            <w:r>
              <w:t>张卫俊</w:t>
            </w:r>
          </w:p>
        </w:tc>
        <w:tc>
          <w:tcPr>
            <w:tcW w:type="dxa" w:w="1080"/>
          </w:tcPr>
          <w:p>
            <w:r>
              <w:t>20253302043</w:t>
            </w:r>
          </w:p>
        </w:tc>
        <w:tc>
          <w:tcPr>
            <w:tcW w:type="dxa" w:w="1080"/>
          </w:tcPr>
          <w:p>
            <w:r>
              <w:t>曲思樾</w:t>
            </w:r>
          </w:p>
        </w:tc>
        <w:tc>
          <w:tcPr>
            <w:tcW w:type="dxa" w:w="1080"/>
          </w:tcPr>
          <w:p>
            <w:r>
              <w:t>20253303412</w:t>
            </w:r>
          </w:p>
        </w:tc>
        <w:tc>
          <w:tcPr>
            <w:tcW w:type="dxa" w:w="1080"/>
          </w:tcPr>
          <w:p>
            <w:r>
              <w:t>朱舒娴</w:t>
            </w:r>
          </w:p>
        </w:tc>
        <w:tc>
          <w:tcPr>
            <w:tcW w:type="dxa" w:w="1080"/>
          </w:tcPr>
          <w:p>
            <w:r>
              <w:t>20253304386</w:t>
            </w:r>
          </w:p>
        </w:tc>
        <w:tc>
          <w:tcPr>
            <w:tcW w:type="dxa" w:w="1080"/>
          </w:tcPr>
          <w:p>
            <w:r>
              <w:t>马欣予</w:t>
            </w:r>
          </w:p>
        </w:tc>
      </w:tr>
      <w:tr>
        <w:tc>
          <w:tcPr>
            <w:tcW w:type="dxa" w:w="1080"/>
          </w:tcPr>
          <w:p>
            <w:r>
              <w:t>20253301355</w:t>
            </w:r>
          </w:p>
        </w:tc>
        <w:tc>
          <w:tcPr>
            <w:tcW w:type="dxa" w:w="1080"/>
          </w:tcPr>
          <w:p>
            <w:r>
              <w:t>刘铮</w:t>
            </w:r>
          </w:p>
        </w:tc>
        <w:tc>
          <w:tcPr>
            <w:tcW w:type="dxa" w:w="1080"/>
          </w:tcPr>
          <w:p>
            <w:r>
              <w:t>20253302044</w:t>
            </w:r>
          </w:p>
        </w:tc>
        <w:tc>
          <w:tcPr>
            <w:tcW w:type="dxa" w:w="1080"/>
          </w:tcPr>
          <w:p>
            <w:r>
              <w:t>蒋婷姿</w:t>
            </w:r>
          </w:p>
        </w:tc>
        <w:tc>
          <w:tcPr>
            <w:tcW w:type="dxa" w:w="1080"/>
          </w:tcPr>
          <w:p>
            <w:r>
              <w:t>20253303469</w:t>
            </w:r>
          </w:p>
        </w:tc>
        <w:tc>
          <w:tcPr>
            <w:tcW w:type="dxa" w:w="1080"/>
          </w:tcPr>
          <w:p>
            <w:r>
              <w:t>刘盛钰</w:t>
            </w:r>
          </w:p>
        </w:tc>
        <w:tc>
          <w:tcPr>
            <w:tcW w:type="dxa" w:w="1080"/>
          </w:tcPr>
          <w:p>
            <w:r>
              <w:t>20253304408</w:t>
            </w:r>
          </w:p>
        </w:tc>
        <w:tc>
          <w:tcPr>
            <w:tcW w:type="dxa" w:w="1080"/>
          </w:tcPr>
          <w:p>
            <w:r>
              <w:t>林小垛</w:t>
            </w:r>
          </w:p>
        </w:tc>
      </w:tr>
      <w:tr>
        <w:tc>
          <w:tcPr>
            <w:tcW w:type="dxa" w:w="1080"/>
          </w:tcPr>
          <w:p>
            <w:r>
              <w:t>20253301364</w:t>
            </w:r>
          </w:p>
        </w:tc>
        <w:tc>
          <w:tcPr>
            <w:tcW w:type="dxa" w:w="1080"/>
          </w:tcPr>
          <w:p>
            <w:r>
              <w:t>曾静美</w:t>
            </w:r>
          </w:p>
        </w:tc>
        <w:tc>
          <w:tcPr>
            <w:tcW w:type="dxa" w:w="1080"/>
          </w:tcPr>
          <w:p>
            <w:r>
              <w:t>20253302251</w:t>
            </w:r>
          </w:p>
        </w:tc>
        <w:tc>
          <w:tcPr>
            <w:tcW w:type="dxa" w:w="1080"/>
          </w:tcPr>
          <w:p>
            <w:r>
              <w:t>柳嘉景</w:t>
            </w:r>
          </w:p>
        </w:tc>
        <w:tc>
          <w:tcPr>
            <w:tcW w:type="dxa" w:w="1080"/>
          </w:tcPr>
          <w:p>
            <w:r>
              <w:t>20253303485</w:t>
            </w:r>
          </w:p>
        </w:tc>
        <w:tc>
          <w:tcPr>
            <w:tcW w:type="dxa" w:w="1080"/>
          </w:tcPr>
          <w:p>
            <w:r>
              <w:t>丁文燕</w:t>
            </w:r>
          </w:p>
        </w:tc>
        <w:tc>
          <w:tcPr>
            <w:tcW w:type="dxa" w:w="1080"/>
          </w:tcPr>
          <w:p>
            <w:r>
              <w:t>20253304459</w:t>
            </w:r>
          </w:p>
        </w:tc>
        <w:tc>
          <w:tcPr>
            <w:tcW w:type="dxa" w:w="1080"/>
          </w:tcPr>
          <w:p>
            <w:r>
              <w:t>时加奕</w:t>
            </w:r>
          </w:p>
        </w:tc>
      </w:tr>
      <w:tr>
        <w:tc>
          <w:tcPr>
            <w:tcW w:type="dxa" w:w="1080"/>
          </w:tcPr>
          <w:p>
            <w:r>
              <w:t>20253301367</w:t>
            </w:r>
          </w:p>
        </w:tc>
        <w:tc>
          <w:tcPr>
            <w:tcW w:type="dxa" w:w="1080"/>
          </w:tcPr>
          <w:p>
            <w:r>
              <w:t>卜雨</w:t>
            </w:r>
          </w:p>
        </w:tc>
        <w:tc>
          <w:tcPr>
            <w:tcW w:type="dxa" w:w="1080"/>
          </w:tcPr>
          <w:p>
            <w:r>
              <w:t>20253302315</w:t>
            </w:r>
          </w:p>
        </w:tc>
        <w:tc>
          <w:tcPr>
            <w:tcW w:type="dxa" w:w="1080"/>
          </w:tcPr>
          <w:p>
            <w:r>
              <w:t>王莹莹</w:t>
            </w:r>
          </w:p>
        </w:tc>
        <w:tc>
          <w:tcPr>
            <w:tcW w:type="dxa" w:w="1080"/>
          </w:tcPr>
          <w:p>
            <w:r>
              <w:t>20253303486</w:t>
            </w:r>
          </w:p>
        </w:tc>
        <w:tc>
          <w:tcPr>
            <w:tcW w:type="dxa" w:w="1080"/>
          </w:tcPr>
          <w:p>
            <w:r>
              <w:t>魏沛灵</w:t>
            </w:r>
          </w:p>
        </w:tc>
        <w:tc>
          <w:tcPr>
            <w:tcW w:type="dxa" w:w="1080"/>
          </w:tcPr>
          <w:p>
            <w:r>
              <w:t>20253304479</w:t>
            </w:r>
          </w:p>
        </w:tc>
        <w:tc>
          <w:tcPr>
            <w:tcW w:type="dxa" w:w="1080"/>
          </w:tcPr>
          <w:p>
            <w:r>
              <w:t>李婧诺</w:t>
            </w:r>
          </w:p>
        </w:tc>
      </w:tr>
      <w:tr>
        <w:tc>
          <w:tcPr>
            <w:tcW w:type="dxa" w:w="1080"/>
          </w:tcPr>
          <w:p>
            <w:r>
              <w:t>20253301377</w:t>
            </w:r>
          </w:p>
        </w:tc>
        <w:tc>
          <w:tcPr>
            <w:tcW w:type="dxa" w:w="1080"/>
          </w:tcPr>
          <w:p>
            <w:r>
              <w:t>李晨雨</w:t>
            </w:r>
          </w:p>
        </w:tc>
        <w:tc>
          <w:tcPr>
            <w:tcW w:type="dxa" w:w="1080"/>
          </w:tcPr>
          <w:p>
            <w:r>
              <w:t>20253302410</w:t>
            </w:r>
          </w:p>
        </w:tc>
        <w:tc>
          <w:tcPr>
            <w:tcW w:type="dxa" w:w="1080"/>
          </w:tcPr>
          <w:p>
            <w:r>
              <w:t>马翊滨</w:t>
            </w:r>
          </w:p>
        </w:tc>
        <w:tc>
          <w:tcPr>
            <w:tcW w:type="dxa" w:w="1080"/>
          </w:tcPr>
          <w:p>
            <w:r>
              <w:t>20253303510</w:t>
            </w:r>
          </w:p>
        </w:tc>
        <w:tc>
          <w:tcPr>
            <w:tcW w:type="dxa" w:w="1080"/>
          </w:tcPr>
          <w:p>
            <w:r>
              <w:t>王恒</w:t>
            </w:r>
          </w:p>
        </w:tc>
        <w:tc>
          <w:tcPr>
            <w:tcW w:type="dxa" w:w="1080"/>
          </w:tcPr>
          <w:p>
            <w:r>
              <w:t>20253304511</w:t>
            </w:r>
          </w:p>
        </w:tc>
        <w:tc>
          <w:tcPr>
            <w:tcW w:type="dxa" w:w="1080"/>
          </w:tcPr>
          <w:p>
            <w:r>
              <w:t>郝爽</w:t>
            </w:r>
          </w:p>
        </w:tc>
      </w:tr>
      <w:tr>
        <w:tc>
          <w:tcPr>
            <w:tcW w:type="dxa" w:w="1080"/>
          </w:tcPr>
          <w:p>
            <w:r>
              <w:t>20253301378</w:t>
            </w:r>
          </w:p>
        </w:tc>
        <w:tc>
          <w:tcPr>
            <w:tcW w:type="dxa" w:w="1080"/>
          </w:tcPr>
          <w:p>
            <w:r>
              <w:t>曹玥</w:t>
            </w:r>
          </w:p>
        </w:tc>
        <w:tc>
          <w:tcPr>
            <w:tcW w:type="dxa" w:w="1080"/>
          </w:tcPr>
          <w:p>
            <w:r>
              <w:t>20253302459</w:t>
            </w:r>
          </w:p>
        </w:tc>
        <w:tc>
          <w:tcPr>
            <w:tcW w:type="dxa" w:w="1080"/>
          </w:tcPr>
          <w:p>
            <w:r>
              <w:t>徐扬</w:t>
            </w:r>
          </w:p>
        </w:tc>
        <w:tc>
          <w:tcPr>
            <w:tcW w:type="dxa" w:w="1080"/>
          </w:tcPr>
          <w:p>
            <w:r>
              <w:t>20253303571</w:t>
            </w:r>
          </w:p>
        </w:tc>
        <w:tc>
          <w:tcPr>
            <w:tcW w:type="dxa" w:w="1080"/>
          </w:tcPr>
          <w:p>
            <w:r>
              <w:t>喻崔盈</w:t>
            </w:r>
          </w:p>
        </w:tc>
        <w:tc>
          <w:tcPr>
            <w:tcW w:type="dxa" w:w="1080"/>
          </w:tcPr>
          <w:p>
            <w:r>
              <w:t>20253304569</w:t>
            </w:r>
          </w:p>
        </w:tc>
        <w:tc>
          <w:tcPr>
            <w:tcW w:type="dxa" w:w="1080"/>
          </w:tcPr>
          <w:p>
            <w:r>
              <w:t>尚宸熠</w:t>
            </w:r>
          </w:p>
        </w:tc>
      </w:tr>
      <w:tr>
        <w:tc>
          <w:tcPr>
            <w:tcW w:type="dxa" w:w="1080"/>
          </w:tcPr>
          <w:p>
            <w:r>
              <w:t>20253301400</w:t>
            </w:r>
          </w:p>
        </w:tc>
        <w:tc>
          <w:tcPr>
            <w:tcW w:type="dxa" w:w="1080"/>
          </w:tcPr>
          <w:p>
            <w:r>
              <w:t>林小彤</w:t>
            </w:r>
          </w:p>
        </w:tc>
        <w:tc>
          <w:tcPr>
            <w:tcW w:type="dxa" w:w="1080"/>
          </w:tcPr>
          <w:p>
            <w:r>
              <w:t>20253302515</w:t>
            </w:r>
          </w:p>
        </w:tc>
        <w:tc>
          <w:tcPr>
            <w:tcW w:type="dxa" w:w="1080"/>
          </w:tcPr>
          <w:p>
            <w:r>
              <w:t>杨子玥</w:t>
            </w:r>
          </w:p>
        </w:tc>
        <w:tc>
          <w:tcPr>
            <w:tcW w:type="dxa" w:w="1080"/>
          </w:tcPr>
          <w:p>
            <w:r>
              <w:t>20253303580</w:t>
            </w:r>
          </w:p>
        </w:tc>
        <w:tc>
          <w:tcPr>
            <w:tcW w:type="dxa" w:w="1080"/>
          </w:tcPr>
          <w:p>
            <w:r>
              <w:t>钱紫涵</w:t>
            </w:r>
          </w:p>
        </w:tc>
        <w:tc>
          <w:tcPr>
            <w:tcW w:type="dxa" w:w="1080"/>
          </w:tcPr>
          <w:p>
            <w:r>
              <w:t>20253304572</w:t>
            </w:r>
          </w:p>
        </w:tc>
        <w:tc>
          <w:tcPr>
            <w:tcW w:type="dxa" w:w="1080"/>
          </w:tcPr>
          <w:p>
            <w:r>
              <w:t>庞延容</w:t>
            </w:r>
          </w:p>
        </w:tc>
      </w:tr>
      <w:tr>
        <w:tc>
          <w:tcPr>
            <w:tcW w:type="dxa" w:w="1080"/>
          </w:tcPr>
          <w:p>
            <w:r>
              <w:t>20253301416</w:t>
            </w:r>
          </w:p>
        </w:tc>
        <w:tc>
          <w:tcPr>
            <w:tcW w:type="dxa" w:w="1080"/>
          </w:tcPr>
          <w:p>
            <w:r>
              <w:t>周舟</w:t>
            </w:r>
          </w:p>
        </w:tc>
        <w:tc>
          <w:tcPr>
            <w:tcW w:type="dxa" w:w="1080"/>
          </w:tcPr>
          <w:p>
            <w:r>
              <w:t>20253302593</w:t>
            </w:r>
          </w:p>
        </w:tc>
        <w:tc>
          <w:tcPr>
            <w:tcW w:type="dxa" w:w="1080"/>
          </w:tcPr>
          <w:p>
            <w:r>
              <w:t>蔡思洁</w:t>
            </w:r>
          </w:p>
        </w:tc>
        <w:tc>
          <w:tcPr>
            <w:tcW w:type="dxa" w:w="1080"/>
          </w:tcPr>
          <w:p>
            <w:r>
              <w:t>20253303607</w:t>
            </w:r>
          </w:p>
        </w:tc>
        <w:tc>
          <w:tcPr>
            <w:tcW w:type="dxa" w:w="1080"/>
          </w:tcPr>
          <w:p>
            <w:r>
              <w:t>谢婷婷</w:t>
            </w:r>
          </w:p>
        </w:tc>
        <w:tc>
          <w:tcPr>
            <w:tcW w:type="dxa" w:w="1080"/>
          </w:tcPr>
          <w:p>
            <w:r>
              <w:t>20253304622</w:t>
            </w:r>
          </w:p>
        </w:tc>
        <w:tc>
          <w:tcPr>
            <w:tcW w:type="dxa" w:w="1080"/>
          </w:tcPr>
          <w:p>
            <w:r>
              <w:t>魏雨欣</w:t>
            </w:r>
          </w:p>
        </w:tc>
      </w:tr>
      <w:tr>
        <w:tc>
          <w:tcPr>
            <w:tcW w:type="dxa" w:w="1080"/>
          </w:tcPr>
          <w:p>
            <w:r>
              <w:t>20253301448</w:t>
            </w:r>
          </w:p>
        </w:tc>
        <w:tc>
          <w:tcPr>
            <w:tcW w:type="dxa" w:w="1080"/>
          </w:tcPr>
          <w:p>
            <w:r>
              <w:t>芦禹同</w:t>
            </w:r>
          </w:p>
        </w:tc>
        <w:tc>
          <w:tcPr>
            <w:tcW w:type="dxa" w:w="1080"/>
          </w:tcPr>
          <w:p>
            <w:r>
              <w:t>20253302644</w:t>
            </w:r>
          </w:p>
        </w:tc>
        <w:tc>
          <w:tcPr>
            <w:tcW w:type="dxa" w:w="1080"/>
          </w:tcPr>
          <w:p>
            <w:r>
              <w:t>袁申如</w:t>
            </w:r>
          </w:p>
        </w:tc>
        <w:tc>
          <w:tcPr>
            <w:tcW w:type="dxa" w:w="1080"/>
          </w:tcPr>
          <w:p>
            <w:r>
              <w:t>20253303609</w:t>
            </w:r>
          </w:p>
        </w:tc>
        <w:tc>
          <w:tcPr>
            <w:tcW w:type="dxa" w:w="1080"/>
          </w:tcPr>
          <w:p>
            <w:r>
              <w:t>马怡苒</w:t>
            </w:r>
          </w:p>
        </w:tc>
        <w:tc>
          <w:tcPr>
            <w:tcW w:type="dxa" w:w="1080"/>
          </w:tcPr>
          <w:p>
            <w:r>
              <w:t>20253304637</w:t>
            </w:r>
          </w:p>
        </w:tc>
        <w:tc>
          <w:tcPr>
            <w:tcW w:type="dxa" w:w="1080"/>
          </w:tcPr>
          <w:p>
            <w:r>
              <w:t>吕欣茹</w:t>
            </w:r>
          </w:p>
        </w:tc>
      </w:tr>
      <w:tr>
        <w:tc>
          <w:tcPr>
            <w:tcW w:type="dxa" w:w="1080"/>
          </w:tcPr>
          <w:p>
            <w:r>
              <w:t>20253301458</w:t>
            </w:r>
          </w:p>
        </w:tc>
        <w:tc>
          <w:tcPr>
            <w:tcW w:type="dxa" w:w="1080"/>
          </w:tcPr>
          <w:p>
            <w:r>
              <w:t>韩巧珍</w:t>
            </w:r>
          </w:p>
        </w:tc>
        <w:tc>
          <w:tcPr>
            <w:tcW w:type="dxa" w:w="1080"/>
          </w:tcPr>
          <w:p>
            <w:r>
              <w:t>20253302672</w:t>
            </w:r>
          </w:p>
        </w:tc>
        <w:tc>
          <w:tcPr>
            <w:tcW w:type="dxa" w:w="1080"/>
          </w:tcPr>
          <w:p>
            <w:r>
              <w:t>杜晓羽</w:t>
            </w:r>
          </w:p>
        </w:tc>
        <w:tc>
          <w:tcPr>
            <w:tcW w:type="dxa" w:w="1080"/>
          </w:tcPr>
          <w:p>
            <w:r>
              <w:t>20253303624</w:t>
            </w:r>
          </w:p>
        </w:tc>
        <w:tc>
          <w:tcPr>
            <w:tcW w:type="dxa" w:w="1080"/>
          </w:tcPr>
          <w:p>
            <w:r>
              <w:t>陈剑峰</w:t>
            </w:r>
          </w:p>
        </w:tc>
        <w:tc>
          <w:tcPr>
            <w:tcW w:type="dxa" w:w="1080"/>
          </w:tcPr>
          <w:p>
            <w:r>
              <w:t>20253304648</w:t>
            </w:r>
          </w:p>
        </w:tc>
        <w:tc>
          <w:tcPr>
            <w:tcW w:type="dxa" w:w="1080"/>
          </w:tcPr>
          <w:p>
            <w:r>
              <w:t>杨玉洁</w:t>
            </w:r>
          </w:p>
        </w:tc>
      </w:tr>
      <w:tr>
        <w:tc>
          <w:tcPr>
            <w:tcW w:type="dxa" w:w="1080"/>
          </w:tcPr>
          <w:p>
            <w:r>
              <w:t>20253301488</w:t>
            </w:r>
          </w:p>
        </w:tc>
        <w:tc>
          <w:tcPr>
            <w:tcW w:type="dxa" w:w="1080"/>
          </w:tcPr>
          <w:p>
            <w:r>
              <w:t>陈婧怡</w:t>
            </w:r>
          </w:p>
        </w:tc>
        <w:tc>
          <w:tcPr>
            <w:tcW w:type="dxa" w:w="1080"/>
          </w:tcPr>
          <w:p>
            <w:r>
              <w:t>20253302759</w:t>
            </w:r>
          </w:p>
        </w:tc>
        <w:tc>
          <w:tcPr>
            <w:tcW w:type="dxa" w:w="1080"/>
          </w:tcPr>
          <w:p>
            <w:r>
              <w:t>谢欣冉</w:t>
            </w:r>
          </w:p>
        </w:tc>
        <w:tc>
          <w:tcPr>
            <w:tcW w:type="dxa" w:w="1080"/>
          </w:tcPr>
          <w:p>
            <w:r>
              <w:t>20253303647</w:t>
            </w:r>
          </w:p>
        </w:tc>
        <w:tc>
          <w:tcPr>
            <w:tcW w:type="dxa" w:w="1080"/>
          </w:tcPr>
          <w:p>
            <w:r>
              <w:t>赵静怡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20253301512</w:t>
            </w:r>
          </w:p>
        </w:tc>
        <w:tc>
          <w:tcPr>
            <w:tcW w:type="dxa" w:w="1080"/>
          </w:tcPr>
          <w:p>
            <w:r>
              <w:t>赵子涵</w:t>
            </w:r>
          </w:p>
        </w:tc>
        <w:tc>
          <w:tcPr>
            <w:tcW w:type="dxa" w:w="1080"/>
          </w:tcPr>
          <w:p>
            <w:r>
              <w:t>20253302837</w:t>
            </w:r>
          </w:p>
        </w:tc>
        <w:tc>
          <w:tcPr>
            <w:tcW w:type="dxa" w:w="1080"/>
          </w:tcPr>
          <w:p>
            <w:r>
              <w:t>张逸扬</w:t>
            </w:r>
          </w:p>
        </w:tc>
        <w:tc>
          <w:tcPr>
            <w:tcW w:type="dxa" w:w="1080"/>
          </w:tcPr>
          <w:p>
            <w:r>
              <w:t>20253303650</w:t>
            </w:r>
          </w:p>
        </w:tc>
        <w:tc>
          <w:tcPr>
            <w:tcW w:type="dxa" w:w="1080"/>
          </w:tcPr>
          <w:p>
            <w:r>
              <w:t>杨筱晗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