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关于公布东南大学外国语学院2024年预推免（第二批）入选名单的通知</w:t>
      </w:r>
    </w:p>
    <w:p>
      <w:r>
        <w:t>经过对各位申报信息的审核，现已初步确定我院2024年预推免（第二批）入选名单（详见文末附表）。现就有关事项通知如下：</w:t>
      </w:r>
    </w:p>
    <w:p>
      <w:r>
        <w:t>一、系统确认</w:t>
      </w:r>
    </w:p>
    <w:p>
      <w:r>
        <w:t>请入选者及时登录报名系统（http://gsas.seu.edu.cn），在系统中回复“确认参加”或“确认不参加”。未在规定时间内回复“确认参加”，将视为自动放弃（截止时间：2023年9月21日17:00）。</w:t>
      </w:r>
    </w:p>
    <w:p>
      <w:r>
        <w:t>二、复试工作方案</w:t>
      </w:r>
    </w:p>
    <w:p>
      <w:r>
        <w:t>（一）复试时间、地点及要求：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日期</w:t>
            </w:r>
          </w:p>
        </w:tc>
        <w:tc>
          <w:tcPr>
            <w:tcW w:type="dxa" w:w="1728"/>
          </w:tcPr>
          <w:p>
            <w:r>
              <w:t>时间</w:t>
            </w:r>
          </w:p>
        </w:tc>
        <w:tc>
          <w:tcPr>
            <w:tcW w:type="dxa" w:w="1728"/>
          </w:tcPr>
          <w:p>
            <w:r>
              <w:t>事项</w:t>
            </w:r>
          </w:p>
        </w:tc>
        <w:tc>
          <w:tcPr>
            <w:tcW w:type="dxa" w:w="1728"/>
          </w:tcPr>
          <w:p>
            <w:r>
              <w:t>地点</w:t>
            </w:r>
          </w:p>
        </w:tc>
        <w:tc>
          <w:tcPr>
            <w:tcW w:type="dxa" w:w="1728"/>
          </w:tcPr>
          <w:p>
            <w:r>
              <w:t>要求</w:t>
            </w:r>
          </w:p>
        </w:tc>
      </w:tr>
      <w:tr>
        <w:tc>
          <w:tcPr>
            <w:tcW w:type="dxa" w:w="1728"/>
          </w:tcPr>
          <w:p>
            <w:r>
              <w:t>2023年9月23日</w:t>
            </w:r>
          </w:p>
        </w:tc>
        <w:tc>
          <w:tcPr>
            <w:tcW w:type="dxa" w:w="1728"/>
          </w:tcPr>
          <w:p>
            <w:r>
              <w:t>8:30-8:50</w:t>
            </w:r>
          </w:p>
        </w:tc>
        <w:tc>
          <w:tcPr>
            <w:tcW w:type="dxa" w:w="1728"/>
          </w:tcPr>
          <w:p>
            <w:r>
              <w:t>身份验证和签到</w:t>
            </w:r>
          </w:p>
        </w:tc>
        <w:tc>
          <w:tcPr>
            <w:tcW w:type="dxa" w:w="1728"/>
          </w:tcPr>
          <w:p>
            <w:r>
              <w:t>形式：线下地点：东南大学九龙湖校区教七，具体地点后续通知食宿安排：食宿交通自理复试专业：外国语言学及应用语言学、英语语言文学、日语语言文学、俄语语言文学、西班牙语语言文学、英语笔译（专业学位）、日语笔译（专业学位）</w:t>
            </w:r>
          </w:p>
        </w:tc>
        <w:tc>
          <w:tcPr>
            <w:tcW w:type="dxa" w:w="1728"/>
          </w:tcPr>
          <w:p>
            <w:r>
              <w:t>携带身份证原件</w:t>
            </w:r>
          </w:p>
        </w:tc>
      </w:tr>
      <w:tr>
        <w:tc>
          <w:tcPr>
            <w:tcW w:type="dxa" w:w="1728"/>
          </w:tcPr>
          <w:p>
            <w:r>
              <w:t>9:00-11:00</w:t>
            </w:r>
          </w:p>
        </w:tc>
        <w:tc>
          <w:tcPr>
            <w:tcW w:type="dxa" w:w="1728"/>
          </w:tcPr>
          <w:p>
            <w:r>
              <w:t>笔试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13:00开始</w:t>
            </w:r>
          </w:p>
        </w:tc>
        <w:tc>
          <w:tcPr>
            <w:tcW w:type="dxa" w:w="1728"/>
          </w:tcPr>
          <w:p>
            <w:r>
              <w:t>面试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r>
        <w:t>（二）复试方式</w:t>
      </w:r>
    </w:p>
    <w:p>
      <w:r>
        <w:t>考生注意事项：请考生根据复试时间，妥善安排行程及住宿等问题。考生在本专业复试全部结束前，须严格遵守试题保密，不得对外泄露考试情况，不得线上线下谈论与试题有关内容。</w:t>
      </w:r>
    </w:p>
    <w:p>
      <w:r>
        <w:t>三、成绩计算</w:t>
      </w:r>
    </w:p>
    <w:p>
      <w:r>
        <w:t>1.复试笔试成绩：满分为150分，合格线90分，复试笔试成绩未达到合格线者，将不予录取。</w:t>
      </w:r>
    </w:p>
    <w:p>
      <w:r>
        <w:t>2.复试面试成绩：满分为150分，合格线90分，复试面试成绩未达到合格线者，将不予录取。</w:t>
      </w:r>
    </w:p>
    <w:p>
      <w:r>
        <w:t>面试成绩构成：短文复述60分+回答问题90分</w:t>
      </w:r>
    </w:p>
    <w:p>
      <w:r>
        <w:t>3.复试成绩（满分为150分）=复试笔试成绩*50%+复试面试成绩*50%。</w:t>
      </w:r>
    </w:p>
    <w:p>
      <w:r>
        <w:t>4.排名方法：按专业排名</w:t>
      </w:r>
    </w:p>
    <w:p>
      <w:r>
        <w:t>四、咨询联系方式</w:t>
      </w:r>
    </w:p>
    <w:p>
      <w:r>
        <w:t>联系人：戴老师咨询电话：025-52090812</w:t>
      </w:r>
    </w:p>
    <w:p>
      <w:r>
        <w:t>咨询邮箱：ddwy017@126.com</w:t>
      </w:r>
    </w:p>
    <w:p>
      <w:r>
        <w:t>五、入选者名单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报名号</w:t>
            </w:r>
          </w:p>
        </w:tc>
        <w:tc>
          <w:tcPr>
            <w:tcW w:type="dxa" w:w="1080"/>
          </w:tcPr>
          <w:p>
            <w:r>
              <w:t>姓名</w:t>
            </w:r>
          </w:p>
        </w:tc>
        <w:tc>
          <w:tcPr>
            <w:tcW w:type="dxa" w:w="1080"/>
          </w:tcPr>
          <w:p>
            <w:r>
              <w:t>报名号</w:t>
            </w:r>
          </w:p>
        </w:tc>
        <w:tc>
          <w:tcPr>
            <w:tcW w:type="dxa" w:w="1080"/>
          </w:tcPr>
          <w:p>
            <w:r>
              <w:t>姓名</w:t>
            </w:r>
          </w:p>
        </w:tc>
        <w:tc>
          <w:tcPr>
            <w:tcW w:type="dxa" w:w="1080"/>
          </w:tcPr>
          <w:p>
            <w:r>
              <w:t>报名号</w:t>
            </w:r>
          </w:p>
        </w:tc>
        <w:tc>
          <w:tcPr>
            <w:tcW w:type="dxa" w:w="1080"/>
          </w:tcPr>
          <w:p>
            <w:r>
              <w:t>姓名</w:t>
            </w:r>
          </w:p>
        </w:tc>
        <w:tc>
          <w:tcPr>
            <w:tcW w:type="dxa" w:w="1080"/>
          </w:tcPr>
          <w:p>
            <w:r>
              <w:t>报名号</w:t>
            </w:r>
          </w:p>
        </w:tc>
        <w:tc>
          <w:tcPr>
            <w:tcW w:type="dxa" w:w="1080"/>
          </w:tcPr>
          <w:p>
            <w:r>
              <w:t>姓名</w:t>
            </w:r>
          </w:p>
        </w:tc>
      </w:tr>
      <w:tr>
        <w:tc>
          <w:tcPr>
            <w:tcW w:type="dxa" w:w="1080"/>
          </w:tcPr>
          <w:p>
            <w:r>
              <w:t>20243300706</w:t>
            </w:r>
          </w:p>
        </w:tc>
        <w:tc>
          <w:tcPr>
            <w:tcW w:type="dxa" w:w="1080"/>
          </w:tcPr>
          <w:p>
            <w:r>
              <w:t>杨佳妮</w:t>
            </w:r>
          </w:p>
        </w:tc>
        <w:tc>
          <w:tcPr>
            <w:tcW w:type="dxa" w:w="1080"/>
          </w:tcPr>
          <w:p>
            <w:r>
              <w:t>20243301372</w:t>
            </w:r>
          </w:p>
        </w:tc>
        <w:tc>
          <w:tcPr>
            <w:tcW w:type="dxa" w:w="1080"/>
          </w:tcPr>
          <w:p>
            <w:r>
              <w:t>王雨霏</w:t>
            </w:r>
          </w:p>
        </w:tc>
        <w:tc>
          <w:tcPr>
            <w:tcW w:type="dxa" w:w="1080"/>
          </w:tcPr>
          <w:p>
            <w:r>
              <w:t>20243302517</w:t>
            </w:r>
          </w:p>
        </w:tc>
        <w:tc>
          <w:tcPr>
            <w:tcW w:type="dxa" w:w="1080"/>
          </w:tcPr>
          <w:p>
            <w:r>
              <w:t>唐思雨</w:t>
            </w:r>
          </w:p>
        </w:tc>
        <w:tc>
          <w:tcPr>
            <w:tcW w:type="dxa" w:w="1080"/>
          </w:tcPr>
          <w:p>
            <w:r>
              <w:t>20243303895</w:t>
            </w:r>
          </w:p>
        </w:tc>
        <w:tc>
          <w:tcPr>
            <w:tcW w:type="dxa" w:w="1080"/>
          </w:tcPr>
          <w:p>
            <w:r>
              <w:t>钱笑语</w:t>
            </w:r>
          </w:p>
        </w:tc>
      </w:tr>
      <w:tr>
        <w:tc>
          <w:tcPr>
            <w:tcW w:type="dxa" w:w="1080"/>
          </w:tcPr>
          <w:p>
            <w:r>
              <w:t>20243301016</w:t>
            </w:r>
          </w:p>
        </w:tc>
        <w:tc>
          <w:tcPr>
            <w:tcW w:type="dxa" w:w="1080"/>
          </w:tcPr>
          <w:p>
            <w:r>
              <w:t>石幽悠</w:t>
            </w:r>
          </w:p>
        </w:tc>
        <w:tc>
          <w:tcPr>
            <w:tcW w:type="dxa" w:w="1080"/>
          </w:tcPr>
          <w:p>
            <w:r>
              <w:t>20243301485</w:t>
            </w:r>
          </w:p>
        </w:tc>
        <w:tc>
          <w:tcPr>
            <w:tcW w:type="dxa" w:w="1080"/>
          </w:tcPr>
          <w:p>
            <w:r>
              <w:t>陆梦媛</w:t>
            </w:r>
          </w:p>
        </w:tc>
        <w:tc>
          <w:tcPr>
            <w:tcW w:type="dxa" w:w="1080"/>
          </w:tcPr>
          <w:p>
            <w:r>
              <w:t>20243302597</w:t>
            </w:r>
          </w:p>
        </w:tc>
        <w:tc>
          <w:tcPr>
            <w:tcW w:type="dxa" w:w="1080"/>
          </w:tcPr>
          <w:p>
            <w:r>
              <w:t>彭爱乐</w:t>
            </w:r>
          </w:p>
        </w:tc>
        <w:tc>
          <w:tcPr>
            <w:tcW w:type="dxa" w:w="1080"/>
          </w:tcPr>
          <w:p>
            <w:r>
              <w:t>20243304078</w:t>
            </w:r>
          </w:p>
        </w:tc>
        <w:tc>
          <w:tcPr>
            <w:tcW w:type="dxa" w:w="1080"/>
          </w:tcPr>
          <w:p>
            <w:r>
              <w:t>林月琴</w:t>
            </w:r>
          </w:p>
        </w:tc>
      </w:tr>
      <w:tr>
        <w:tc>
          <w:tcPr>
            <w:tcW w:type="dxa" w:w="1080"/>
          </w:tcPr>
          <w:p>
            <w:r>
              <w:t>20243301046</w:t>
            </w:r>
          </w:p>
        </w:tc>
        <w:tc>
          <w:tcPr>
            <w:tcW w:type="dxa" w:w="1080"/>
          </w:tcPr>
          <w:p>
            <w:r>
              <w:t>谭釗</w:t>
            </w:r>
          </w:p>
        </w:tc>
        <w:tc>
          <w:tcPr>
            <w:tcW w:type="dxa" w:w="1080"/>
          </w:tcPr>
          <w:p>
            <w:r>
              <w:t>20243301554</w:t>
            </w:r>
          </w:p>
        </w:tc>
        <w:tc>
          <w:tcPr>
            <w:tcW w:type="dxa" w:w="1080"/>
          </w:tcPr>
          <w:p>
            <w:r>
              <w:t>付心依</w:t>
            </w:r>
          </w:p>
        </w:tc>
        <w:tc>
          <w:tcPr>
            <w:tcW w:type="dxa" w:w="1080"/>
          </w:tcPr>
          <w:p>
            <w:r>
              <w:t>20243302625</w:t>
            </w:r>
          </w:p>
        </w:tc>
        <w:tc>
          <w:tcPr>
            <w:tcW w:type="dxa" w:w="1080"/>
          </w:tcPr>
          <w:p>
            <w:r>
              <w:t>彭筱茜</w:t>
            </w:r>
          </w:p>
        </w:tc>
        <w:tc>
          <w:tcPr>
            <w:tcW w:type="dxa" w:w="1080"/>
          </w:tcPr>
          <w:p>
            <w:r>
              <w:t>20243304132</w:t>
            </w:r>
          </w:p>
        </w:tc>
        <w:tc>
          <w:tcPr>
            <w:tcW w:type="dxa" w:w="1080"/>
          </w:tcPr>
          <w:p>
            <w:r>
              <w:t>刘思言</w:t>
            </w:r>
          </w:p>
        </w:tc>
      </w:tr>
      <w:tr>
        <w:tc>
          <w:tcPr>
            <w:tcW w:type="dxa" w:w="1080"/>
          </w:tcPr>
          <w:p>
            <w:r>
              <w:t>20243301061</w:t>
            </w:r>
          </w:p>
        </w:tc>
        <w:tc>
          <w:tcPr>
            <w:tcW w:type="dxa" w:w="1080"/>
          </w:tcPr>
          <w:p>
            <w:r>
              <w:t>王映雪</w:t>
            </w:r>
          </w:p>
        </w:tc>
        <w:tc>
          <w:tcPr>
            <w:tcW w:type="dxa" w:w="1080"/>
          </w:tcPr>
          <w:p>
            <w:r>
              <w:t>20243301555</w:t>
            </w:r>
          </w:p>
        </w:tc>
        <w:tc>
          <w:tcPr>
            <w:tcW w:type="dxa" w:w="1080"/>
          </w:tcPr>
          <w:p>
            <w:r>
              <w:t>牛芷瑶</w:t>
            </w:r>
          </w:p>
        </w:tc>
        <w:tc>
          <w:tcPr>
            <w:tcW w:type="dxa" w:w="1080"/>
          </w:tcPr>
          <w:p>
            <w:r>
              <w:t>20243302708</w:t>
            </w:r>
          </w:p>
        </w:tc>
        <w:tc>
          <w:tcPr>
            <w:tcW w:type="dxa" w:w="1080"/>
          </w:tcPr>
          <w:p>
            <w:r>
              <w:t>曲博阳</w:t>
            </w:r>
          </w:p>
        </w:tc>
        <w:tc>
          <w:tcPr>
            <w:tcW w:type="dxa" w:w="1080"/>
          </w:tcPr>
          <w:p>
            <w:r>
              <w:t>20243304217</w:t>
            </w:r>
          </w:p>
        </w:tc>
        <w:tc>
          <w:tcPr>
            <w:tcW w:type="dxa" w:w="1080"/>
          </w:tcPr>
          <w:p>
            <w:r>
              <w:t>杨蕊嘉</w:t>
            </w:r>
          </w:p>
        </w:tc>
      </w:tr>
      <w:tr>
        <w:tc>
          <w:tcPr>
            <w:tcW w:type="dxa" w:w="1080"/>
          </w:tcPr>
          <w:p>
            <w:r>
              <w:t>20243301064</w:t>
            </w:r>
          </w:p>
        </w:tc>
        <w:tc>
          <w:tcPr>
            <w:tcW w:type="dxa" w:w="1080"/>
          </w:tcPr>
          <w:p>
            <w:r>
              <w:t>赵佳文</w:t>
            </w:r>
          </w:p>
        </w:tc>
        <w:tc>
          <w:tcPr>
            <w:tcW w:type="dxa" w:w="1080"/>
          </w:tcPr>
          <w:p>
            <w:r>
              <w:t>20243301589</w:t>
            </w:r>
          </w:p>
        </w:tc>
        <w:tc>
          <w:tcPr>
            <w:tcW w:type="dxa" w:w="1080"/>
          </w:tcPr>
          <w:p>
            <w:r>
              <w:t>朱琳</w:t>
            </w:r>
          </w:p>
        </w:tc>
        <w:tc>
          <w:tcPr>
            <w:tcW w:type="dxa" w:w="1080"/>
          </w:tcPr>
          <w:p>
            <w:r>
              <w:t>20243302760</w:t>
            </w:r>
          </w:p>
        </w:tc>
        <w:tc>
          <w:tcPr>
            <w:tcW w:type="dxa" w:w="1080"/>
          </w:tcPr>
          <w:p>
            <w:r>
              <w:t>范奕然</w:t>
            </w:r>
          </w:p>
        </w:tc>
        <w:tc>
          <w:tcPr>
            <w:tcW w:type="dxa" w:w="1080"/>
          </w:tcPr>
          <w:p>
            <w:r>
              <w:t>20243304281</w:t>
            </w:r>
          </w:p>
        </w:tc>
        <w:tc>
          <w:tcPr>
            <w:tcW w:type="dxa" w:w="1080"/>
          </w:tcPr>
          <w:p>
            <w:r>
              <w:t>张冰雪</w:t>
            </w:r>
          </w:p>
        </w:tc>
      </w:tr>
      <w:tr>
        <w:tc>
          <w:tcPr>
            <w:tcW w:type="dxa" w:w="1080"/>
          </w:tcPr>
          <w:p>
            <w:r>
              <w:t>20243301074</w:t>
            </w:r>
          </w:p>
        </w:tc>
        <w:tc>
          <w:tcPr>
            <w:tcW w:type="dxa" w:w="1080"/>
          </w:tcPr>
          <w:p>
            <w:r>
              <w:t>郝韵</w:t>
            </w:r>
          </w:p>
        </w:tc>
        <w:tc>
          <w:tcPr>
            <w:tcW w:type="dxa" w:w="1080"/>
          </w:tcPr>
          <w:p>
            <w:r>
              <w:t>20243301620</w:t>
            </w:r>
          </w:p>
        </w:tc>
        <w:tc>
          <w:tcPr>
            <w:tcW w:type="dxa" w:w="1080"/>
          </w:tcPr>
          <w:p>
            <w:r>
              <w:t>强宗云</w:t>
            </w:r>
          </w:p>
        </w:tc>
        <w:tc>
          <w:tcPr>
            <w:tcW w:type="dxa" w:w="1080"/>
          </w:tcPr>
          <w:p>
            <w:r>
              <w:t>20243302792</w:t>
            </w:r>
          </w:p>
        </w:tc>
        <w:tc>
          <w:tcPr>
            <w:tcW w:type="dxa" w:w="1080"/>
          </w:tcPr>
          <w:p>
            <w:r>
              <w:t>冯紫怡</w:t>
            </w:r>
          </w:p>
        </w:tc>
        <w:tc>
          <w:tcPr>
            <w:tcW w:type="dxa" w:w="1080"/>
          </w:tcPr>
          <w:p>
            <w:r>
              <w:t>20243304334</w:t>
            </w:r>
          </w:p>
        </w:tc>
        <w:tc>
          <w:tcPr>
            <w:tcW w:type="dxa" w:w="1080"/>
          </w:tcPr>
          <w:p>
            <w:r>
              <w:t>张斯媛</w:t>
            </w:r>
          </w:p>
        </w:tc>
      </w:tr>
      <w:tr>
        <w:tc>
          <w:tcPr>
            <w:tcW w:type="dxa" w:w="1080"/>
          </w:tcPr>
          <w:p>
            <w:r>
              <w:t>20243301078</w:t>
            </w:r>
          </w:p>
        </w:tc>
        <w:tc>
          <w:tcPr>
            <w:tcW w:type="dxa" w:w="1080"/>
          </w:tcPr>
          <w:p>
            <w:r>
              <w:t>闫楚悦</w:t>
            </w:r>
          </w:p>
        </w:tc>
        <w:tc>
          <w:tcPr>
            <w:tcW w:type="dxa" w:w="1080"/>
          </w:tcPr>
          <w:p>
            <w:r>
              <w:t>20243301621</w:t>
            </w:r>
          </w:p>
        </w:tc>
        <w:tc>
          <w:tcPr>
            <w:tcW w:type="dxa" w:w="1080"/>
          </w:tcPr>
          <w:p>
            <w:r>
              <w:t>钟恬静</w:t>
            </w:r>
          </w:p>
        </w:tc>
        <w:tc>
          <w:tcPr>
            <w:tcW w:type="dxa" w:w="1080"/>
          </w:tcPr>
          <w:p>
            <w:r>
              <w:t>20243302832</w:t>
            </w:r>
          </w:p>
        </w:tc>
        <w:tc>
          <w:tcPr>
            <w:tcW w:type="dxa" w:w="1080"/>
          </w:tcPr>
          <w:p>
            <w:r>
              <w:t>孙铭璐</w:t>
            </w:r>
          </w:p>
        </w:tc>
        <w:tc>
          <w:tcPr>
            <w:tcW w:type="dxa" w:w="1080"/>
          </w:tcPr>
          <w:p>
            <w:r>
              <w:t>20243304378</w:t>
            </w:r>
          </w:p>
        </w:tc>
        <w:tc>
          <w:tcPr>
            <w:tcW w:type="dxa" w:w="1080"/>
          </w:tcPr>
          <w:p>
            <w:r>
              <w:t>曲美焱</w:t>
            </w:r>
          </w:p>
        </w:tc>
      </w:tr>
      <w:tr>
        <w:tc>
          <w:tcPr>
            <w:tcW w:type="dxa" w:w="1080"/>
          </w:tcPr>
          <w:p>
            <w:r>
              <w:t>20243301097</w:t>
            </w:r>
          </w:p>
        </w:tc>
        <w:tc>
          <w:tcPr>
            <w:tcW w:type="dxa" w:w="1080"/>
          </w:tcPr>
          <w:p>
            <w:r>
              <w:t>李亚欣</w:t>
            </w:r>
          </w:p>
        </w:tc>
        <w:tc>
          <w:tcPr>
            <w:tcW w:type="dxa" w:w="1080"/>
          </w:tcPr>
          <w:p>
            <w:r>
              <w:t>20243301637</w:t>
            </w:r>
          </w:p>
        </w:tc>
        <w:tc>
          <w:tcPr>
            <w:tcW w:type="dxa" w:w="1080"/>
          </w:tcPr>
          <w:p>
            <w:r>
              <w:t>于雅婷</w:t>
            </w:r>
          </w:p>
        </w:tc>
        <w:tc>
          <w:tcPr>
            <w:tcW w:type="dxa" w:w="1080"/>
          </w:tcPr>
          <w:p>
            <w:r>
              <w:t>20243302867</w:t>
            </w:r>
          </w:p>
        </w:tc>
        <w:tc>
          <w:tcPr>
            <w:tcW w:type="dxa" w:w="1080"/>
          </w:tcPr>
          <w:p>
            <w:r>
              <w:t>张骏筱</w:t>
            </w:r>
          </w:p>
        </w:tc>
        <w:tc>
          <w:tcPr>
            <w:tcW w:type="dxa" w:w="1080"/>
          </w:tcPr>
          <w:p>
            <w:r>
              <w:t>20243304397</w:t>
            </w:r>
          </w:p>
        </w:tc>
        <w:tc>
          <w:tcPr>
            <w:tcW w:type="dxa" w:w="1080"/>
          </w:tcPr>
          <w:p>
            <w:r>
              <w:t>张依玲</w:t>
            </w:r>
          </w:p>
        </w:tc>
      </w:tr>
      <w:tr>
        <w:tc>
          <w:tcPr>
            <w:tcW w:type="dxa" w:w="1080"/>
          </w:tcPr>
          <w:p>
            <w:r>
              <w:t>20243301112</w:t>
            </w:r>
          </w:p>
        </w:tc>
        <w:tc>
          <w:tcPr>
            <w:tcW w:type="dxa" w:w="1080"/>
          </w:tcPr>
          <w:p>
            <w:r>
              <w:t>徐上茹</w:t>
            </w:r>
          </w:p>
        </w:tc>
        <w:tc>
          <w:tcPr>
            <w:tcW w:type="dxa" w:w="1080"/>
          </w:tcPr>
          <w:p>
            <w:r>
              <w:t>20243301642</w:t>
            </w:r>
          </w:p>
        </w:tc>
        <w:tc>
          <w:tcPr>
            <w:tcW w:type="dxa" w:w="1080"/>
          </w:tcPr>
          <w:p>
            <w:r>
              <w:t>周清扬</w:t>
            </w:r>
          </w:p>
        </w:tc>
        <w:tc>
          <w:tcPr>
            <w:tcW w:type="dxa" w:w="1080"/>
          </w:tcPr>
          <w:p>
            <w:r>
              <w:t>20243302884</w:t>
            </w:r>
          </w:p>
        </w:tc>
        <w:tc>
          <w:tcPr>
            <w:tcW w:type="dxa" w:w="1080"/>
          </w:tcPr>
          <w:p>
            <w:r>
              <w:t>何倩</w:t>
            </w:r>
          </w:p>
        </w:tc>
        <w:tc>
          <w:tcPr>
            <w:tcW w:type="dxa" w:w="1080"/>
          </w:tcPr>
          <w:p>
            <w:r>
              <w:t>20243304449</w:t>
            </w:r>
          </w:p>
        </w:tc>
        <w:tc>
          <w:tcPr>
            <w:tcW w:type="dxa" w:w="1080"/>
          </w:tcPr>
          <w:p>
            <w:r>
              <w:t>王崇名</w:t>
            </w:r>
          </w:p>
        </w:tc>
      </w:tr>
      <w:tr>
        <w:tc>
          <w:tcPr>
            <w:tcW w:type="dxa" w:w="1080"/>
          </w:tcPr>
          <w:p>
            <w:r>
              <w:t>20243301114</w:t>
            </w:r>
          </w:p>
        </w:tc>
        <w:tc>
          <w:tcPr>
            <w:tcW w:type="dxa" w:w="1080"/>
          </w:tcPr>
          <w:p>
            <w:r>
              <w:t>郑潜</w:t>
            </w:r>
          </w:p>
        </w:tc>
        <w:tc>
          <w:tcPr>
            <w:tcW w:type="dxa" w:w="1080"/>
          </w:tcPr>
          <w:p>
            <w:r>
              <w:t>20243301717</w:t>
            </w:r>
          </w:p>
        </w:tc>
        <w:tc>
          <w:tcPr>
            <w:tcW w:type="dxa" w:w="1080"/>
          </w:tcPr>
          <w:p>
            <w:r>
              <w:t>陈梦航</w:t>
            </w:r>
          </w:p>
        </w:tc>
        <w:tc>
          <w:tcPr>
            <w:tcW w:type="dxa" w:w="1080"/>
          </w:tcPr>
          <w:p>
            <w:r>
              <w:t>20243302889</w:t>
            </w:r>
          </w:p>
        </w:tc>
        <w:tc>
          <w:tcPr>
            <w:tcW w:type="dxa" w:w="1080"/>
          </w:tcPr>
          <w:p>
            <w:r>
              <w:t>顾姗同</w:t>
            </w:r>
          </w:p>
        </w:tc>
        <w:tc>
          <w:tcPr>
            <w:tcW w:type="dxa" w:w="1080"/>
          </w:tcPr>
          <w:p>
            <w:r>
              <w:t>20243304461</w:t>
            </w:r>
          </w:p>
        </w:tc>
        <w:tc>
          <w:tcPr>
            <w:tcW w:type="dxa" w:w="1080"/>
          </w:tcPr>
          <w:p>
            <w:r>
              <w:t>刘坤</w:t>
            </w:r>
          </w:p>
        </w:tc>
      </w:tr>
      <w:tr>
        <w:tc>
          <w:tcPr>
            <w:tcW w:type="dxa" w:w="1080"/>
          </w:tcPr>
          <w:p>
            <w:r>
              <w:t>20243301133</w:t>
            </w:r>
          </w:p>
        </w:tc>
        <w:tc>
          <w:tcPr>
            <w:tcW w:type="dxa" w:w="1080"/>
          </w:tcPr>
          <w:p>
            <w:r>
              <w:t>朱依琳</w:t>
            </w:r>
          </w:p>
        </w:tc>
        <w:tc>
          <w:tcPr>
            <w:tcW w:type="dxa" w:w="1080"/>
          </w:tcPr>
          <w:p>
            <w:r>
              <w:t>20243301754</w:t>
            </w:r>
          </w:p>
        </w:tc>
        <w:tc>
          <w:tcPr>
            <w:tcW w:type="dxa" w:w="1080"/>
          </w:tcPr>
          <w:p>
            <w:r>
              <w:t>曾娅慧</w:t>
            </w:r>
          </w:p>
        </w:tc>
        <w:tc>
          <w:tcPr>
            <w:tcW w:type="dxa" w:w="1080"/>
          </w:tcPr>
          <w:p>
            <w:r>
              <w:t>20243303019</w:t>
            </w:r>
          </w:p>
        </w:tc>
        <w:tc>
          <w:tcPr>
            <w:tcW w:type="dxa" w:w="1080"/>
          </w:tcPr>
          <w:p>
            <w:r>
              <w:t>刘书君</w:t>
            </w:r>
          </w:p>
        </w:tc>
        <w:tc>
          <w:tcPr>
            <w:tcW w:type="dxa" w:w="1080"/>
          </w:tcPr>
          <w:p>
            <w:r>
              <w:t>20243304463</w:t>
            </w:r>
          </w:p>
        </w:tc>
        <w:tc>
          <w:tcPr>
            <w:tcW w:type="dxa" w:w="1080"/>
          </w:tcPr>
          <w:p>
            <w:r>
              <w:t>魏凌</w:t>
            </w:r>
          </w:p>
        </w:tc>
      </w:tr>
      <w:tr>
        <w:tc>
          <w:tcPr>
            <w:tcW w:type="dxa" w:w="1080"/>
          </w:tcPr>
          <w:p>
            <w:r>
              <w:t>20243301156</w:t>
            </w:r>
          </w:p>
        </w:tc>
        <w:tc>
          <w:tcPr>
            <w:tcW w:type="dxa" w:w="1080"/>
          </w:tcPr>
          <w:p>
            <w:r>
              <w:t>姚雪晴</w:t>
            </w:r>
          </w:p>
        </w:tc>
        <w:tc>
          <w:tcPr>
            <w:tcW w:type="dxa" w:w="1080"/>
          </w:tcPr>
          <w:p>
            <w:r>
              <w:t>20243301776</w:t>
            </w:r>
          </w:p>
        </w:tc>
        <w:tc>
          <w:tcPr>
            <w:tcW w:type="dxa" w:w="1080"/>
          </w:tcPr>
          <w:p>
            <w:r>
              <w:t>刘奕钦</w:t>
            </w:r>
          </w:p>
        </w:tc>
        <w:tc>
          <w:tcPr>
            <w:tcW w:type="dxa" w:w="1080"/>
          </w:tcPr>
          <w:p>
            <w:r>
              <w:t>20243303057</w:t>
            </w:r>
          </w:p>
        </w:tc>
        <w:tc>
          <w:tcPr>
            <w:tcW w:type="dxa" w:w="1080"/>
          </w:tcPr>
          <w:p>
            <w:r>
              <w:t>翁子芊</w:t>
            </w:r>
          </w:p>
        </w:tc>
        <w:tc>
          <w:tcPr>
            <w:tcW w:type="dxa" w:w="1080"/>
          </w:tcPr>
          <w:p>
            <w:r>
              <w:t>20243304504</w:t>
            </w:r>
          </w:p>
        </w:tc>
        <w:tc>
          <w:tcPr>
            <w:tcW w:type="dxa" w:w="1080"/>
          </w:tcPr>
          <w:p>
            <w:r>
              <w:t>张文敏</w:t>
            </w:r>
          </w:p>
        </w:tc>
      </w:tr>
      <w:tr>
        <w:tc>
          <w:tcPr>
            <w:tcW w:type="dxa" w:w="1080"/>
          </w:tcPr>
          <w:p>
            <w:r>
              <w:t>20243301165</w:t>
            </w:r>
          </w:p>
        </w:tc>
        <w:tc>
          <w:tcPr>
            <w:tcW w:type="dxa" w:w="1080"/>
          </w:tcPr>
          <w:p>
            <w:r>
              <w:t>陈小宇</w:t>
            </w:r>
          </w:p>
        </w:tc>
        <w:tc>
          <w:tcPr>
            <w:tcW w:type="dxa" w:w="1080"/>
          </w:tcPr>
          <w:p>
            <w:r>
              <w:t>20243301902</w:t>
            </w:r>
          </w:p>
        </w:tc>
        <w:tc>
          <w:tcPr>
            <w:tcW w:type="dxa" w:w="1080"/>
          </w:tcPr>
          <w:p>
            <w:r>
              <w:t>张颖彤</w:t>
            </w:r>
          </w:p>
        </w:tc>
        <w:tc>
          <w:tcPr>
            <w:tcW w:type="dxa" w:w="1080"/>
          </w:tcPr>
          <w:p>
            <w:r>
              <w:t>20243303129</w:t>
            </w:r>
          </w:p>
        </w:tc>
        <w:tc>
          <w:tcPr>
            <w:tcW w:type="dxa" w:w="1080"/>
          </w:tcPr>
          <w:p>
            <w:r>
              <w:t>刘时予</w:t>
            </w:r>
          </w:p>
        </w:tc>
        <w:tc>
          <w:tcPr>
            <w:tcW w:type="dxa" w:w="1080"/>
          </w:tcPr>
          <w:p>
            <w:r>
              <w:t>20243304582</w:t>
            </w:r>
          </w:p>
        </w:tc>
        <w:tc>
          <w:tcPr>
            <w:tcW w:type="dxa" w:w="1080"/>
          </w:tcPr>
          <w:p>
            <w:r>
              <w:t>曹家杨</w:t>
            </w:r>
          </w:p>
        </w:tc>
      </w:tr>
      <w:tr>
        <w:tc>
          <w:tcPr>
            <w:tcW w:type="dxa" w:w="1080"/>
          </w:tcPr>
          <w:p>
            <w:r>
              <w:t>20243301170</w:t>
            </w:r>
          </w:p>
        </w:tc>
        <w:tc>
          <w:tcPr>
            <w:tcW w:type="dxa" w:w="1080"/>
          </w:tcPr>
          <w:p>
            <w:r>
              <w:t>程诺</w:t>
            </w:r>
          </w:p>
        </w:tc>
        <w:tc>
          <w:tcPr>
            <w:tcW w:type="dxa" w:w="1080"/>
          </w:tcPr>
          <w:p>
            <w:r>
              <w:t>20243301906</w:t>
            </w:r>
          </w:p>
        </w:tc>
        <w:tc>
          <w:tcPr>
            <w:tcW w:type="dxa" w:w="1080"/>
          </w:tcPr>
          <w:p>
            <w:r>
              <w:t>冯小丽</w:t>
            </w:r>
          </w:p>
        </w:tc>
        <w:tc>
          <w:tcPr>
            <w:tcW w:type="dxa" w:w="1080"/>
          </w:tcPr>
          <w:p>
            <w:r>
              <w:t>20243303141</w:t>
            </w:r>
          </w:p>
        </w:tc>
        <w:tc>
          <w:tcPr>
            <w:tcW w:type="dxa" w:w="1080"/>
          </w:tcPr>
          <w:p>
            <w:r>
              <w:t>黄楠楠</w:t>
            </w:r>
          </w:p>
        </w:tc>
        <w:tc>
          <w:tcPr>
            <w:tcW w:type="dxa" w:w="1080"/>
          </w:tcPr>
          <w:p>
            <w:r>
              <w:t>20243304611</w:t>
            </w:r>
          </w:p>
        </w:tc>
        <w:tc>
          <w:tcPr>
            <w:tcW w:type="dxa" w:w="1080"/>
          </w:tcPr>
          <w:p>
            <w:r>
              <w:t>宋珵</w:t>
            </w:r>
          </w:p>
        </w:tc>
      </w:tr>
      <w:tr>
        <w:tc>
          <w:tcPr>
            <w:tcW w:type="dxa" w:w="1080"/>
          </w:tcPr>
          <w:p>
            <w:r>
              <w:t>20243301176</w:t>
            </w:r>
          </w:p>
        </w:tc>
        <w:tc>
          <w:tcPr>
            <w:tcW w:type="dxa" w:w="1080"/>
          </w:tcPr>
          <w:p>
            <w:r>
              <w:t>邓榕</w:t>
            </w:r>
          </w:p>
        </w:tc>
        <w:tc>
          <w:tcPr>
            <w:tcW w:type="dxa" w:w="1080"/>
          </w:tcPr>
          <w:p>
            <w:r>
              <w:t>20243301959</w:t>
            </w:r>
          </w:p>
        </w:tc>
        <w:tc>
          <w:tcPr>
            <w:tcW w:type="dxa" w:w="1080"/>
          </w:tcPr>
          <w:p>
            <w:r>
              <w:t>张子墨</w:t>
            </w:r>
          </w:p>
        </w:tc>
        <w:tc>
          <w:tcPr>
            <w:tcW w:type="dxa" w:w="1080"/>
          </w:tcPr>
          <w:p>
            <w:r>
              <w:t>20243303253</w:t>
            </w:r>
          </w:p>
        </w:tc>
        <w:tc>
          <w:tcPr>
            <w:tcW w:type="dxa" w:w="1080"/>
          </w:tcPr>
          <w:p>
            <w:r>
              <w:t>张程贺</w:t>
            </w:r>
          </w:p>
        </w:tc>
        <w:tc>
          <w:tcPr>
            <w:tcW w:type="dxa" w:w="1080"/>
          </w:tcPr>
          <w:p>
            <w:r>
              <w:t>20243304644</w:t>
            </w:r>
          </w:p>
        </w:tc>
        <w:tc>
          <w:tcPr>
            <w:tcW w:type="dxa" w:w="1080"/>
          </w:tcPr>
          <w:p>
            <w:r>
              <w:t>刘亚林</w:t>
            </w:r>
          </w:p>
        </w:tc>
      </w:tr>
      <w:tr>
        <w:tc>
          <w:tcPr>
            <w:tcW w:type="dxa" w:w="1080"/>
          </w:tcPr>
          <w:p>
            <w:r>
              <w:t>20243301180</w:t>
            </w:r>
          </w:p>
        </w:tc>
        <w:tc>
          <w:tcPr>
            <w:tcW w:type="dxa" w:w="1080"/>
          </w:tcPr>
          <w:p>
            <w:r>
              <w:t>王雅薇</w:t>
            </w:r>
          </w:p>
        </w:tc>
        <w:tc>
          <w:tcPr>
            <w:tcW w:type="dxa" w:w="1080"/>
          </w:tcPr>
          <w:p>
            <w:r>
              <w:t>20243301965</w:t>
            </w:r>
          </w:p>
        </w:tc>
        <w:tc>
          <w:tcPr>
            <w:tcW w:type="dxa" w:w="1080"/>
          </w:tcPr>
          <w:p>
            <w:r>
              <w:t>谢丽君</w:t>
            </w:r>
          </w:p>
        </w:tc>
        <w:tc>
          <w:tcPr>
            <w:tcW w:type="dxa" w:w="1080"/>
          </w:tcPr>
          <w:p>
            <w:r>
              <w:t>20243303274</w:t>
            </w:r>
          </w:p>
        </w:tc>
        <w:tc>
          <w:tcPr>
            <w:tcW w:type="dxa" w:w="1080"/>
          </w:tcPr>
          <w:p>
            <w:r>
              <w:t>章子妍</w:t>
            </w:r>
          </w:p>
        </w:tc>
        <w:tc>
          <w:tcPr>
            <w:tcW w:type="dxa" w:w="1080"/>
          </w:tcPr>
          <w:p>
            <w:r>
              <w:t>20243304651</w:t>
            </w:r>
          </w:p>
        </w:tc>
        <w:tc>
          <w:tcPr>
            <w:tcW w:type="dxa" w:w="1080"/>
          </w:tcPr>
          <w:p>
            <w:r>
              <w:t>方蕊</w:t>
            </w:r>
          </w:p>
        </w:tc>
      </w:tr>
      <w:tr>
        <w:tc>
          <w:tcPr>
            <w:tcW w:type="dxa" w:w="1080"/>
          </w:tcPr>
          <w:p>
            <w:r>
              <w:t>20243301188</w:t>
            </w:r>
          </w:p>
        </w:tc>
        <w:tc>
          <w:tcPr>
            <w:tcW w:type="dxa" w:w="1080"/>
          </w:tcPr>
          <w:p>
            <w:r>
              <w:t>李维娜</w:t>
            </w:r>
          </w:p>
        </w:tc>
        <w:tc>
          <w:tcPr>
            <w:tcW w:type="dxa" w:w="1080"/>
          </w:tcPr>
          <w:p>
            <w:r>
              <w:t>20243301981</w:t>
            </w:r>
          </w:p>
        </w:tc>
        <w:tc>
          <w:tcPr>
            <w:tcW w:type="dxa" w:w="1080"/>
          </w:tcPr>
          <w:p>
            <w:r>
              <w:t>张诗铱</w:t>
            </w:r>
          </w:p>
        </w:tc>
        <w:tc>
          <w:tcPr>
            <w:tcW w:type="dxa" w:w="1080"/>
          </w:tcPr>
          <w:p>
            <w:r>
              <w:t>20243303281</w:t>
            </w:r>
          </w:p>
        </w:tc>
        <w:tc>
          <w:tcPr>
            <w:tcW w:type="dxa" w:w="1080"/>
          </w:tcPr>
          <w:p>
            <w:r>
              <w:t>车书轩</w:t>
            </w:r>
          </w:p>
        </w:tc>
        <w:tc>
          <w:tcPr>
            <w:tcW w:type="dxa" w:w="1080"/>
          </w:tcPr>
          <w:p>
            <w:r>
              <w:t>20243304709</w:t>
            </w:r>
          </w:p>
        </w:tc>
        <w:tc>
          <w:tcPr>
            <w:tcW w:type="dxa" w:w="1080"/>
          </w:tcPr>
          <w:p>
            <w:r>
              <w:t>晁依嘉</w:t>
            </w:r>
          </w:p>
        </w:tc>
      </w:tr>
      <w:tr>
        <w:tc>
          <w:tcPr>
            <w:tcW w:type="dxa" w:w="1080"/>
          </w:tcPr>
          <w:p>
            <w:r>
              <w:t>20243301200</w:t>
            </w:r>
          </w:p>
        </w:tc>
        <w:tc>
          <w:tcPr>
            <w:tcW w:type="dxa" w:w="1080"/>
          </w:tcPr>
          <w:p>
            <w:r>
              <w:t>沈珈羽</w:t>
            </w:r>
          </w:p>
        </w:tc>
        <w:tc>
          <w:tcPr>
            <w:tcW w:type="dxa" w:w="1080"/>
          </w:tcPr>
          <w:p>
            <w:r>
              <w:t>20243302016</w:t>
            </w:r>
          </w:p>
        </w:tc>
        <w:tc>
          <w:tcPr>
            <w:tcW w:type="dxa" w:w="1080"/>
          </w:tcPr>
          <w:p>
            <w:r>
              <w:t>周政</w:t>
            </w:r>
          </w:p>
        </w:tc>
        <w:tc>
          <w:tcPr>
            <w:tcW w:type="dxa" w:w="1080"/>
          </w:tcPr>
          <w:p>
            <w:r>
              <w:t>20243303286</w:t>
            </w:r>
          </w:p>
        </w:tc>
        <w:tc>
          <w:tcPr>
            <w:tcW w:type="dxa" w:w="1080"/>
          </w:tcPr>
          <w:p>
            <w:r>
              <w:t>林怡</w:t>
            </w:r>
          </w:p>
        </w:tc>
        <w:tc>
          <w:tcPr>
            <w:tcW w:type="dxa" w:w="1080"/>
          </w:tcPr>
          <w:p>
            <w:r>
              <w:t>20243304851</w:t>
            </w:r>
          </w:p>
        </w:tc>
        <w:tc>
          <w:tcPr>
            <w:tcW w:type="dxa" w:w="1080"/>
          </w:tcPr>
          <w:p>
            <w:r>
              <w:t>张乔</w:t>
            </w:r>
          </w:p>
        </w:tc>
      </w:tr>
      <w:tr>
        <w:tc>
          <w:tcPr>
            <w:tcW w:type="dxa" w:w="1080"/>
          </w:tcPr>
          <w:p>
            <w:r>
              <w:t>20243301208</w:t>
            </w:r>
          </w:p>
        </w:tc>
        <w:tc>
          <w:tcPr>
            <w:tcW w:type="dxa" w:w="1080"/>
          </w:tcPr>
          <w:p>
            <w:r>
              <w:t>胡水一</w:t>
            </w:r>
          </w:p>
        </w:tc>
        <w:tc>
          <w:tcPr>
            <w:tcW w:type="dxa" w:w="1080"/>
          </w:tcPr>
          <w:p>
            <w:r>
              <w:t>20243302078</w:t>
            </w:r>
          </w:p>
        </w:tc>
        <w:tc>
          <w:tcPr>
            <w:tcW w:type="dxa" w:w="1080"/>
          </w:tcPr>
          <w:p>
            <w:r>
              <w:t>张晋荃</w:t>
            </w:r>
          </w:p>
        </w:tc>
        <w:tc>
          <w:tcPr>
            <w:tcW w:type="dxa" w:w="1080"/>
          </w:tcPr>
          <w:p>
            <w:r>
              <w:t>20243303380</w:t>
            </w:r>
          </w:p>
        </w:tc>
        <w:tc>
          <w:tcPr>
            <w:tcW w:type="dxa" w:w="1080"/>
          </w:tcPr>
          <w:p>
            <w:r>
              <w:t>王美琪</w:t>
            </w:r>
          </w:p>
        </w:tc>
        <w:tc>
          <w:tcPr>
            <w:tcW w:type="dxa" w:w="1080"/>
          </w:tcPr>
          <w:p>
            <w:r>
              <w:t>20243304901</w:t>
            </w:r>
          </w:p>
        </w:tc>
        <w:tc>
          <w:tcPr>
            <w:tcW w:type="dxa" w:w="1080"/>
          </w:tcPr>
          <w:p>
            <w:r>
              <w:t>邓伊婧</w:t>
            </w:r>
          </w:p>
        </w:tc>
      </w:tr>
      <w:tr>
        <w:tc>
          <w:tcPr>
            <w:tcW w:type="dxa" w:w="1080"/>
          </w:tcPr>
          <w:p>
            <w:r>
              <w:t>20243301216</w:t>
            </w:r>
          </w:p>
        </w:tc>
        <w:tc>
          <w:tcPr>
            <w:tcW w:type="dxa" w:w="1080"/>
          </w:tcPr>
          <w:p>
            <w:r>
              <w:t>徐靖雅</w:t>
            </w:r>
          </w:p>
        </w:tc>
        <w:tc>
          <w:tcPr>
            <w:tcW w:type="dxa" w:w="1080"/>
          </w:tcPr>
          <w:p>
            <w:r>
              <w:t>20243302079</w:t>
            </w:r>
          </w:p>
        </w:tc>
        <w:tc>
          <w:tcPr>
            <w:tcW w:type="dxa" w:w="1080"/>
          </w:tcPr>
          <w:p>
            <w:r>
              <w:t>王肖雅</w:t>
            </w:r>
          </w:p>
        </w:tc>
        <w:tc>
          <w:tcPr>
            <w:tcW w:type="dxa" w:w="1080"/>
          </w:tcPr>
          <w:p>
            <w:r>
              <w:t>20243303540</w:t>
            </w:r>
          </w:p>
        </w:tc>
        <w:tc>
          <w:tcPr>
            <w:tcW w:type="dxa" w:w="1080"/>
          </w:tcPr>
          <w:p>
            <w:r>
              <w:t>袁静怡</w:t>
            </w:r>
          </w:p>
        </w:tc>
        <w:tc>
          <w:tcPr>
            <w:tcW w:type="dxa" w:w="1080"/>
          </w:tcPr>
          <w:p>
            <w:r>
              <w:t>20243304988</w:t>
            </w:r>
          </w:p>
        </w:tc>
        <w:tc>
          <w:tcPr>
            <w:tcW w:type="dxa" w:w="1080"/>
          </w:tcPr>
          <w:p>
            <w:r>
              <w:t>陈骁</w:t>
            </w:r>
          </w:p>
        </w:tc>
      </w:tr>
      <w:tr>
        <w:tc>
          <w:tcPr>
            <w:tcW w:type="dxa" w:w="1080"/>
          </w:tcPr>
          <w:p>
            <w:r>
              <w:t>20243301229</w:t>
            </w:r>
          </w:p>
        </w:tc>
        <w:tc>
          <w:tcPr>
            <w:tcW w:type="dxa" w:w="1080"/>
          </w:tcPr>
          <w:p>
            <w:r>
              <w:t>李楚天</w:t>
            </w:r>
          </w:p>
        </w:tc>
        <w:tc>
          <w:tcPr>
            <w:tcW w:type="dxa" w:w="1080"/>
          </w:tcPr>
          <w:p>
            <w:r>
              <w:t>20243302109</w:t>
            </w:r>
          </w:p>
        </w:tc>
        <w:tc>
          <w:tcPr>
            <w:tcW w:type="dxa" w:w="1080"/>
          </w:tcPr>
          <w:p>
            <w:r>
              <w:t>丁艺婷</w:t>
            </w:r>
          </w:p>
        </w:tc>
        <w:tc>
          <w:tcPr>
            <w:tcW w:type="dxa" w:w="1080"/>
          </w:tcPr>
          <w:p>
            <w:r>
              <w:t>20243303558</w:t>
            </w:r>
          </w:p>
        </w:tc>
        <w:tc>
          <w:tcPr>
            <w:tcW w:type="dxa" w:w="1080"/>
          </w:tcPr>
          <w:p>
            <w:r>
              <w:t>向冰玉</w:t>
            </w:r>
          </w:p>
        </w:tc>
        <w:tc>
          <w:tcPr>
            <w:tcW w:type="dxa" w:w="1080"/>
          </w:tcPr>
          <w:p>
            <w:r>
              <w:t>20243305023</w:t>
            </w:r>
          </w:p>
        </w:tc>
        <w:tc>
          <w:tcPr>
            <w:tcW w:type="dxa" w:w="1080"/>
          </w:tcPr>
          <w:p>
            <w:r>
              <w:t>戴威</w:t>
            </w:r>
          </w:p>
        </w:tc>
      </w:tr>
      <w:tr>
        <w:tc>
          <w:tcPr>
            <w:tcW w:type="dxa" w:w="1080"/>
          </w:tcPr>
          <w:p>
            <w:r>
              <w:t>20243301233</w:t>
            </w:r>
          </w:p>
        </w:tc>
        <w:tc>
          <w:tcPr>
            <w:tcW w:type="dxa" w:w="1080"/>
          </w:tcPr>
          <w:p>
            <w:r>
              <w:t>马国荣</w:t>
            </w:r>
          </w:p>
        </w:tc>
        <w:tc>
          <w:tcPr>
            <w:tcW w:type="dxa" w:w="1080"/>
          </w:tcPr>
          <w:p>
            <w:r>
              <w:t>20243302237</w:t>
            </w:r>
          </w:p>
        </w:tc>
        <w:tc>
          <w:tcPr>
            <w:tcW w:type="dxa" w:w="1080"/>
          </w:tcPr>
          <w:p>
            <w:r>
              <w:t>黄思睿</w:t>
            </w:r>
          </w:p>
        </w:tc>
        <w:tc>
          <w:tcPr>
            <w:tcW w:type="dxa" w:w="1080"/>
          </w:tcPr>
          <w:p>
            <w:r>
              <w:t>20243303559</w:t>
            </w:r>
          </w:p>
        </w:tc>
        <w:tc>
          <w:tcPr>
            <w:tcW w:type="dxa" w:w="1080"/>
          </w:tcPr>
          <w:p>
            <w:r>
              <w:t>王聪玥</w:t>
            </w:r>
          </w:p>
        </w:tc>
        <w:tc>
          <w:tcPr>
            <w:tcW w:type="dxa" w:w="1080"/>
          </w:tcPr>
          <w:p>
            <w:r>
              <w:t>20243305065</w:t>
            </w:r>
          </w:p>
        </w:tc>
        <w:tc>
          <w:tcPr>
            <w:tcW w:type="dxa" w:w="1080"/>
          </w:tcPr>
          <w:p>
            <w:r>
              <w:t>曹宇轩</w:t>
            </w:r>
          </w:p>
        </w:tc>
      </w:tr>
      <w:tr>
        <w:tc>
          <w:tcPr>
            <w:tcW w:type="dxa" w:w="1080"/>
          </w:tcPr>
          <w:p>
            <w:r>
              <w:t>20243301251</w:t>
            </w:r>
          </w:p>
        </w:tc>
        <w:tc>
          <w:tcPr>
            <w:tcW w:type="dxa" w:w="1080"/>
          </w:tcPr>
          <w:p>
            <w:r>
              <w:t>刘金成</w:t>
            </w:r>
          </w:p>
        </w:tc>
        <w:tc>
          <w:tcPr>
            <w:tcW w:type="dxa" w:w="1080"/>
          </w:tcPr>
          <w:p>
            <w:r>
              <w:t>20243302307</w:t>
            </w:r>
          </w:p>
        </w:tc>
        <w:tc>
          <w:tcPr>
            <w:tcW w:type="dxa" w:w="1080"/>
          </w:tcPr>
          <w:p>
            <w:r>
              <w:t>王治琳</w:t>
            </w:r>
          </w:p>
        </w:tc>
        <w:tc>
          <w:tcPr>
            <w:tcW w:type="dxa" w:w="1080"/>
          </w:tcPr>
          <w:p>
            <w:r>
              <w:t>20243303629</w:t>
            </w:r>
          </w:p>
        </w:tc>
        <w:tc>
          <w:tcPr>
            <w:tcW w:type="dxa" w:w="1080"/>
          </w:tcPr>
          <w:p>
            <w:r>
              <w:t>吴亚楠</w:t>
            </w:r>
          </w:p>
        </w:tc>
        <w:tc>
          <w:tcPr>
            <w:tcW w:type="dxa" w:w="1080"/>
          </w:tcPr>
          <w:p>
            <w:r>
              <w:t>20243305085</w:t>
            </w:r>
          </w:p>
        </w:tc>
        <w:tc>
          <w:tcPr>
            <w:tcW w:type="dxa" w:w="1080"/>
          </w:tcPr>
          <w:p>
            <w:r>
              <w:t>李欣童</w:t>
            </w:r>
          </w:p>
        </w:tc>
      </w:tr>
      <w:tr>
        <w:tc>
          <w:tcPr>
            <w:tcW w:type="dxa" w:w="1080"/>
          </w:tcPr>
          <w:p>
            <w:r>
              <w:t>20243301252</w:t>
            </w:r>
          </w:p>
        </w:tc>
        <w:tc>
          <w:tcPr>
            <w:tcW w:type="dxa" w:w="1080"/>
          </w:tcPr>
          <w:p>
            <w:r>
              <w:t>周婷婷</w:t>
            </w:r>
          </w:p>
        </w:tc>
        <w:tc>
          <w:tcPr>
            <w:tcW w:type="dxa" w:w="1080"/>
          </w:tcPr>
          <w:p>
            <w:r>
              <w:t>20243302309</w:t>
            </w:r>
          </w:p>
        </w:tc>
        <w:tc>
          <w:tcPr>
            <w:tcW w:type="dxa" w:w="1080"/>
          </w:tcPr>
          <w:p>
            <w:r>
              <w:t>孙未</w:t>
            </w:r>
          </w:p>
        </w:tc>
        <w:tc>
          <w:tcPr>
            <w:tcW w:type="dxa" w:w="1080"/>
          </w:tcPr>
          <w:p>
            <w:r>
              <w:t>20243303641</w:t>
            </w:r>
          </w:p>
        </w:tc>
        <w:tc>
          <w:tcPr>
            <w:tcW w:type="dxa" w:w="1080"/>
          </w:tcPr>
          <w:p>
            <w:r>
              <w:t>张春雷</w:t>
            </w:r>
          </w:p>
        </w:tc>
        <w:tc>
          <w:tcPr>
            <w:tcW w:type="dxa" w:w="1080"/>
          </w:tcPr>
          <w:p>
            <w:r>
              <w:t>20243305113</w:t>
            </w:r>
          </w:p>
        </w:tc>
        <w:tc>
          <w:tcPr>
            <w:tcW w:type="dxa" w:w="1080"/>
          </w:tcPr>
          <w:p>
            <w:r>
              <w:t>侯雨杉</w:t>
            </w:r>
          </w:p>
        </w:tc>
      </w:tr>
      <w:tr>
        <w:tc>
          <w:tcPr>
            <w:tcW w:type="dxa" w:w="1080"/>
          </w:tcPr>
          <w:p>
            <w:r>
              <w:t>20243301272</w:t>
            </w:r>
          </w:p>
        </w:tc>
        <w:tc>
          <w:tcPr>
            <w:tcW w:type="dxa" w:w="1080"/>
          </w:tcPr>
          <w:p>
            <w:r>
              <w:t>朱嘉怡</w:t>
            </w:r>
          </w:p>
        </w:tc>
        <w:tc>
          <w:tcPr>
            <w:tcW w:type="dxa" w:w="1080"/>
          </w:tcPr>
          <w:p>
            <w:r>
              <w:t>20243302372</w:t>
            </w:r>
          </w:p>
        </w:tc>
        <w:tc>
          <w:tcPr>
            <w:tcW w:type="dxa" w:w="1080"/>
          </w:tcPr>
          <w:p>
            <w:r>
              <w:t>韩欣宸</w:t>
            </w:r>
          </w:p>
        </w:tc>
        <w:tc>
          <w:tcPr>
            <w:tcW w:type="dxa" w:w="1080"/>
          </w:tcPr>
          <w:p>
            <w:r>
              <w:t>20243303646</w:t>
            </w:r>
          </w:p>
        </w:tc>
        <w:tc>
          <w:tcPr>
            <w:tcW w:type="dxa" w:w="1080"/>
          </w:tcPr>
          <w:p>
            <w:r>
              <w:t>徐慧兰</w:t>
            </w:r>
          </w:p>
        </w:tc>
        <w:tc>
          <w:tcPr>
            <w:tcW w:type="dxa" w:w="1080"/>
          </w:tcPr>
          <w:p>
            <w:r>
              <w:t>20243305124</w:t>
            </w:r>
          </w:p>
        </w:tc>
        <w:tc>
          <w:tcPr>
            <w:tcW w:type="dxa" w:w="1080"/>
          </w:tcPr>
          <w:p>
            <w:r>
              <w:t>闫海钰</w:t>
            </w:r>
          </w:p>
        </w:tc>
      </w:tr>
      <w:tr>
        <w:tc>
          <w:tcPr>
            <w:tcW w:type="dxa" w:w="1080"/>
          </w:tcPr>
          <w:p>
            <w:r>
              <w:t>20243301277</w:t>
            </w:r>
          </w:p>
        </w:tc>
        <w:tc>
          <w:tcPr>
            <w:tcW w:type="dxa" w:w="1080"/>
          </w:tcPr>
          <w:p>
            <w:r>
              <w:t>胡成伟</w:t>
            </w:r>
          </w:p>
        </w:tc>
        <w:tc>
          <w:tcPr>
            <w:tcW w:type="dxa" w:w="1080"/>
          </w:tcPr>
          <w:p>
            <w:r>
              <w:t>20243302420</w:t>
            </w:r>
          </w:p>
        </w:tc>
        <w:tc>
          <w:tcPr>
            <w:tcW w:type="dxa" w:w="1080"/>
          </w:tcPr>
          <w:p>
            <w:r>
              <w:t>乔嘉怡</w:t>
            </w:r>
          </w:p>
        </w:tc>
        <w:tc>
          <w:tcPr>
            <w:tcW w:type="dxa" w:w="1080"/>
          </w:tcPr>
          <w:p>
            <w:r>
              <w:t>20243303795</w:t>
            </w:r>
          </w:p>
        </w:tc>
        <w:tc>
          <w:tcPr>
            <w:tcW w:type="dxa" w:w="1080"/>
          </w:tcPr>
          <w:p>
            <w:r>
              <w:t>程明旻</w:t>
            </w:r>
          </w:p>
        </w:tc>
        <w:tc>
          <w:tcPr>
            <w:tcW w:type="dxa" w:w="1080"/>
          </w:tcPr>
          <w:p>
            <w:r>
              <w:t>20243305138</w:t>
            </w:r>
          </w:p>
        </w:tc>
        <w:tc>
          <w:tcPr>
            <w:tcW w:type="dxa" w:w="1080"/>
          </w:tcPr>
          <w:p>
            <w:r>
              <w:t>夏甲</w:t>
            </w:r>
          </w:p>
        </w:tc>
      </w:tr>
      <w:tr>
        <w:tc>
          <w:tcPr>
            <w:tcW w:type="dxa" w:w="1080"/>
          </w:tcPr>
          <w:p>
            <w:r>
              <w:t>20243301278</w:t>
            </w:r>
          </w:p>
        </w:tc>
        <w:tc>
          <w:tcPr>
            <w:tcW w:type="dxa" w:w="1080"/>
          </w:tcPr>
          <w:p>
            <w:r>
              <w:t>马姝</w:t>
            </w:r>
          </w:p>
        </w:tc>
        <w:tc>
          <w:tcPr>
            <w:tcW w:type="dxa" w:w="1080"/>
          </w:tcPr>
          <w:p>
            <w:r>
              <w:t>20243302455</w:t>
            </w:r>
          </w:p>
        </w:tc>
        <w:tc>
          <w:tcPr>
            <w:tcW w:type="dxa" w:w="1080"/>
          </w:tcPr>
          <w:p>
            <w:r>
              <w:t>仇欣</w:t>
            </w:r>
          </w:p>
        </w:tc>
        <w:tc>
          <w:tcPr>
            <w:tcW w:type="dxa" w:w="1080"/>
          </w:tcPr>
          <w:p>
            <w:r>
              <w:t>20243303804</w:t>
            </w:r>
          </w:p>
        </w:tc>
        <w:tc>
          <w:tcPr>
            <w:tcW w:type="dxa" w:w="1080"/>
          </w:tcPr>
          <w:p>
            <w:r>
              <w:t>沈书伃</w:t>
            </w:r>
          </w:p>
        </w:tc>
        <w:tc>
          <w:tcPr>
            <w:tcW w:type="dxa" w:w="1080"/>
          </w:tcPr>
          <w:p>
            <w:r>
              <w:t>20243305150</w:t>
            </w:r>
          </w:p>
        </w:tc>
        <w:tc>
          <w:tcPr>
            <w:tcW w:type="dxa" w:w="1080"/>
          </w:tcPr>
          <w:p>
            <w:r>
              <w:t>张心越</w:t>
            </w:r>
          </w:p>
        </w:tc>
      </w:tr>
      <w:tr>
        <w:tc>
          <w:tcPr>
            <w:tcW w:type="dxa" w:w="1080"/>
          </w:tcPr>
          <w:p>
            <w:r>
              <w:t>20243301340</w:t>
            </w:r>
          </w:p>
        </w:tc>
        <w:tc>
          <w:tcPr>
            <w:tcW w:type="dxa" w:w="1080"/>
          </w:tcPr>
          <w:p>
            <w:r>
              <w:t>蒋晓语</w:t>
            </w:r>
          </w:p>
        </w:tc>
        <w:tc>
          <w:tcPr>
            <w:tcW w:type="dxa" w:w="1080"/>
          </w:tcPr>
          <w:p>
            <w:r>
              <w:t>20243302463</w:t>
            </w:r>
          </w:p>
        </w:tc>
        <w:tc>
          <w:tcPr>
            <w:tcW w:type="dxa" w:w="1080"/>
          </w:tcPr>
          <w:p>
            <w:r>
              <w:t>高倩</w:t>
            </w:r>
          </w:p>
        </w:tc>
        <w:tc>
          <w:tcPr>
            <w:tcW w:type="dxa" w:w="1080"/>
          </w:tcPr>
          <w:p>
            <w:r>
              <w:t>20243303886</w:t>
            </w:r>
          </w:p>
        </w:tc>
        <w:tc>
          <w:tcPr>
            <w:tcW w:type="dxa" w:w="1080"/>
          </w:tcPr>
          <w:p>
            <w:r>
              <w:t>张子寒</w:t>
            </w:r>
          </w:p>
        </w:tc>
        <w:tc>
          <w:tcPr>
            <w:tcW w:type="dxa" w:w="1080"/>
          </w:tcPr>
          <w:p>
            <w:r>
              <w:t>20243305151</w:t>
            </w:r>
          </w:p>
        </w:tc>
        <w:tc>
          <w:tcPr>
            <w:tcW w:type="dxa" w:w="1080"/>
          </w:tcPr>
          <w:p>
            <w:r>
              <w:t>李卓凡</w:t>
            </w:r>
          </w:p>
        </w:tc>
      </w:tr>
      <w:tr>
        <w:tc>
          <w:tcPr>
            <w:tcW w:type="dxa" w:w="1080"/>
          </w:tcPr>
          <w:p>
            <w:r>
              <w:t>20243301350</w:t>
            </w:r>
          </w:p>
        </w:tc>
        <w:tc>
          <w:tcPr>
            <w:tcW w:type="dxa" w:w="1080"/>
          </w:tcPr>
          <w:p>
            <w:r>
              <w:t>李明瑞</w:t>
            </w:r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