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外国语学院关于在2015届本科毕业生中做好推荐免试攻读研究生工作的通知</w:t>
      </w:r>
    </w:p>
    <w:p>
      <w:r>
        <w:t>为做好本学院2015届本科毕业生的推免工作，根据学校《关于做好2015届本科毕业生的推荐和接收免试攻读研究生工作的通知》（校发【2014】189号），并结合本学院实际情况，制定如下实施办法：</w:t>
      </w:r>
    </w:p>
    <w:p>
      <w:r>
        <w:t>一、组织与领导成立外国语学院推免生工作领导小组和专家考核组,负责组织本院推免生的推荐、考核与接收工作。</w:t>
      </w:r>
    </w:p>
    <w:p>
      <w:r>
        <w:t>1、院推免生工作领导小组组长：陈美华副组长：朱宏清汤顶华成员：刘克华朱丽田秘书：徐雪宁2、院推免生工作专家考核小组组长：朱宏清副组长：刘克华朱丽田成员：（英语）郑玉琪高圣兵赵建红马冬梅（日语）周琛陶友公魏金美陆薇薇秘书：徐雪宁</w:t>
      </w:r>
    </w:p>
    <w:p>
      <w:r>
        <w:t>二、推荐条件1、符合学校通知要求，前三年必修和限选课课程平均学分绩点（以下称平均绩点，按课程首修成绩计算）排名位列专业前35%（申请西部支教的学生平均学分绩点排名应位列专业前40%），有资格填写免研申请表。2、思想品德优良，无任何考试作弊、剽窃他人学术成果以及违法违纪受记过及以上处分记录。3、修完并通过前三年专业指导性教学计划中规定的所有课程。4、英语专业学生要求TEM-4在70分及以上。日语专业英语水平要求CET-6在430分及以上或CET-4在520分及以上或托福100分及以上或雅思7分（单项分不低于6.0分）及以上。5、凡有资格填写免研申请表，并按期提交了免研申请表的同学，若不符合全部推免基本条件的，只要符合学校通知中的一般破格条件，即可取得免研申请资格。</w:t>
      </w:r>
    </w:p>
    <w:p>
      <w:r>
        <w:t>三、加分方法1、在校期间获得省级及以上“三好学生”、“优秀学生干部”、省级及以上优秀团员与优秀团干部、校长奖学金获得者、校级“三好学生标兵”、校“学习优秀生”加1.5分计入综合考核成绩，不累计。若已经被考虑为破格条件则不加分。2、在校期间担任校学生会副主席、学生团体联合会副主席、社团会长级别（仅限于前两个学年内获评“东南大学十佳学生团体”的社团）、院学生会主席团成员、院记者团团长与副团长、加1.5分，校学生会、学生团体联合会主席加3分，计入综合考核成绩，不累计。3、获学科竞赛、综合竞赛省级一等奖以上奖励者；在省级以上刊物发表论文1篇以上者；参加科研课题的研究，有较强的科研实践能力并取得一定成果者；可以加分。获奖加分：国家一等奖10分，二等奖7分，三等奖3分，省级一等奖3分。在与所修学科相关的省级学术刊物上发表论文1篇（独立或第一作者）加3分，国家级核心刊物发表1篇学术论文加7分（独立或第一作者）。各奖项认定由院党政联席会议决定。</w:t>
      </w:r>
    </w:p>
    <w:p>
      <w:r>
        <w:t>四、具体选拔操作程序1、公布学校有关通知、工作细则表和本实施办法，推免生名额分配另行公布。2、公示各专业平均绩点排名。3、9月3日-4日：学生本人提出书面申请交学办徐雪宁老师，超过申请时间视为自动放弃。申请材料包括《东南大学推荐免试研究生申请表》、相关学生工作证明、奖励和荣誉证书原件及复印件各一份。志愿申请西部支教的同学还需上交《东南大学推荐支教推免生申请表》以及《东南大学研究生支教团报名登记表》。申请破格者需提交符合破格条件的相关证明原件和复印件。4、9月5日-8日：院推免生工作领导小组对申报人进行初审、加分评定并公布面试名单。5、9月9日：由专家考核组对符合推荐条件的申请人（含西部支教）组织面试。最终排名成绩=三年课程成绩总平均*70%+综合考核成绩（面试成绩+加分评定）*30%。5、9月10日：根据排序成绩，拟定推免生名单，院内公示并报教务处审核。6、9月13日前：用人单位对申请西部支教且学院考核合格的推免生统一进行考核，7、9月25日前：学校发文公布最终名单，推免生数据进入“全国推免服务系统”。至此，推荐阶段工作完成。8、10月25日前：完成推免生名册表，上交推免生申请表、成绩单以及专家推荐表。</w:t>
      </w:r>
    </w:p>
    <w:p>
      <w:r>
        <w:t>五、专项计划1、西部支教专项计划：推免生只能报考本校。2、推免生担任辅导员计划：具体实施办法待免试研究生接收阶段公布。</w:t>
      </w:r>
    </w:p>
    <w:p>
      <w:r>
        <w:t>六、凡被确定为推免生，原则上不得参加毕业分配，不得办理出国手续，不得再参加硕士生统考，不得自行放弃免试资格。</w:t>
      </w:r>
    </w:p>
    <w:p>
      <w:r>
        <w:t>七、被确定为推免生后，有下列情况之一者，取消推荐免试资格：1）考试作弊、剽窃他人学术成果以及违法违纪受处分者；2）毕业设计（论文）、临床实习等成绩达不到优良者；3）应届毕业时，不能按时毕业或无法获得学士学位证书者；4）西部支教推免生违反协议及不能胜任所承担工作者。</w:t>
      </w:r>
    </w:p>
    <w:p>
      <w:r>
        <w:t>八、本实施办法仅适用于我院免试研究生推荐工作，接收录取相关信息将通过“全国推免服务系统”公布，推免生可在系统中查询我院招收推免生章程和专业目录。</w:t>
      </w:r>
    </w:p>
    <w:p>
      <w:r>
        <w:t>九、其他未尽事宜，参照学校文件精神，并由学院推免生工作领导小组讨论决定。</w:t>
      </w:r>
    </w:p>
    <w:p>
      <w:r>
        <w:t>本实施办法由外国语学院推免生工作领导小组负责解释。</w:t>
      </w:r>
    </w:p>
    <w:p>
      <w:r>
        <w:t>东南大学外国语学院2014年8月28日</w:t>
      </w:r>
    </w:p>
    <w:p>
      <w:r>
        <w:t>相关表格.zip</w:t>
      </w:r>
    </w:p>
    <w:p>
      <w:r>
        <w:t>11级英语免研绩点一览.doc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