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东南大学土木工程学院2027年接收推荐免试研究生考核入选名单（第二批）</w:t>
      </w:r>
    </w:p>
    <w:p>
      <w:r>
        <w:t>经过对已提交报名材料的综合审核，现已初步确定学院2027年接收推荐免试研究生考核入选名单（第二批）。现就有关事项通知如下。</w:t>
      </w:r>
    </w:p>
    <w:p>
      <w:r>
        <w:t>一、入选名单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报名号</w:t>
            </w:r>
          </w:p>
        </w:tc>
        <w:tc>
          <w:tcPr>
            <w:tcW w:type="dxa" w:w="1440"/>
          </w:tcPr>
          <w:p>
            <w:r>
              <w:t>姓名</w:t>
            </w:r>
          </w:p>
        </w:tc>
        <w:tc>
          <w:tcPr>
            <w:tcW w:type="dxa" w:w="1440"/>
          </w:tcPr>
          <w:p>
            <w:r>
              <w:t>报名号</w:t>
            </w:r>
          </w:p>
        </w:tc>
        <w:tc>
          <w:tcPr>
            <w:tcW w:type="dxa" w:w="1440"/>
          </w:tcPr>
          <w:p>
            <w:r>
              <w:t>姓名</w:t>
            </w:r>
          </w:p>
        </w:tc>
        <w:tc>
          <w:tcPr>
            <w:tcW w:type="dxa" w:w="1440"/>
          </w:tcPr>
          <w:p>
            <w:r>
              <w:t>报名号</w:t>
            </w:r>
          </w:p>
        </w:tc>
        <w:tc>
          <w:tcPr>
            <w:tcW w:type="dxa" w:w="1440"/>
          </w:tcPr>
          <w:p>
            <w:r>
              <w:t>姓名</w:t>
            </w:r>
          </w:p>
        </w:tc>
      </w:tr>
      <w:tr>
        <w:tc>
          <w:tcPr>
            <w:tcW w:type="dxa" w:w="1440"/>
          </w:tcPr>
          <w:p>
            <w:r>
              <w:t>20273300103</w:t>
            </w:r>
          </w:p>
        </w:tc>
        <w:tc>
          <w:tcPr>
            <w:tcW w:type="dxa" w:w="1440"/>
          </w:tcPr>
          <w:p>
            <w:r>
              <w:t>陈欣怡</w:t>
            </w:r>
          </w:p>
        </w:tc>
        <w:tc>
          <w:tcPr>
            <w:tcW w:type="dxa" w:w="1440"/>
          </w:tcPr>
          <w:p>
            <w:r>
              <w:t>20273316073</w:t>
            </w:r>
          </w:p>
        </w:tc>
        <w:tc>
          <w:tcPr>
            <w:tcW w:type="dxa" w:w="1440"/>
          </w:tcPr>
          <w:p>
            <w:r>
              <w:t>李禹澄</w:t>
            </w:r>
          </w:p>
        </w:tc>
        <w:tc>
          <w:tcPr>
            <w:tcW w:type="dxa" w:w="1440"/>
          </w:tcPr>
          <w:p>
            <w:r>
              <w:t>20273349030</w:t>
            </w:r>
          </w:p>
        </w:tc>
        <w:tc>
          <w:tcPr>
            <w:tcW w:type="dxa" w:w="1440"/>
          </w:tcPr>
          <w:p>
            <w:r>
              <w:t>胡旺财</w:t>
            </w:r>
          </w:p>
        </w:tc>
      </w:tr>
      <w:tr>
        <w:tc>
          <w:tcPr>
            <w:tcW w:type="dxa" w:w="1440"/>
          </w:tcPr>
          <w:p>
            <w:r>
              <w:t>20273300342</w:t>
            </w:r>
          </w:p>
        </w:tc>
        <w:tc>
          <w:tcPr>
            <w:tcW w:type="dxa" w:w="1440"/>
          </w:tcPr>
          <w:p>
            <w:r>
              <w:t>闫晓龙</w:t>
            </w:r>
          </w:p>
        </w:tc>
        <w:tc>
          <w:tcPr>
            <w:tcW w:type="dxa" w:w="1440"/>
          </w:tcPr>
          <w:p>
            <w:r>
              <w:t>20273316136</w:t>
            </w:r>
          </w:p>
        </w:tc>
        <w:tc>
          <w:tcPr>
            <w:tcW w:type="dxa" w:w="1440"/>
          </w:tcPr>
          <w:p>
            <w:r>
              <w:t>黄佳滨</w:t>
            </w:r>
          </w:p>
        </w:tc>
        <w:tc>
          <w:tcPr>
            <w:tcW w:type="dxa" w:w="1440"/>
          </w:tcPr>
          <w:p>
            <w:r>
              <w:t>20273349034</w:t>
            </w:r>
          </w:p>
        </w:tc>
        <w:tc>
          <w:tcPr>
            <w:tcW w:type="dxa" w:w="1440"/>
          </w:tcPr>
          <w:p>
            <w:r>
              <w:t>廖永</w:t>
            </w:r>
          </w:p>
        </w:tc>
      </w:tr>
      <w:tr>
        <w:tc>
          <w:tcPr>
            <w:tcW w:type="dxa" w:w="1440"/>
          </w:tcPr>
          <w:p>
            <w:r>
              <w:t>20273300569</w:t>
            </w:r>
          </w:p>
        </w:tc>
        <w:tc>
          <w:tcPr>
            <w:tcW w:type="dxa" w:w="1440"/>
          </w:tcPr>
          <w:p>
            <w:r>
              <w:t>葛晨皓</w:t>
            </w:r>
          </w:p>
        </w:tc>
        <w:tc>
          <w:tcPr>
            <w:tcW w:type="dxa" w:w="1440"/>
          </w:tcPr>
          <w:p>
            <w:r>
              <w:t>20273316377</w:t>
            </w:r>
          </w:p>
        </w:tc>
        <w:tc>
          <w:tcPr>
            <w:tcW w:type="dxa" w:w="1440"/>
          </w:tcPr>
          <w:p>
            <w:r>
              <w:t>张彬</w:t>
            </w:r>
          </w:p>
        </w:tc>
        <w:tc>
          <w:tcPr>
            <w:tcW w:type="dxa" w:w="1440"/>
          </w:tcPr>
          <w:p>
            <w:r>
              <w:t>20273349044</w:t>
            </w:r>
          </w:p>
        </w:tc>
        <w:tc>
          <w:tcPr>
            <w:tcW w:type="dxa" w:w="1440"/>
          </w:tcPr>
          <w:p>
            <w:r>
              <w:t>周钰</w:t>
            </w:r>
          </w:p>
        </w:tc>
      </w:tr>
      <w:tr>
        <w:tc>
          <w:tcPr>
            <w:tcW w:type="dxa" w:w="1440"/>
          </w:tcPr>
          <w:p>
            <w:r>
              <w:t>20273300677</w:t>
            </w:r>
          </w:p>
        </w:tc>
        <w:tc>
          <w:tcPr>
            <w:tcW w:type="dxa" w:w="1440"/>
          </w:tcPr>
          <w:p>
            <w:r>
              <w:t>陈祥</w:t>
            </w:r>
          </w:p>
        </w:tc>
        <w:tc>
          <w:tcPr>
            <w:tcW w:type="dxa" w:w="1440"/>
          </w:tcPr>
          <w:p>
            <w:r>
              <w:t>20273316407</w:t>
            </w:r>
          </w:p>
        </w:tc>
        <w:tc>
          <w:tcPr>
            <w:tcW w:type="dxa" w:w="1440"/>
          </w:tcPr>
          <w:p>
            <w:r>
              <w:t>蒋镇南</w:t>
            </w:r>
          </w:p>
        </w:tc>
        <w:tc>
          <w:tcPr>
            <w:tcW w:type="dxa" w:w="1440"/>
          </w:tcPr>
          <w:p>
            <w:r>
              <w:t>20273349045</w:t>
            </w:r>
          </w:p>
        </w:tc>
        <w:tc>
          <w:tcPr>
            <w:tcW w:type="dxa" w:w="1440"/>
          </w:tcPr>
          <w:p>
            <w:r>
              <w:t>李嘉堉</w:t>
            </w:r>
          </w:p>
        </w:tc>
      </w:tr>
      <w:tr>
        <w:tc>
          <w:tcPr>
            <w:tcW w:type="dxa" w:w="1440"/>
          </w:tcPr>
          <w:p>
            <w:r>
              <w:t>20273300780</w:t>
            </w:r>
          </w:p>
        </w:tc>
        <w:tc>
          <w:tcPr>
            <w:tcW w:type="dxa" w:w="1440"/>
          </w:tcPr>
          <w:p>
            <w:r>
              <w:t>卫铭宇</w:t>
            </w:r>
          </w:p>
        </w:tc>
        <w:tc>
          <w:tcPr>
            <w:tcW w:type="dxa" w:w="1440"/>
          </w:tcPr>
          <w:p>
            <w:r>
              <w:t>20273316490</w:t>
            </w:r>
          </w:p>
        </w:tc>
        <w:tc>
          <w:tcPr>
            <w:tcW w:type="dxa" w:w="1440"/>
          </w:tcPr>
          <w:p>
            <w:r>
              <w:t>范佳馨</w:t>
            </w:r>
          </w:p>
        </w:tc>
        <w:tc>
          <w:tcPr>
            <w:tcW w:type="dxa" w:w="1440"/>
          </w:tcPr>
          <w:p>
            <w:r>
              <w:t>20273349080</w:t>
            </w:r>
          </w:p>
        </w:tc>
        <w:tc>
          <w:tcPr>
            <w:tcW w:type="dxa" w:w="1440"/>
          </w:tcPr>
          <w:p>
            <w:r>
              <w:t>宋睿</w:t>
            </w:r>
          </w:p>
        </w:tc>
      </w:tr>
      <w:tr>
        <w:tc>
          <w:tcPr>
            <w:tcW w:type="dxa" w:w="1440"/>
          </w:tcPr>
          <w:p>
            <w:r>
              <w:t>20273300859</w:t>
            </w:r>
          </w:p>
        </w:tc>
        <w:tc>
          <w:tcPr>
            <w:tcW w:type="dxa" w:w="1440"/>
          </w:tcPr>
          <w:p>
            <w:r>
              <w:t>杨普旭</w:t>
            </w:r>
          </w:p>
        </w:tc>
        <w:tc>
          <w:tcPr>
            <w:tcW w:type="dxa" w:w="1440"/>
          </w:tcPr>
          <w:p>
            <w:r>
              <w:t>20273316847</w:t>
            </w:r>
          </w:p>
        </w:tc>
        <w:tc>
          <w:tcPr>
            <w:tcW w:type="dxa" w:w="1440"/>
          </w:tcPr>
          <w:p>
            <w:r>
              <w:t>刘弈谋</w:t>
            </w:r>
          </w:p>
        </w:tc>
        <w:tc>
          <w:tcPr>
            <w:tcW w:type="dxa" w:w="1440"/>
          </w:tcPr>
          <w:p>
            <w:r>
              <w:t>20273349098</w:t>
            </w:r>
          </w:p>
        </w:tc>
        <w:tc>
          <w:tcPr>
            <w:tcW w:type="dxa" w:w="1440"/>
          </w:tcPr>
          <w:p>
            <w:r>
              <w:t>唐彬彬</w:t>
            </w:r>
          </w:p>
        </w:tc>
      </w:tr>
      <w:tr>
        <w:tc>
          <w:tcPr>
            <w:tcW w:type="dxa" w:w="1440"/>
          </w:tcPr>
          <w:p>
            <w:r>
              <w:t>20273300899</w:t>
            </w:r>
          </w:p>
        </w:tc>
        <w:tc>
          <w:tcPr>
            <w:tcW w:type="dxa" w:w="1440"/>
          </w:tcPr>
          <w:p>
            <w:r>
              <w:t>张传森</w:t>
            </w:r>
          </w:p>
        </w:tc>
        <w:tc>
          <w:tcPr>
            <w:tcW w:type="dxa" w:w="1440"/>
          </w:tcPr>
          <w:p>
            <w:r>
              <w:t>20273316908</w:t>
            </w:r>
          </w:p>
        </w:tc>
        <w:tc>
          <w:tcPr>
            <w:tcW w:type="dxa" w:w="1440"/>
          </w:tcPr>
          <w:p>
            <w:r>
              <w:t>白玉洁</w:t>
            </w:r>
          </w:p>
        </w:tc>
        <w:tc>
          <w:tcPr>
            <w:tcW w:type="dxa" w:w="1440"/>
          </w:tcPr>
          <w:p>
            <w:r>
              <w:t>20273349099</w:t>
            </w:r>
          </w:p>
        </w:tc>
        <w:tc>
          <w:tcPr>
            <w:tcW w:type="dxa" w:w="1440"/>
          </w:tcPr>
          <w:p>
            <w:r>
              <w:t>宋爱姝</w:t>
            </w:r>
          </w:p>
        </w:tc>
      </w:tr>
      <w:tr>
        <w:tc>
          <w:tcPr>
            <w:tcW w:type="dxa" w:w="1440"/>
          </w:tcPr>
          <w:p>
            <w:r>
              <w:t>20273301055</w:t>
            </w:r>
          </w:p>
        </w:tc>
        <w:tc>
          <w:tcPr>
            <w:tcW w:type="dxa" w:w="1440"/>
          </w:tcPr>
          <w:p>
            <w:r>
              <w:t>时文哲</w:t>
            </w:r>
          </w:p>
        </w:tc>
        <w:tc>
          <w:tcPr>
            <w:tcW w:type="dxa" w:w="1440"/>
          </w:tcPr>
          <w:p>
            <w:r>
              <w:t>20273316925</w:t>
            </w:r>
          </w:p>
        </w:tc>
        <w:tc>
          <w:tcPr>
            <w:tcW w:type="dxa" w:w="1440"/>
          </w:tcPr>
          <w:p>
            <w:r>
              <w:t>高彤</w:t>
            </w:r>
          </w:p>
        </w:tc>
        <w:tc>
          <w:tcPr>
            <w:tcW w:type="dxa" w:w="1440"/>
          </w:tcPr>
          <w:p>
            <w:r>
              <w:t>20273349104</w:t>
            </w:r>
          </w:p>
        </w:tc>
        <w:tc>
          <w:tcPr>
            <w:tcW w:type="dxa" w:w="1440"/>
          </w:tcPr>
          <w:p>
            <w:r>
              <w:t>孙钰杰</w:t>
            </w:r>
          </w:p>
        </w:tc>
      </w:tr>
      <w:tr>
        <w:tc>
          <w:tcPr>
            <w:tcW w:type="dxa" w:w="1440"/>
          </w:tcPr>
          <w:p>
            <w:r>
              <w:t>20273301317</w:t>
            </w:r>
          </w:p>
        </w:tc>
        <w:tc>
          <w:tcPr>
            <w:tcW w:type="dxa" w:w="1440"/>
          </w:tcPr>
          <w:p>
            <w:r>
              <w:t>马乾</w:t>
            </w:r>
          </w:p>
        </w:tc>
        <w:tc>
          <w:tcPr>
            <w:tcW w:type="dxa" w:w="1440"/>
          </w:tcPr>
          <w:p>
            <w:r>
              <w:t>20273317340</w:t>
            </w:r>
          </w:p>
        </w:tc>
        <w:tc>
          <w:tcPr>
            <w:tcW w:type="dxa" w:w="1440"/>
          </w:tcPr>
          <w:p>
            <w:r>
              <w:t>宗永祥</w:t>
            </w:r>
          </w:p>
        </w:tc>
        <w:tc>
          <w:tcPr>
            <w:tcW w:type="dxa" w:w="1440"/>
          </w:tcPr>
          <w:p>
            <w:r>
              <w:t>20273349106</w:t>
            </w:r>
          </w:p>
        </w:tc>
        <w:tc>
          <w:tcPr>
            <w:tcW w:type="dxa" w:w="1440"/>
          </w:tcPr>
          <w:p>
            <w:r>
              <w:t>李肖茹</w:t>
            </w:r>
          </w:p>
        </w:tc>
      </w:tr>
      <w:tr>
        <w:tc>
          <w:tcPr>
            <w:tcW w:type="dxa" w:w="1440"/>
          </w:tcPr>
          <w:p>
            <w:r>
              <w:t>20273301438</w:t>
            </w:r>
          </w:p>
        </w:tc>
        <w:tc>
          <w:tcPr>
            <w:tcW w:type="dxa" w:w="1440"/>
          </w:tcPr>
          <w:p>
            <w:r>
              <w:t>张嘉玺</w:t>
            </w:r>
          </w:p>
        </w:tc>
        <w:tc>
          <w:tcPr>
            <w:tcW w:type="dxa" w:w="1440"/>
          </w:tcPr>
          <w:p>
            <w:r>
              <w:t>20273317460</w:t>
            </w:r>
          </w:p>
        </w:tc>
        <w:tc>
          <w:tcPr>
            <w:tcW w:type="dxa" w:w="1440"/>
          </w:tcPr>
          <w:p>
            <w:r>
              <w:t>余姝雯</w:t>
            </w:r>
          </w:p>
        </w:tc>
        <w:tc>
          <w:tcPr>
            <w:tcW w:type="dxa" w:w="1440"/>
          </w:tcPr>
          <w:p>
            <w:r>
              <w:t>20273349108</w:t>
            </w:r>
          </w:p>
        </w:tc>
        <w:tc>
          <w:tcPr>
            <w:tcW w:type="dxa" w:w="1440"/>
          </w:tcPr>
          <w:p>
            <w:r>
              <w:t>邵文昊</w:t>
            </w:r>
          </w:p>
        </w:tc>
      </w:tr>
      <w:tr>
        <w:tc>
          <w:tcPr>
            <w:tcW w:type="dxa" w:w="1440"/>
          </w:tcPr>
          <w:p>
            <w:r>
              <w:t>20273301448</w:t>
            </w:r>
          </w:p>
        </w:tc>
        <w:tc>
          <w:tcPr>
            <w:tcW w:type="dxa" w:w="1440"/>
          </w:tcPr>
          <w:p>
            <w:r>
              <w:t>许家政</w:t>
            </w:r>
          </w:p>
        </w:tc>
        <w:tc>
          <w:tcPr>
            <w:tcW w:type="dxa" w:w="1440"/>
          </w:tcPr>
          <w:p>
            <w:r>
              <w:t>20273317478</w:t>
            </w:r>
          </w:p>
        </w:tc>
        <w:tc>
          <w:tcPr>
            <w:tcW w:type="dxa" w:w="1440"/>
          </w:tcPr>
          <w:p>
            <w:r>
              <w:t>单军凯</w:t>
            </w:r>
          </w:p>
        </w:tc>
        <w:tc>
          <w:tcPr>
            <w:tcW w:type="dxa" w:w="1440"/>
          </w:tcPr>
          <w:p>
            <w:r>
              <w:t>20273349123</w:t>
            </w:r>
          </w:p>
        </w:tc>
        <w:tc>
          <w:tcPr>
            <w:tcW w:type="dxa" w:w="1440"/>
          </w:tcPr>
          <w:p>
            <w:r>
              <w:t>马博宇</w:t>
            </w:r>
          </w:p>
        </w:tc>
      </w:tr>
      <w:tr>
        <w:tc>
          <w:tcPr>
            <w:tcW w:type="dxa" w:w="1440"/>
          </w:tcPr>
          <w:p>
            <w:r>
              <w:t>20273301479</w:t>
            </w:r>
          </w:p>
        </w:tc>
        <w:tc>
          <w:tcPr>
            <w:tcW w:type="dxa" w:w="1440"/>
          </w:tcPr>
          <w:p>
            <w:r>
              <w:t>王颢钰</w:t>
            </w:r>
          </w:p>
        </w:tc>
        <w:tc>
          <w:tcPr>
            <w:tcW w:type="dxa" w:w="1440"/>
          </w:tcPr>
          <w:p>
            <w:r>
              <w:t>20273317833</w:t>
            </w:r>
          </w:p>
        </w:tc>
        <w:tc>
          <w:tcPr>
            <w:tcW w:type="dxa" w:w="1440"/>
          </w:tcPr>
          <w:p>
            <w:r>
              <w:t>严芮昕</w:t>
            </w:r>
          </w:p>
        </w:tc>
        <w:tc>
          <w:tcPr>
            <w:tcW w:type="dxa" w:w="1440"/>
          </w:tcPr>
          <w:p>
            <w:r>
              <w:t>20273349124</w:t>
            </w:r>
          </w:p>
        </w:tc>
        <w:tc>
          <w:tcPr>
            <w:tcW w:type="dxa" w:w="1440"/>
          </w:tcPr>
          <w:p>
            <w:r>
              <w:t>尹浩</w:t>
            </w:r>
          </w:p>
        </w:tc>
      </w:tr>
      <w:tr>
        <w:tc>
          <w:tcPr>
            <w:tcW w:type="dxa" w:w="1440"/>
          </w:tcPr>
          <w:p>
            <w:r>
              <w:t>20273301789</w:t>
            </w:r>
          </w:p>
        </w:tc>
        <w:tc>
          <w:tcPr>
            <w:tcW w:type="dxa" w:w="1440"/>
          </w:tcPr>
          <w:p>
            <w:r>
              <w:t>马星宇</w:t>
            </w:r>
          </w:p>
        </w:tc>
        <w:tc>
          <w:tcPr>
            <w:tcW w:type="dxa" w:w="1440"/>
          </w:tcPr>
          <w:p>
            <w:r>
              <w:t>20273317916</w:t>
            </w:r>
          </w:p>
        </w:tc>
        <w:tc>
          <w:tcPr>
            <w:tcW w:type="dxa" w:w="1440"/>
          </w:tcPr>
          <w:p>
            <w:r>
              <w:t>徐乐怡</w:t>
            </w:r>
          </w:p>
        </w:tc>
        <w:tc>
          <w:tcPr>
            <w:tcW w:type="dxa" w:w="1440"/>
          </w:tcPr>
          <w:p>
            <w:r>
              <w:t>20273349125</w:t>
            </w:r>
          </w:p>
        </w:tc>
        <w:tc>
          <w:tcPr>
            <w:tcW w:type="dxa" w:w="1440"/>
          </w:tcPr>
          <w:p>
            <w:r>
              <w:t>徐鉴</w:t>
            </w:r>
          </w:p>
        </w:tc>
      </w:tr>
      <w:tr>
        <w:tc>
          <w:tcPr>
            <w:tcW w:type="dxa" w:w="1440"/>
          </w:tcPr>
          <w:p>
            <w:r>
              <w:t>20273301800</w:t>
            </w:r>
          </w:p>
        </w:tc>
        <w:tc>
          <w:tcPr>
            <w:tcW w:type="dxa" w:w="1440"/>
          </w:tcPr>
          <w:p>
            <w:r>
              <w:t>吴相汶</w:t>
            </w:r>
          </w:p>
        </w:tc>
        <w:tc>
          <w:tcPr>
            <w:tcW w:type="dxa" w:w="1440"/>
          </w:tcPr>
          <w:p>
            <w:r>
              <w:t>20273317945</w:t>
            </w:r>
          </w:p>
        </w:tc>
        <w:tc>
          <w:tcPr>
            <w:tcW w:type="dxa" w:w="1440"/>
          </w:tcPr>
          <w:p>
            <w:r>
              <w:t>秦徐帅</w:t>
            </w:r>
          </w:p>
        </w:tc>
        <w:tc>
          <w:tcPr>
            <w:tcW w:type="dxa" w:w="1440"/>
          </w:tcPr>
          <w:p>
            <w:r>
              <w:t>20273349126</w:t>
            </w:r>
          </w:p>
        </w:tc>
        <w:tc>
          <w:tcPr>
            <w:tcW w:type="dxa" w:w="1440"/>
          </w:tcPr>
          <w:p>
            <w:r>
              <w:t>龙彦</w:t>
            </w:r>
          </w:p>
        </w:tc>
      </w:tr>
      <w:tr>
        <w:tc>
          <w:tcPr>
            <w:tcW w:type="dxa" w:w="1440"/>
          </w:tcPr>
          <w:p>
            <w:r>
              <w:t>20273302344</w:t>
            </w:r>
          </w:p>
        </w:tc>
        <w:tc>
          <w:tcPr>
            <w:tcW w:type="dxa" w:w="1440"/>
          </w:tcPr>
          <w:p>
            <w:r>
              <w:t>潘焱</w:t>
            </w:r>
          </w:p>
        </w:tc>
        <w:tc>
          <w:tcPr>
            <w:tcW w:type="dxa" w:w="1440"/>
          </w:tcPr>
          <w:p>
            <w:r>
              <w:t>20273317969</w:t>
            </w:r>
          </w:p>
        </w:tc>
        <w:tc>
          <w:tcPr>
            <w:tcW w:type="dxa" w:w="1440"/>
          </w:tcPr>
          <w:p>
            <w:r>
              <w:t>林典</w:t>
            </w:r>
          </w:p>
        </w:tc>
        <w:tc>
          <w:tcPr>
            <w:tcW w:type="dxa" w:w="1440"/>
          </w:tcPr>
          <w:p>
            <w:r>
              <w:t>20273349132</w:t>
            </w:r>
          </w:p>
        </w:tc>
        <w:tc>
          <w:tcPr>
            <w:tcW w:type="dxa" w:w="1440"/>
          </w:tcPr>
          <w:p>
            <w:r>
              <w:t>向昱东</w:t>
            </w:r>
          </w:p>
        </w:tc>
      </w:tr>
      <w:tr>
        <w:tc>
          <w:tcPr>
            <w:tcW w:type="dxa" w:w="1440"/>
          </w:tcPr>
          <w:p>
            <w:r>
              <w:t>20273302394</w:t>
            </w:r>
          </w:p>
        </w:tc>
        <w:tc>
          <w:tcPr>
            <w:tcW w:type="dxa" w:w="1440"/>
          </w:tcPr>
          <w:p>
            <w:r>
              <w:t>高博远</w:t>
            </w:r>
          </w:p>
        </w:tc>
        <w:tc>
          <w:tcPr>
            <w:tcW w:type="dxa" w:w="1440"/>
          </w:tcPr>
          <w:p>
            <w:r>
              <w:t>20273318098</w:t>
            </w:r>
          </w:p>
        </w:tc>
        <w:tc>
          <w:tcPr>
            <w:tcW w:type="dxa" w:w="1440"/>
          </w:tcPr>
          <w:p>
            <w:r>
              <w:t>何晶晶</w:t>
            </w:r>
          </w:p>
        </w:tc>
        <w:tc>
          <w:tcPr>
            <w:tcW w:type="dxa" w:w="1440"/>
          </w:tcPr>
          <w:p>
            <w:r>
              <w:t>20273349133</w:t>
            </w:r>
          </w:p>
        </w:tc>
        <w:tc>
          <w:tcPr>
            <w:tcW w:type="dxa" w:w="1440"/>
          </w:tcPr>
          <w:p>
            <w:r>
              <w:t>彭彦哲</w:t>
            </w:r>
          </w:p>
        </w:tc>
      </w:tr>
      <w:tr>
        <w:tc>
          <w:tcPr>
            <w:tcW w:type="dxa" w:w="1440"/>
          </w:tcPr>
          <w:p>
            <w:r>
              <w:t>20273302499</w:t>
            </w:r>
          </w:p>
        </w:tc>
        <w:tc>
          <w:tcPr>
            <w:tcW w:type="dxa" w:w="1440"/>
          </w:tcPr>
          <w:p>
            <w:r>
              <w:t>何泳宏</w:t>
            </w:r>
          </w:p>
        </w:tc>
        <w:tc>
          <w:tcPr>
            <w:tcW w:type="dxa" w:w="1440"/>
          </w:tcPr>
          <w:p>
            <w:r>
              <w:t>20273318393</w:t>
            </w:r>
          </w:p>
        </w:tc>
        <w:tc>
          <w:tcPr>
            <w:tcW w:type="dxa" w:w="1440"/>
          </w:tcPr>
          <w:p>
            <w:r>
              <w:t>刘雪飞</w:t>
            </w:r>
          </w:p>
        </w:tc>
        <w:tc>
          <w:tcPr>
            <w:tcW w:type="dxa" w:w="1440"/>
          </w:tcPr>
          <w:p>
            <w:r>
              <w:t>20273349134</w:t>
            </w:r>
          </w:p>
        </w:tc>
        <w:tc>
          <w:tcPr>
            <w:tcW w:type="dxa" w:w="1440"/>
          </w:tcPr>
          <w:p>
            <w:r>
              <w:t>贺奕</w:t>
            </w:r>
          </w:p>
        </w:tc>
      </w:tr>
      <w:tr>
        <w:tc>
          <w:tcPr>
            <w:tcW w:type="dxa" w:w="1440"/>
          </w:tcPr>
          <w:p>
            <w:r>
              <w:t>20273302585</w:t>
            </w:r>
          </w:p>
        </w:tc>
        <w:tc>
          <w:tcPr>
            <w:tcW w:type="dxa" w:w="1440"/>
          </w:tcPr>
          <w:p>
            <w:r>
              <w:t>钟祯时</w:t>
            </w:r>
          </w:p>
        </w:tc>
        <w:tc>
          <w:tcPr>
            <w:tcW w:type="dxa" w:w="1440"/>
          </w:tcPr>
          <w:p>
            <w:r>
              <w:t>20273318568</w:t>
            </w:r>
          </w:p>
        </w:tc>
        <w:tc>
          <w:tcPr>
            <w:tcW w:type="dxa" w:w="1440"/>
          </w:tcPr>
          <w:p>
            <w:r>
              <w:t>许恩慧</w:t>
            </w:r>
          </w:p>
        </w:tc>
        <w:tc>
          <w:tcPr>
            <w:tcW w:type="dxa" w:w="1440"/>
          </w:tcPr>
          <w:p>
            <w:r>
              <w:t>20273349135</w:t>
            </w:r>
          </w:p>
        </w:tc>
        <w:tc>
          <w:tcPr>
            <w:tcW w:type="dxa" w:w="1440"/>
          </w:tcPr>
          <w:p>
            <w:r>
              <w:t>张馨月</w:t>
            </w:r>
          </w:p>
        </w:tc>
      </w:tr>
      <w:tr>
        <w:tc>
          <w:tcPr>
            <w:tcW w:type="dxa" w:w="1440"/>
          </w:tcPr>
          <w:p>
            <w:r>
              <w:t>20273302586</w:t>
            </w:r>
          </w:p>
        </w:tc>
        <w:tc>
          <w:tcPr>
            <w:tcW w:type="dxa" w:w="1440"/>
          </w:tcPr>
          <w:p>
            <w:r>
              <w:t>孙千惠</w:t>
            </w:r>
          </w:p>
        </w:tc>
        <w:tc>
          <w:tcPr>
            <w:tcW w:type="dxa" w:w="1440"/>
          </w:tcPr>
          <w:p>
            <w:r>
              <w:t>20273318729</w:t>
            </w:r>
          </w:p>
        </w:tc>
        <w:tc>
          <w:tcPr>
            <w:tcW w:type="dxa" w:w="1440"/>
          </w:tcPr>
          <w:p>
            <w:r>
              <w:t>蔡译娴</w:t>
            </w:r>
          </w:p>
        </w:tc>
        <w:tc>
          <w:tcPr>
            <w:tcW w:type="dxa" w:w="1440"/>
          </w:tcPr>
          <w:p>
            <w:r>
              <w:t>20273349136</w:t>
            </w:r>
          </w:p>
        </w:tc>
        <w:tc>
          <w:tcPr>
            <w:tcW w:type="dxa" w:w="1440"/>
          </w:tcPr>
          <w:p>
            <w:r>
              <w:t>陈俊元</w:t>
            </w:r>
          </w:p>
        </w:tc>
      </w:tr>
      <w:tr>
        <w:tc>
          <w:tcPr>
            <w:tcW w:type="dxa" w:w="1440"/>
          </w:tcPr>
          <w:p>
            <w:r>
              <w:t>20273302621</w:t>
            </w:r>
          </w:p>
        </w:tc>
        <w:tc>
          <w:tcPr>
            <w:tcW w:type="dxa" w:w="1440"/>
          </w:tcPr>
          <w:p>
            <w:r>
              <w:t>刘博昊</w:t>
            </w:r>
          </w:p>
        </w:tc>
        <w:tc>
          <w:tcPr>
            <w:tcW w:type="dxa" w:w="1440"/>
          </w:tcPr>
          <w:p>
            <w:r>
              <w:t>20273318973</w:t>
            </w:r>
          </w:p>
        </w:tc>
        <w:tc>
          <w:tcPr>
            <w:tcW w:type="dxa" w:w="1440"/>
          </w:tcPr>
          <w:p>
            <w:r>
              <w:t>徐春雪</w:t>
            </w:r>
          </w:p>
        </w:tc>
        <w:tc>
          <w:tcPr>
            <w:tcW w:type="dxa" w:w="1440"/>
          </w:tcPr>
          <w:p>
            <w:r>
              <w:t>20273349140</w:t>
            </w:r>
          </w:p>
        </w:tc>
        <w:tc>
          <w:tcPr>
            <w:tcW w:type="dxa" w:w="1440"/>
          </w:tcPr>
          <w:p>
            <w:r>
              <w:t>郝德耀</w:t>
            </w:r>
          </w:p>
        </w:tc>
      </w:tr>
      <w:tr>
        <w:tc>
          <w:tcPr>
            <w:tcW w:type="dxa" w:w="1440"/>
          </w:tcPr>
          <w:p>
            <w:r>
              <w:t>20273302712</w:t>
            </w:r>
          </w:p>
        </w:tc>
        <w:tc>
          <w:tcPr>
            <w:tcW w:type="dxa" w:w="1440"/>
          </w:tcPr>
          <w:p>
            <w:r>
              <w:t>刘韶涵</w:t>
            </w:r>
          </w:p>
        </w:tc>
        <w:tc>
          <w:tcPr>
            <w:tcW w:type="dxa" w:w="1440"/>
          </w:tcPr>
          <w:p>
            <w:r>
              <w:t>20273319134</w:t>
            </w:r>
          </w:p>
        </w:tc>
        <w:tc>
          <w:tcPr>
            <w:tcW w:type="dxa" w:w="1440"/>
          </w:tcPr>
          <w:p>
            <w:r>
              <w:t>徐可</w:t>
            </w:r>
          </w:p>
        </w:tc>
        <w:tc>
          <w:tcPr>
            <w:tcW w:type="dxa" w:w="1440"/>
          </w:tcPr>
          <w:p>
            <w:r>
              <w:t>20273349141</w:t>
            </w:r>
          </w:p>
        </w:tc>
        <w:tc>
          <w:tcPr>
            <w:tcW w:type="dxa" w:w="1440"/>
          </w:tcPr>
          <w:p>
            <w:r>
              <w:t>彭继扬</w:t>
            </w:r>
          </w:p>
        </w:tc>
      </w:tr>
      <w:tr>
        <w:tc>
          <w:tcPr>
            <w:tcW w:type="dxa" w:w="1440"/>
          </w:tcPr>
          <w:p>
            <w:r>
              <w:t>20273302836</w:t>
            </w:r>
          </w:p>
        </w:tc>
        <w:tc>
          <w:tcPr>
            <w:tcW w:type="dxa" w:w="1440"/>
          </w:tcPr>
          <w:p>
            <w:r>
              <w:t>余迪凡</w:t>
            </w:r>
          </w:p>
        </w:tc>
        <w:tc>
          <w:tcPr>
            <w:tcW w:type="dxa" w:w="1440"/>
          </w:tcPr>
          <w:p>
            <w:r>
              <w:t>20273319226</w:t>
            </w:r>
          </w:p>
        </w:tc>
        <w:tc>
          <w:tcPr>
            <w:tcW w:type="dxa" w:w="1440"/>
          </w:tcPr>
          <w:p>
            <w:r>
              <w:t>暴卓研</w:t>
            </w:r>
          </w:p>
        </w:tc>
        <w:tc>
          <w:tcPr>
            <w:tcW w:type="dxa" w:w="1440"/>
          </w:tcPr>
          <w:p>
            <w:r>
              <w:t>20273349152</w:t>
            </w:r>
          </w:p>
        </w:tc>
        <w:tc>
          <w:tcPr>
            <w:tcW w:type="dxa" w:w="1440"/>
          </w:tcPr>
          <w:p>
            <w:r>
              <w:t>周军</w:t>
            </w:r>
          </w:p>
        </w:tc>
      </w:tr>
      <w:tr>
        <w:tc>
          <w:tcPr>
            <w:tcW w:type="dxa" w:w="1440"/>
          </w:tcPr>
          <w:p>
            <w:r>
              <w:t>20273302907</w:t>
            </w:r>
          </w:p>
        </w:tc>
        <w:tc>
          <w:tcPr>
            <w:tcW w:type="dxa" w:w="1440"/>
          </w:tcPr>
          <w:p>
            <w:r>
              <w:t>毛艺程</w:t>
            </w:r>
          </w:p>
        </w:tc>
        <w:tc>
          <w:tcPr>
            <w:tcW w:type="dxa" w:w="1440"/>
          </w:tcPr>
          <w:p>
            <w:r>
              <w:t>20273319341</w:t>
            </w:r>
          </w:p>
        </w:tc>
        <w:tc>
          <w:tcPr>
            <w:tcW w:type="dxa" w:w="1440"/>
          </w:tcPr>
          <w:p>
            <w:r>
              <w:t>林树敏</w:t>
            </w:r>
          </w:p>
        </w:tc>
        <w:tc>
          <w:tcPr>
            <w:tcW w:type="dxa" w:w="1440"/>
          </w:tcPr>
          <w:p>
            <w:r>
              <w:t>20273349154</w:t>
            </w:r>
          </w:p>
        </w:tc>
        <w:tc>
          <w:tcPr>
            <w:tcW w:type="dxa" w:w="1440"/>
          </w:tcPr>
          <w:p>
            <w:r>
              <w:t>全晓</w:t>
            </w:r>
          </w:p>
        </w:tc>
      </w:tr>
      <w:tr>
        <w:tc>
          <w:tcPr>
            <w:tcW w:type="dxa" w:w="1440"/>
          </w:tcPr>
          <w:p>
            <w:r>
              <w:t>20273303275</w:t>
            </w:r>
          </w:p>
        </w:tc>
        <w:tc>
          <w:tcPr>
            <w:tcW w:type="dxa" w:w="1440"/>
          </w:tcPr>
          <w:p>
            <w:r>
              <w:t>王绎可</w:t>
            </w:r>
          </w:p>
        </w:tc>
        <w:tc>
          <w:tcPr>
            <w:tcW w:type="dxa" w:w="1440"/>
          </w:tcPr>
          <w:p>
            <w:r>
              <w:t>20273319360</w:t>
            </w:r>
          </w:p>
        </w:tc>
        <w:tc>
          <w:tcPr>
            <w:tcW w:type="dxa" w:w="1440"/>
          </w:tcPr>
          <w:p>
            <w:r>
              <w:t>周宇轩</w:t>
            </w:r>
          </w:p>
        </w:tc>
        <w:tc>
          <w:tcPr>
            <w:tcW w:type="dxa" w:w="1440"/>
          </w:tcPr>
          <w:p>
            <w:r>
              <w:t>20273349157</w:t>
            </w:r>
          </w:p>
        </w:tc>
        <w:tc>
          <w:tcPr>
            <w:tcW w:type="dxa" w:w="1440"/>
          </w:tcPr>
          <w:p>
            <w:r>
              <w:t>徐浩洋</w:t>
            </w:r>
          </w:p>
        </w:tc>
      </w:tr>
      <w:tr>
        <w:tc>
          <w:tcPr>
            <w:tcW w:type="dxa" w:w="1440"/>
          </w:tcPr>
          <w:p>
            <w:r>
              <w:t>20273303314</w:t>
            </w:r>
          </w:p>
        </w:tc>
        <w:tc>
          <w:tcPr>
            <w:tcW w:type="dxa" w:w="1440"/>
          </w:tcPr>
          <w:p>
            <w:r>
              <w:t>李欣怡</w:t>
            </w:r>
          </w:p>
        </w:tc>
        <w:tc>
          <w:tcPr>
            <w:tcW w:type="dxa" w:w="1440"/>
          </w:tcPr>
          <w:p>
            <w:r>
              <w:t>20273319472</w:t>
            </w:r>
          </w:p>
        </w:tc>
        <w:tc>
          <w:tcPr>
            <w:tcW w:type="dxa" w:w="1440"/>
          </w:tcPr>
          <w:p>
            <w:r>
              <w:t>吕梁</w:t>
            </w:r>
          </w:p>
        </w:tc>
        <w:tc>
          <w:tcPr>
            <w:tcW w:type="dxa" w:w="1440"/>
          </w:tcPr>
          <w:p>
            <w:r>
              <w:t>20273349162</w:t>
            </w:r>
          </w:p>
        </w:tc>
        <w:tc>
          <w:tcPr>
            <w:tcW w:type="dxa" w:w="1440"/>
          </w:tcPr>
          <w:p>
            <w:r>
              <w:t>杨莉</w:t>
            </w:r>
          </w:p>
        </w:tc>
      </w:tr>
      <w:tr>
        <w:tc>
          <w:tcPr>
            <w:tcW w:type="dxa" w:w="1440"/>
          </w:tcPr>
          <w:p>
            <w:r>
              <w:t>20273303342</w:t>
            </w:r>
          </w:p>
        </w:tc>
        <w:tc>
          <w:tcPr>
            <w:tcW w:type="dxa" w:w="1440"/>
          </w:tcPr>
          <w:p>
            <w:r>
              <w:t>俞文龙</w:t>
            </w:r>
          </w:p>
        </w:tc>
        <w:tc>
          <w:tcPr>
            <w:tcW w:type="dxa" w:w="1440"/>
          </w:tcPr>
          <w:p>
            <w:r>
              <w:t>20273319543</w:t>
            </w:r>
          </w:p>
        </w:tc>
        <w:tc>
          <w:tcPr>
            <w:tcW w:type="dxa" w:w="1440"/>
          </w:tcPr>
          <w:p>
            <w:r>
              <w:t>冯子娜</w:t>
            </w:r>
          </w:p>
        </w:tc>
        <w:tc>
          <w:tcPr>
            <w:tcW w:type="dxa" w:w="1440"/>
          </w:tcPr>
          <w:p>
            <w:r>
              <w:t>20273349182</w:t>
            </w:r>
          </w:p>
        </w:tc>
        <w:tc>
          <w:tcPr>
            <w:tcW w:type="dxa" w:w="1440"/>
          </w:tcPr>
          <w:p>
            <w:r>
              <w:t>张源麟</w:t>
            </w:r>
          </w:p>
        </w:tc>
      </w:tr>
      <w:tr>
        <w:tc>
          <w:tcPr>
            <w:tcW w:type="dxa" w:w="1440"/>
          </w:tcPr>
          <w:p>
            <w:r>
              <w:t>20273303359</w:t>
            </w:r>
          </w:p>
        </w:tc>
        <w:tc>
          <w:tcPr>
            <w:tcW w:type="dxa" w:w="1440"/>
          </w:tcPr>
          <w:p>
            <w:r>
              <w:t>董勤如</w:t>
            </w:r>
          </w:p>
        </w:tc>
        <w:tc>
          <w:tcPr>
            <w:tcW w:type="dxa" w:w="1440"/>
          </w:tcPr>
          <w:p>
            <w:r>
              <w:t>20273319545</w:t>
            </w:r>
          </w:p>
        </w:tc>
        <w:tc>
          <w:tcPr>
            <w:tcW w:type="dxa" w:w="1440"/>
          </w:tcPr>
          <w:p>
            <w:r>
              <w:t>邓敏康</w:t>
            </w:r>
          </w:p>
        </w:tc>
        <w:tc>
          <w:tcPr>
            <w:tcW w:type="dxa" w:w="1440"/>
          </w:tcPr>
          <w:p>
            <w:r>
              <w:t>20273349203</w:t>
            </w:r>
          </w:p>
        </w:tc>
        <w:tc>
          <w:tcPr>
            <w:tcW w:type="dxa" w:w="1440"/>
          </w:tcPr>
          <w:p>
            <w:r>
              <w:t>李魁民</w:t>
            </w:r>
          </w:p>
        </w:tc>
      </w:tr>
      <w:tr>
        <w:tc>
          <w:tcPr>
            <w:tcW w:type="dxa" w:w="1440"/>
          </w:tcPr>
          <w:p>
            <w:r>
              <w:t>20273303376</w:t>
            </w:r>
          </w:p>
        </w:tc>
        <w:tc>
          <w:tcPr>
            <w:tcW w:type="dxa" w:w="1440"/>
          </w:tcPr>
          <w:p>
            <w:r>
              <w:t>刘天瑀</w:t>
            </w:r>
          </w:p>
        </w:tc>
        <w:tc>
          <w:tcPr>
            <w:tcW w:type="dxa" w:w="1440"/>
          </w:tcPr>
          <w:p>
            <w:r>
              <w:t>20273319568</w:t>
            </w:r>
          </w:p>
        </w:tc>
        <w:tc>
          <w:tcPr>
            <w:tcW w:type="dxa" w:w="1440"/>
          </w:tcPr>
          <w:p>
            <w:r>
              <w:t>张翡宸</w:t>
            </w:r>
          </w:p>
        </w:tc>
        <w:tc>
          <w:tcPr>
            <w:tcW w:type="dxa" w:w="1440"/>
          </w:tcPr>
          <w:p>
            <w:r>
              <w:t>20273349209</w:t>
            </w:r>
          </w:p>
        </w:tc>
        <w:tc>
          <w:tcPr>
            <w:tcW w:type="dxa" w:w="1440"/>
          </w:tcPr>
          <w:p>
            <w:r>
              <w:t>郑云乐</w:t>
            </w:r>
          </w:p>
        </w:tc>
      </w:tr>
      <w:tr>
        <w:tc>
          <w:tcPr>
            <w:tcW w:type="dxa" w:w="1440"/>
          </w:tcPr>
          <w:p>
            <w:r>
              <w:t>20273303392</w:t>
            </w:r>
          </w:p>
        </w:tc>
        <w:tc>
          <w:tcPr>
            <w:tcW w:type="dxa" w:w="1440"/>
          </w:tcPr>
          <w:p>
            <w:r>
              <w:t>武博</w:t>
            </w:r>
          </w:p>
        </w:tc>
        <w:tc>
          <w:tcPr>
            <w:tcW w:type="dxa" w:w="1440"/>
          </w:tcPr>
          <w:p>
            <w:r>
              <w:t>20273319781</w:t>
            </w:r>
          </w:p>
        </w:tc>
        <w:tc>
          <w:tcPr>
            <w:tcW w:type="dxa" w:w="1440"/>
          </w:tcPr>
          <w:p>
            <w:r>
              <w:t>王玄</w:t>
            </w:r>
          </w:p>
        </w:tc>
        <w:tc>
          <w:tcPr>
            <w:tcW w:type="dxa" w:w="1440"/>
          </w:tcPr>
          <w:p>
            <w:r>
              <w:t>20273349225</w:t>
            </w:r>
          </w:p>
        </w:tc>
        <w:tc>
          <w:tcPr>
            <w:tcW w:type="dxa" w:w="1440"/>
          </w:tcPr>
          <w:p>
            <w:r>
              <w:t>刘心怡</w:t>
            </w:r>
          </w:p>
        </w:tc>
      </w:tr>
      <w:tr>
        <w:tc>
          <w:tcPr>
            <w:tcW w:type="dxa" w:w="1440"/>
          </w:tcPr>
          <w:p>
            <w:r>
              <w:t>20273303417</w:t>
            </w:r>
          </w:p>
        </w:tc>
        <w:tc>
          <w:tcPr>
            <w:tcW w:type="dxa" w:w="1440"/>
          </w:tcPr>
          <w:p>
            <w:r>
              <w:t>沈黄烨</w:t>
            </w:r>
          </w:p>
        </w:tc>
        <w:tc>
          <w:tcPr>
            <w:tcW w:type="dxa" w:w="1440"/>
          </w:tcPr>
          <w:p>
            <w:r>
              <w:t>20273319969</w:t>
            </w:r>
          </w:p>
        </w:tc>
        <w:tc>
          <w:tcPr>
            <w:tcW w:type="dxa" w:w="1440"/>
          </w:tcPr>
          <w:p>
            <w:r>
              <w:t>陈首成</w:t>
            </w:r>
          </w:p>
        </w:tc>
        <w:tc>
          <w:tcPr>
            <w:tcW w:type="dxa" w:w="1440"/>
          </w:tcPr>
          <w:p>
            <w:r>
              <w:t>20273349226</w:t>
            </w:r>
          </w:p>
        </w:tc>
        <w:tc>
          <w:tcPr>
            <w:tcW w:type="dxa" w:w="1440"/>
          </w:tcPr>
          <w:p>
            <w:r>
              <w:t>牛群辉</w:t>
            </w:r>
          </w:p>
        </w:tc>
      </w:tr>
      <w:tr>
        <w:tc>
          <w:tcPr>
            <w:tcW w:type="dxa" w:w="1440"/>
          </w:tcPr>
          <w:p>
            <w:r>
              <w:t>20273303447</w:t>
            </w:r>
          </w:p>
        </w:tc>
        <w:tc>
          <w:tcPr>
            <w:tcW w:type="dxa" w:w="1440"/>
          </w:tcPr>
          <w:p>
            <w:r>
              <w:t>蒋天奕</w:t>
            </w:r>
          </w:p>
        </w:tc>
        <w:tc>
          <w:tcPr>
            <w:tcW w:type="dxa" w:w="1440"/>
          </w:tcPr>
          <w:p>
            <w:r>
              <w:t>20273320071</w:t>
            </w:r>
          </w:p>
        </w:tc>
        <w:tc>
          <w:tcPr>
            <w:tcW w:type="dxa" w:w="1440"/>
          </w:tcPr>
          <w:p>
            <w:r>
              <w:t>魏紫钰</w:t>
            </w:r>
          </w:p>
        </w:tc>
        <w:tc>
          <w:tcPr>
            <w:tcW w:type="dxa" w:w="1440"/>
          </w:tcPr>
          <w:p>
            <w:r>
              <w:t>20273349228</w:t>
            </w:r>
          </w:p>
        </w:tc>
        <w:tc>
          <w:tcPr>
            <w:tcW w:type="dxa" w:w="1440"/>
          </w:tcPr>
          <w:p>
            <w:r>
              <w:t>刘善美</w:t>
            </w:r>
          </w:p>
        </w:tc>
      </w:tr>
      <w:tr>
        <w:tc>
          <w:tcPr>
            <w:tcW w:type="dxa" w:w="1440"/>
          </w:tcPr>
          <w:p>
            <w:r>
              <w:t>20273303510</w:t>
            </w:r>
          </w:p>
        </w:tc>
        <w:tc>
          <w:tcPr>
            <w:tcW w:type="dxa" w:w="1440"/>
          </w:tcPr>
          <w:p>
            <w:r>
              <w:t>王珍庆</w:t>
            </w:r>
          </w:p>
        </w:tc>
        <w:tc>
          <w:tcPr>
            <w:tcW w:type="dxa" w:w="1440"/>
          </w:tcPr>
          <w:p>
            <w:r>
              <w:t>20273320091</w:t>
            </w:r>
          </w:p>
        </w:tc>
        <w:tc>
          <w:tcPr>
            <w:tcW w:type="dxa" w:w="1440"/>
          </w:tcPr>
          <w:p>
            <w:r>
              <w:t>李海珠</w:t>
            </w:r>
          </w:p>
        </w:tc>
        <w:tc>
          <w:tcPr>
            <w:tcW w:type="dxa" w:w="1440"/>
          </w:tcPr>
          <w:p>
            <w:r>
              <w:t>20273349229</w:t>
            </w:r>
          </w:p>
        </w:tc>
        <w:tc>
          <w:tcPr>
            <w:tcW w:type="dxa" w:w="1440"/>
          </w:tcPr>
          <w:p>
            <w:r>
              <w:t>何家富</w:t>
            </w:r>
          </w:p>
        </w:tc>
      </w:tr>
      <w:tr>
        <w:tc>
          <w:tcPr>
            <w:tcW w:type="dxa" w:w="1440"/>
          </w:tcPr>
          <w:p>
            <w:r>
              <w:t>20273303525</w:t>
            </w:r>
          </w:p>
        </w:tc>
        <w:tc>
          <w:tcPr>
            <w:tcW w:type="dxa" w:w="1440"/>
          </w:tcPr>
          <w:p>
            <w:r>
              <w:t>代欣婷</w:t>
            </w:r>
          </w:p>
        </w:tc>
        <w:tc>
          <w:tcPr>
            <w:tcW w:type="dxa" w:w="1440"/>
          </w:tcPr>
          <w:p>
            <w:r>
              <w:t>20273320359</w:t>
            </w:r>
          </w:p>
        </w:tc>
        <w:tc>
          <w:tcPr>
            <w:tcW w:type="dxa" w:w="1440"/>
          </w:tcPr>
          <w:p>
            <w:r>
              <w:t>谢航</w:t>
            </w:r>
          </w:p>
        </w:tc>
        <w:tc>
          <w:tcPr>
            <w:tcW w:type="dxa" w:w="1440"/>
          </w:tcPr>
          <w:p>
            <w:r>
              <w:t>20273349230</w:t>
            </w:r>
          </w:p>
        </w:tc>
        <w:tc>
          <w:tcPr>
            <w:tcW w:type="dxa" w:w="1440"/>
          </w:tcPr>
          <w:p>
            <w:r>
              <w:t>杨村平</w:t>
            </w:r>
          </w:p>
        </w:tc>
      </w:tr>
      <w:tr>
        <w:tc>
          <w:tcPr>
            <w:tcW w:type="dxa" w:w="1440"/>
          </w:tcPr>
          <w:p>
            <w:r>
              <w:t>20273303610</w:t>
            </w:r>
          </w:p>
        </w:tc>
        <w:tc>
          <w:tcPr>
            <w:tcW w:type="dxa" w:w="1440"/>
          </w:tcPr>
          <w:p>
            <w:r>
              <w:t>梁炯冲</w:t>
            </w:r>
          </w:p>
        </w:tc>
        <w:tc>
          <w:tcPr>
            <w:tcW w:type="dxa" w:w="1440"/>
          </w:tcPr>
          <w:p>
            <w:r>
              <w:t>20273320394</w:t>
            </w:r>
          </w:p>
        </w:tc>
        <w:tc>
          <w:tcPr>
            <w:tcW w:type="dxa" w:w="1440"/>
          </w:tcPr>
          <w:p>
            <w:r>
              <w:t>常子晨</w:t>
            </w:r>
          </w:p>
        </w:tc>
        <w:tc>
          <w:tcPr>
            <w:tcW w:type="dxa" w:w="1440"/>
          </w:tcPr>
          <w:p>
            <w:r>
              <w:t>20273349236</w:t>
            </w:r>
          </w:p>
        </w:tc>
        <w:tc>
          <w:tcPr>
            <w:tcW w:type="dxa" w:w="1440"/>
          </w:tcPr>
          <w:p>
            <w:r>
              <w:t>何昶燃</w:t>
            </w:r>
          </w:p>
        </w:tc>
      </w:tr>
      <w:tr>
        <w:tc>
          <w:tcPr>
            <w:tcW w:type="dxa" w:w="1440"/>
          </w:tcPr>
          <w:p>
            <w:r>
              <w:t>20273303668</w:t>
            </w:r>
          </w:p>
        </w:tc>
        <w:tc>
          <w:tcPr>
            <w:tcW w:type="dxa" w:w="1440"/>
          </w:tcPr>
          <w:p>
            <w:r>
              <w:t>卢梓勇</w:t>
            </w:r>
          </w:p>
        </w:tc>
        <w:tc>
          <w:tcPr>
            <w:tcW w:type="dxa" w:w="1440"/>
          </w:tcPr>
          <w:p>
            <w:r>
              <w:t>20273320409</w:t>
            </w:r>
          </w:p>
        </w:tc>
        <w:tc>
          <w:tcPr>
            <w:tcW w:type="dxa" w:w="1440"/>
          </w:tcPr>
          <w:p>
            <w:r>
              <w:t>曲富林</w:t>
            </w:r>
          </w:p>
        </w:tc>
        <w:tc>
          <w:tcPr>
            <w:tcW w:type="dxa" w:w="1440"/>
          </w:tcPr>
          <w:p>
            <w:r>
              <w:t>20273349241</w:t>
            </w:r>
          </w:p>
        </w:tc>
        <w:tc>
          <w:tcPr>
            <w:tcW w:type="dxa" w:w="1440"/>
          </w:tcPr>
          <w:p>
            <w:r>
              <w:t>周国磊</w:t>
            </w:r>
          </w:p>
        </w:tc>
      </w:tr>
      <w:tr>
        <w:tc>
          <w:tcPr>
            <w:tcW w:type="dxa" w:w="1440"/>
          </w:tcPr>
          <w:p>
            <w:r>
              <w:t>20273303752</w:t>
            </w:r>
          </w:p>
        </w:tc>
        <w:tc>
          <w:tcPr>
            <w:tcW w:type="dxa" w:w="1440"/>
          </w:tcPr>
          <w:p>
            <w:r>
              <w:t>曹嘉辉</w:t>
            </w:r>
          </w:p>
        </w:tc>
        <w:tc>
          <w:tcPr>
            <w:tcW w:type="dxa" w:w="1440"/>
          </w:tcPr>
          <w:p>
            <w:r>
              <w:t>20273320484</w:t>
            </w:r>
          </w:p>
        </w:tc>
        <w:tc>
          <w:tcPr>
            <w:tcW w:type="dxa" w:w="1440"/>
          </w:tcPr>
          <w:p>
            <w:r>
              <w:t>陈姝</w:t>
            </w:r>
          </w:p>
        </w:tc>
        <w:tc>
          <w:tcPr>
            <w:tcW w:type="dxa" w:w="1440"/>
          </w:tcPr>
          <w:p>
            <w:r>
              <w:t>20273349248</w:t>
            </w:r>
          </w:p>
        </w:tc>
        <w:tc>
          <w:tcPr>
            <w:tcW w:type="dxa" w:w="1440"/>
          </w:tcPr>
          <w:p>
            <w:r>
              <w:t>李沈达</w:t>
            </w:r>
          </w:p>
        </w:tc>
      </w:tr>
      <w:tr>
        <w:tc>
          <w:tcPr>
            <w:tcW w:type="dxa" w:w="1440"/>
          </w:tcPr>
          <w:p>
            <w:r>
              <w:t>20273303782</w:t>
            </w:r>
          </w:p>
        </w:tc>
        <w:tc>
          <w:tcPr>
            <w:tcW w:type="dxa" w:w="1440"/>
          </w:tcPr>
          <w:p>
            <w:r>
              <w:t>郑泽鑫</w:t>
            </w:r>
          </w:p>
        </w:tc>
        <w:tc>
          <w:tcPr>
            <w:tcW w:type="dxa" w:w="1440"/>
          </w:tcPr>
          <w:p>
            <w:r>
              <w:t>20273320486</w:t>
            </w:r>
          </w:p>
        </w:tc>
        <w:tc>
          <w:tcPr>
            <w:tcW w:type="dxa" w:w="1440"/>
          </w:tcPr>
          <w:p>
            <w:r>
              <w:t>王颂阳</w:t>
            </w:r>
          </w:p>
        </w:tc>
        <w:tc>
          <w:tcPr>
            <w:tcW w:type="dxa" w:w="1440"/>
          </w:tcPr>
          <w:p>
            <w:r>
              <w:t>20273349256</w:t>
            </w:r>
          </w:p>
        </w:tc>
        <w:tc>
          <w:tcPr>
            <w:tcW w:type="dxa" w:w="1440"/>
          </w:tcPr>
          <w:p>
            <w:r>
              <w:t>徐瑞翔</w:t>
            </w:r>
          </w:p>
        </w:tc>
      </w:tr>
      <w:tr>
        <w:tc>
          <w:tcPr>
            <w:tcW w:type="dxa" w:w="1440"/>
          </w:tcPr>
          <w:p>
            <w:r>
              <w:t>20273304220</w:t>
            </w:r>
          </w:p>
        </w:tc>
        <w:tc>
          <w:tcPr>
            <w:tcW w:type="dxa" w:w="1440"/>
          </w:tcPr>
          <w:p>
            <w:r>
              <w:t>杨河宜</w:t>
            </w:r>
          </w:p>
        </w:tc>
        <w:tc>
          <w:tcPr>
            <w:tcW w:type="dxa" w:w="1440"/>
          </w:tcPr>
          <w:p>
            <w:r>
              <w:t>20273320518</w:t>
            </w:r>
          </w:p>
        </w:tc>
        <w:tc>
          <w:tcPr>
            <w:tcW w:type="dxa" w:w="1440"/>
          </w:tcPr>
          <w:p>
            <w:r>
              <w:t>花世尧</w:t>
            </w:r>
          </w:p>
        </w:tc>
        <w:tc>
          <w:tcPr>
            <w:tcW w:type="dxa" w:w="1440"/>
          </w:tcPr>
          <w:p>
            <w:r>
              <w:t>20273349263</w:t>
            </w:r>
          </w:p>
        </w:tc>
        <w:tc>
          <w:tcPr>
            <w:tcW w:type="dxa" w:w="1440"/>
          </w:tcPr>
          <w:p>
            <w:r>
              <w:t>李宇奥</w:t>
            </w:r>
          </w:p>
        </w:tc>
      </w:tr>
      <w:tr>
        <w:tc>
          <w:tcPr>
            <w:tcW w:type="dxa" w:w="1440"/>
          </w:tcPr>
          <w:p>
            <w:r>
              <w:t>20273304548</w:t>
            </w:r>
          </w:p>
        </w:tc>
        <w:tc>
          <w:tcPr>
            <w:tcW w:type="dxa" w:w="1440"/>
          </w:tcPr>
          <w:p>
            <w:r>
              <w:t>黄竹贝</w:t>
            </w:r>
          </w:p>
        </w:tc>
        <w:tc>
          <w:tcPr>
            <w:tcW w:type="dxa" w:w="1440"/>
          </w:tcPr>
          <w:p>
            <w:r>
              <w:t>20273320543</w:t>
            </w:r>
          </w:p>
        </w:tc>
        <w:tc>
          <w:tcPr>
            <w:tcW w:type="dxa" w:w="1440"/>
          </w:tcPr>
          <w:p>
            <w:r>
              <w:t>吴坤霖</w:t>
            </w:r>
          </w:p>
        </w:tc>
        <w:tc>
          <w:tcPr>
            <w:tcW w:type="dxa" w:w="1440"/>
          </w:tcPr>
          <w:p>
            <w:r>
              <w:t>20273349291</w:t>
            </w:r>
          </w:p>
        </w:tc>
        <w:tc>
          <w:tcPr>
            <w:tcW w:type="dxa" w:w="1440"/>
          </w:tcPr>
          <w:p>
            <w:r>
              <w:t>姜允乔</w:t>
            </w:r>
          </w:p>
        </w:tc>
      </w:tr>
      <w:tr>
        <w:tc>
          <w:tcPr>
            <w:tcW w:type="dxa" w:w="1440"/>
          </w:tcPr>
          <w:p>
            <w:r>
              <w:t>20273305049</w:t>
            </w:r>
          </w:p>
        </w:tc>
        <w:tc>
          <w:tcPr>
            <w:tcW w:type="dxa" w:w="1440"/>
          </w:tcPr>
          <w:p>
            <w:r>
              <w:t>沈乐汀</w:t>
            </w:r>
          </w:p>
        </w:tc>
        <w:tc>
          <w:tcPr>
            <w:tcW w:type="dxa" w:w="1440"/>
          </w:tcPr>
          <w:p>
            <w:r>
              <w:t>20273320599</w:t>
            </w:r>
          </w:p>
        </w:tc>
        <w:tc>
          <w:tcPr>
            <w:tcW w:type="dxa" w:w="1440"/>
          </w:tcPr>
          <w:p>
            <w:r>
              <w:t>贺鹏</w:t>
            </w:r>
          </w:p>
        </w:tc>
        <w:tc>
          <w:tcPr>
            <w:tcW w:type="dxa" w:w="1440"/>
          </w:tcPr>
          <w:p>
            <w:r>
              <w:t>20273349333</w:t>
            </w:r>
          </w:p>
        </w:tc>
        <w:tc>
          <w:tcPr>
            <w:tcW w:type="dxa" w:w="1440"/>
          </w:tcPr>
          <w:p>
            <w:r>
              <w:t>孙宁泽</w:t>
            </w:r>
          </w:p>
        </w:tc>
      </w:tr>
      <w:tr>
        <w:tc>
          <w:tcPr>
            <w:tcW w:type="dxa" w:w="1440"/>
          </w:tcPr>
          <w:p>
            <w:r>
              <w:t>20273305080</w:t>
            </w:r>
          </w:p>
        </w:tc>
        <w:tc>
          <w:tcPr>
            <w:tcW w:type="dxa" w:w="1440"/>
          </w:tcPr>
          <w:p>
            <w:r>
              <w:t>林清源</w:t>
            </w:r>
          </w:p>
        </w:tc>
        <w:tc>
          <w:tcPr>
            <w:tcW w:type="dxa" w:w="1440"/>
          </w:tcPr>
          <w:p>
            <w:r>
              <w:t>20273320708</w:t>
            </w:r>
          </w:p>
        </w:tc>
        <w:tc>
          <w:tcPr>
            <w:tcW w:type="dxa" w:w="1440"/>
          </w:tcPr>
          <w:p>
            <w:r>
              <w:t>王梦阳</w:t>
            </w:r>
          </w:p>
        </w:tc>
        <w:tc>
          <w:tcPr>
            <w:tcW w:type="dxa" w:w="1440"/>
          </w:tcPr>
          <w:p>
            <w:r>
              <w:t>20273349362</w:t>
            </w:r>
          </w:p>
        </w:tc>
        <w:tc>
          <w:tcPr>
            <w:tcW w:type="dxa" w:w="1440"/>
          </w:tcPr>
          <w:p>
            <w:r>
              <w:t>高奕然</w:t>
            </w:r>
          </w:p>
        </w:tc>
      </w:tr>
      <w:tr>
        <w:tc>
          <w:tcPr>
            <w:tcW w:type="dxa" w:w="1440"/>
          </w:tcPr>
          <w:p>
            <w:r>
              <w:t>20273305216</w:t>
            </w:r>
          </w:p>
        </w:tc>
        <w:tc>
          <w:tcPr>
            <w:tcW w:type="dxa" w:w="1440"/>
          </w:tcPr>
          <w:p>
            <w:r>
              <w:t>卢彦成</w:t>
            </w:r>
          </w:p>
        </w:tc>
        <w:tc>
          <w:tcPr>
            <w:tcW w:type="dxa" w:w="1440"/>
          </w:tcPr>
          <w:p>
            <w:r>
              <w:t>20273320712</w:t>
            </w:r>
          </w:p>
        </w:tc>
        <w:tc>
          <w:tcPr>
            <w:tcW w:type="dxa" w:w="1440"/>
          </w:tcPr>
          <w:p>
            <w:r>
              <w:t>黄炫杰</w:t>
            </w:r>
          </w:p>
        </w:tc>
        <w:tc>
          <w:tcPr>
            <w:tcW w:type="dxa" w:w="1440"/>
          </w:tcPr>
          <w:p>
            <w:r>
              <w:t>20273349367</w:t>
            </w:r>
          </w:p>
        </w:tc>
        <w:tc>
          <w:tcPr>
            <w:tcW w:type="dxa" w:w="1440"/>
          </w:tcPr>
          <w:p>
            <w:r>
              <w:t>陈伊俊</w:t>
            </w:r>
          </w:p>
        </w:tc>
      </w:tr>
      <w:tr>
        <w:tc>
          <w:tcPr>
            <w:tcW w:type="dxa" w:w="1440"/>
          </w:tcPr>
          <w:p>
            <w:r>
              <w:t>20273305336</w:t>
            </w:r>
          </w:p>
        </w:tc>
        <w:tc>
          <w:tcPr>
            <w:tcW w:type="dxa" w:w="1440"/>
          </w:tcPr>
          <w:p>
            <w:r>
              <w:t>毛喆</w:t>
            </w:r>
          </w:p>
        </w:tc>
        <w:tc>
          <w:tcPr>
            <w:tcW w:type="dxa" w:w="1440"/>
          </w:tcPr>
          <w:p>
            <w:r>
              <w:t>20273320740</w:t>
            </w:r>
          </w:p>
        </w:tc>
        <w:tc>
          <w:tcPr>
            <w:tcW w:type="dxa" w:w="1440"/>
          </w:tcPr>
          <w:p>
            <w:r>
              <w:t>赵天浩</w:t>
            </w:r>
          </w:p>
        </w:tc>
        <w:tc>
          <w:tcPr>
            <w:tcW w:type="dxa" w:w="1440"/>
          </w:tcPr>
          <w:p>
            <w:r>
              <w:t>20273349375</w:t>
            </w:r>
          </w:p>
        </w:tc>
        <w:tc>
          <w:tcPr>
            <w:tcW w:type="dxa" w:w="1440"/>
          </w:tcPr>
          <w:p>
            <w:r>
              <w:t>李萌萌</w:t>
            </w:r>
          </w:p>
        </w:tc>
      </w:tr>
      <w:tr>
        <w:tc>
          <w:tcPr>
            <w:tcW w:type="dxa" w:w="1440"/>
          </w:tcPr>
          <w:p>
            <w:r>
              <w:t>20273305437</w:t>
            </w:r>
          </w:p>
        </w:tc>
        <w:tc>
          <w:tcPr>
            <w:tcW w:type="dxa" w:w="1440"/>
          </w:tcPr>
          <w:p>
            <w:r>
              <w:t>张润</w:t>
            </w:r>
          </w:p>
        </w:tc>
        <w:tc>
          <w:tcPr>
            <w:tcW w:type="dxa" w:w="1440"/>
          </w:tcPr>
          <w:p>
            <w:r>
              <w:t>20273320783</w:t>
            </w:r>
          </w:p>
        </w:tc>
        <w:tc>
          <w:tcPr>
            <w:tcW w:type="dxa" w:w="1440"/>
          </w:tcPr>
          <w:p>
            <w:r>
              <w:t>黄心柔</w:t>
            </w:r>
          </w:p>
        </w:tc>
        <w:tc>
          <w:tcPr>
            <w:tcW w:type="dxa" w:w="1440"/>
          </w:tcPr>
          <w:p>
            <w:r>
              <w:t>20273349377</w:t>
            </w:r>
          </w:p>
        </w:tc>
        <w:tc>
          <w:tcPr>
            <w:tcW w:type="dxa" w:w="1440"/>
          </w:tcPr>
          <w:p>
            <w:r>
              <w:t>刘毅</w:t>
            </w:r>
          </w:p>
        </w:tc>
      </w:tr>
      <w:tr>
        <w:tc>
          <w:tcPr>
            <w:tcW w:type="dxa" w:w="1440"/>
          </w:tcPr>
          <w:p>
            <w:r>
              <w:t>20273305448</w:t>
            </w:r>
          </w:p>
        </w:tc>
        <w:tc>
          <w:tcPr>
            <w:tcW w:type="dxa" w:w="1440"/>
          </w:tcPr>
          <w:p>
            <w:r>
              <w:t>陈立涛</w:t>
            </w:r>
          </w:p>
        </w:tc>
        <w:tc>
          <w:tcPr>
            <w:tcW w:type="dxa" w:w="1440"/>
          </w:tcPr>
          <w:p>
            <w:r>
              <w:t>20273320932</w:t>
            </w:r>
          </w:p>
        </w:tc>
        <w:tc>
          <w:tcPr>
            <w:tcW w:type="dxa" w:w="1440"/>
          </w:tcPr>
          <w:p>
            <w:r>
              <w:t>兰子坤</w:t>
            </w:r>
          </w:p>
        </w:tc>
        <w:tc>
          <w:tcPr>
            <w:tcW w:type="dxa" w:w="1440"/>
          </w:tcPr>
          <w:p>
            <w:r>
              <w:t>20273349378</w:t>
            </w:r>
          </w:p>
        </w:tc>
        <w:tc>
          <w:tcPr>
            <w:tcW w:type="dxa" w:w="1440"/>
          </w:tcPr>
          <w:p>
            <w:r>
              <w:t>李杰</w:t>
            </w:r>
          </w:p>
        </w:tc>
      </w:tr>
      <w:tr>
        <w:tc>
          <w:tcPr>
            <w:tcW w:type="dxa" w:w="1440"/>
          </w:tcPr>
          <w:p>
            <w:r>
              <w:t>20273305461</w:t>
            </w:r>
          </w:p>
        </w:tc>
        <w:tc>
          <w:tcPr>
            <w:tcW w:type="dxa" w:w="1440"/>
          </w:tcPr>
          <w:p>
            <w:r>
              <w:t>徐珅</w:t>
            </w:r>
          </w:p>
        </w:tc>
        <w:tc>
          <w:tcPr>
            <w:tcW w:type="dxa" w:w="1440"/>
          </w:tcPr>
          <w:p>
            <w:r>
              <w:t>20273320956</w:t>
            </w:r>
          </w:p>
        </w:tc>
        <w:tc>
          <w:tcPr>
            <w:tcW w:type="dxa" w:w="1440"/>
          </w:tcPr>
          <w:p>
            <w:r>
              <w:t>许桂东</w:t>
            </w:r>
          </w:p>
        </w:tc>
        <w:tc>
          <w:tcPr>
            <w:tcW w:type="dxa" w:w="1440"/>
          </w:tcPr>
          <w:p>
            <w:r>
              <w:t>20273349387</w:t>
            </w:r>
          </w:p>
        </w:tc>
        <w:tc>
          <w:tcPr>
            <w:tcW w:type="dxa" w:w="1440"/>
          </w:tcPr>
          <w:p>
            <w:r>
              <w:t>欧阳美哲</w:t>
            </w:r>
          </w:p>
        </w:tc>
      </w:tr>
      <w:tr>
        <w:tc>
          <w:tcPr>
            <w:tcW w:type="dxa" w:w="1440"/>
          </w:tcPr>
          <w:p>
            <w:r>
              <w:t>20273305783</w:t>
            </w:r>
          </w:p>
        </w:tc>
        <w:tc>
          <w:tcPr>
            <w:tcW w:type="dxa" w:w="1440"/>
          </w:tcPr>
          <w:p>
            <w:r>
              <w:t>方长远</w:t>
            </w:r>
          </w:p>
        </w:tc>
        <w:tc>
          <w:tcPr>
            <w:tcW w:type="dxa" w:w="1440"/>
          </w:tcPr>
          <w:p>
            <w:r>
              <w:t>20273321171</w:t>
            </w:r>
          </w:p>
        </w:tc>
        <w:tc>
          <w:tcPr>
            <w:tcW w:type="dxa" w:w="1440"/>
          </w:tcPr>
          <w:p>
            <w:r>
              <w:t>刘雪婷</w:t>
            </w:r>
          </w:p>
        </w:tc>
        <w:tc>
          <w:tcPr>
            <w:tcW w:type="dxa" w:w="1440"/>
          </w:tcPr>
          <w:p>
            <w:r>
              <w:t>20273349395</w:t>
            </w:r>
          </w:p>
        </w:tc>
        <w:tc>
          <w:tcPr>
            <w:tcW w:type="dxa" w:w="1440"/>
          </w:tcPr>
          <w:p>
            <w:r>
              <w:t>余榆</w:t>
            </w:r>
          </w:p>
        </w:tc>
      </w:tr>
      <w:tr>
        <w:tc>
          <w:tcPr>
            <w:tcW w:type="dxa" w:w="1440"/>
          </w:tcPr>
          <w:p>
            <w:r>
              <w:t>20273306104</w:t>
            </w:r>
          </w:p>
        </w:tc>
        <w:tc>
          <w:tcPr>
            <w:tcW w:type="dxa" w:w="1440"/>
          </w:tcPr>
          <w:p>
            <w:r>
              <w:t>黄研凯</w:t>
            </w:r>
          </w:p>
        </w:tc>
        <w:tc>
          <w:tcPr>
            <w:tcW w:type="dxa" w:w="1440"/>
          </w:tcPr>
          <w:p>
            <w:r>
              <w:t>20273321226</w:t>
            </w:r>
          </w:p>
        </w:tc>
        <w:tc>
          <w:tcPr>
            <w:tcW w:type="dxa" w:w="1440"/>
          </w:tcPr>
          <w:p>
            <w:r>
              <w:t>张金丽</w:t>
            </w:r>
          </w:p>
        </w:tc>
        <w:tc>
          <w:tcPr>
            <w:tcW w:type="dxa" w:w="1440"/>
          </w:tcPr>
          <w:p>
            <w:r>
              <w:t>20273349405</w:t>
            </w:r>
          </w:p>
        </w:tc>
        <w:tc>
          <w:tcPr>
            <w:tcW w:type="dxa" w:w="1440"/>
          </w:tcPr>
          <w:p>
            <w:r>
              <w:t>范涵杰</w:t>
            </w:r>
          </w:p>
        </w:tc>
      </w:tr>
      <w:tr>
        <w:tc>
          <w:tcPr>
            <w:tcW w:type="dxa" w:w="1440"/>
          </w:tcPr>
          <w:p>
            <w:r>
              <w:t>20273306227</w:t>
            </w:r>
          </w:p>
        </w:tc>
        <w:tc>
          <w:tcPr>
            <w:tcW w:type="dxa" w:w="1440"/>
          </w:tcPr>
          <w:p>
            <w:r>
              <w:t>刘为</w:t>
            </w:r>
          </w:p>
        </w:tc>
        <w:tc>
          <w:tcPr>
            <w:tcW w:type="dxa" w:w="1440"/>
          </w:tcPr>
          <w:p>
            <w:r>
              <w:t>20273321500</w:t>
            </w:r>
          </w:p>
        </w:tc>
        <w:tc>
          <w:tcPr>
            <w:tcW w:type="dxa" w:w="1440"/>
          </w:tcPr>
          <w:p>
            <w:r>
              <w:t>舒豪</w:t>
            </w:r>
          </w:p>
        </w:tc>
        <w:tc>
          <w:tcPr>
            <w:tcW w:type="dxa" w:w="1440"/>
          </w:tcPr>
          <w:p>
            <w:r>
              <w:t>20273349422</w:t>
            </w:r>
          </w:p>
        </w:tc>
        <w:tc>
          <w:tcPr>
            <w:tcW w:type="dxa" w:w="1440"/>
          </w:tcPr>
          <w:p>
            <w:r>
              <w:t>李露</w:t>
            </w:r>
          </w:p>
        </w:tc>
      </w:tr>
      <w:tr>
        <w:tc>
          <w:tcPr>
            <w:tcW w:type="dxa" w:w="1440"/>
          </w:tcPr>
          <w:p>
            <w:r>
              <w:t>20273306340</w:t>
            </w:r>
          </w:p>
        </w:tc>
        <w:tc>
          <w:tcPr>
            <w:tcW w:type="dxa" w:w="1440"/>
          </w:tcPr>
          <w:p>
            <w:r>
              <w:t>张欣</w:t>
            </w:r>
          </w:p>
        </w:tc>
        <w:tc>
          <w:tcPr>
            <w:tcW w:type="dxa" w:w="1440"/>
          </w:tcPr>
          <w:p>
            <w:r>
              <w:t>20273321524</w:t>
            </w:r>
          </w:p>
        </w:tc>
        <w:tc>
          <w:tcPr>
            <w:tcW w:type="dxa" w:w="1440"/>
          </w:tcPr>
          <w:p>
            <w:r>
              <w:t>谢林浩</w:t>
            </w:r>
          </w:p>
        </w:tc>
        <w:tc>
          <w:tcPr>
            <w:tcW w:type="dxa" w:w="1440"/>
          </w:tcPr>
          <w:p>
            <w:r>
              <w:t>20273349429</w:t>
            </w:r>
          </w:p>
        </w:tc>
        <w:tc>
          <w:tcPr>
            <w:tcW w:type="dxa" w:w="1440"/>
          </w:tcPr>
          <w:p>
            <w:r>
              <w:t>郭飞燕</w:t>
            </w:r>
          </w:p>
        </w:tc>
      </w:tr>
      <w:tr>
        <w:tc>
          <w:tcPr>
            <w:tcW w:type="dxa" w:w="1440"/>
          </w:tcPr>
          <w:p>
            <w:r>
              <w:t>20273306725</w:t>
            </w:r>
          </w:p>
        </w:tc>
        <w:tc>
          <w:tcPr>
            <w:tcW w:type="dxa" w:w="1440"/>
          </w:tcPr>
          <w:p>
            <w:r>
              <w:t>韩琳</w:t>
            </w:r>
          </w:p>
        </w:tc>
        <w:tc>
          <w:tcPr>
            <w:tcW w:type="dxa" w:w="1440"/>
          </w:tcPr>
          <w:p>
            <w:r>
              <w:t>20273321551</w:t>
            </w:r>
          </w:p>
        </w:tc>
        <w:tc>
          <w:tcPr>
            <w:tcW w:type="dxa" w:w="1440"/>
          </w:tcPr>
          <w:p>
            <w:r>
              <w:t>李琳琳</w:t>
            </w:r>
          </w:p>
        </w:tc>
        <w:tc>
          <w:tcPr>
            <w:tcW w:type="dxa" w:w="1440"/>
          </w:tcPr>
          <w:p>
            <w:r>
              <w:t>20273349433</w:t>
            </w:r>
          </w:p>
        </w:tc>
        <w:tc>
          <w:tcPr>
            <w:tcW w:type="dxa" w:w="1440"/>
          </w:tcPr>
          <w:p>
            <w:r>
              <w:t>王瀚</w:t>
            </w:r>
          </w:p>
        </w:tc>
      </w:tr>
      <w:tr>
        <w:tc>
          <w:tcPr>
            <w:tcW w:type="dxa" w:w="1440"/>
          </w:tcPr>
          <w:p>
            <w:r>
              <w:t>20273306787</w:t>
            </w:r>
          </w:p>
        </w:tc>
        <w:tc>
          <w:tcPr>
            <w:tcW w:type="dxa" w:w="1440"/>
          </w:tcPr>
          <w:p>
            <w:r>
              <w:t>代广轩</w:t>
            </w:r>
          </w:p>
        </w:tc>
        <w:tc>
          <w:tcPr>
            <w:tcW w:type="dxa" w:w="1440"/>
          </w:tcPr>
          <w:p>
            <w:r>
              <w:t>20273321586</w:t>
            </w:r>
          </w:p>
        </w:tc>
        <w:tc>
          <w:tcPr>
            <w:tcW w:type="dxa" w:w="1440"/>
          </w:tcPr>
          <w:p>
            <w:r>
              <w:t>王慧敏</w:t>
            </w:r>
          </w:p>
        </w:tc>
        <w:tc>
          <w:tcPr>
            <w:tcW w:type="dxa" w:w="1440"/>
          </w:tcPr>
          <w:p>
            <w:r>
              <w:t>20273349501</w:t>
            </w:r>
          </w:p>
        </w:tc>
        <w:tc>
          <w:tcPr>
            <w:tcW w:type="dxa" w:w="1440"/>
          </w:tcPr>
          <w:p>
            <w:r>
              <w:t>陈邱琪</w:t>
            </w:r>
          </w:p>
        </w:tc>
      </w:tr>
      <w:tr>
        <w:tc>
          <w:tcPr>
            <w:tcW w:type="dxa" w:w="1440"/>
          </w:tcPr>
          <w:p>
            <w:r>
              <w:t>20273306816</w:t>
            </w:r>
          </w:p>
        </w:tc>
        <w:tc>
          <w:tcPr>
            <w:tcW w:type="dxa" w:w="1440"/>
          </w:tcPr>
          <w:p>
            <w:r>
              <w:t>张少龙</w:t>
            </w:r>
          </w:p>
        </w:tc>
        <w:tc>
          <w:tcPr>
            <w:tcW w:type="dxa" w:w="1440"/>
          </w:tcPr>
          <w:p>
            <w:r>
              <w:t>20273321616</w:t>
            </w:r>
          </w:p>
        </w:tc>
        <w:tc>
          <w:tcPr>
            <w:tcW w:type="dxa" w:w="1440"/>
          </w:tcPr>
          <w:p>
            <w:r>
              <w:t>李宗泽</w:t>
            </w:r>
          </w:p>
        </w:tc>
        <w:tc>
          <w:tcPr>
            <w:tcW w:type="dxa" w:w="1440"/>
          </w:tcPr>
          <w:p>
            <w:r>
              <w:t>20273349509</w:t>
            </w:r>
          </w:p>
        </w:tc>
        <w:tc>
          <w:tcPr>
            <w:tcW w:type="dxa" w:w="1440"/>
          </w:tcPr>
          <w:p>
            <w:r>
              <w:t>蒋毅</w:t>
            </w:r>
          </w:p>
        </w:tc>
      </w:tr>
      <w:tr>
        <w:tc>
          <w:tcPr>
            <w:tcW w:type="dxa" w:w="1440"/>
          </w:tcPr>
          <w:p>
            <w:r>
              <w:t>20273307011</w:t>
            </w:r>
          </w:p>
        </w:tc>
        <w:tc>
          <w:tcPr>
            <w:tcW w:type="dxa" w:w="1440"/>
          </w:tcPr>
          <w:p>
            <w:r>
              <w:t>叶天睿</w:t>
            </w:r>
          </w:p>
        </w:tc>
        <w:tc>
          <w:tcPr>
            <w:tcW w:type="dxa" w:w="1440"/>
          </w:tcPr>
          <w:p>
            <w:r>
              <w:t>20273321633</w:t>
            </w:r>
          </w:p>
        </w:tc>
        <w:tc>
          <w:tcPr>
            <w:tcW w:type="dxa" w:w="1440"/>
          </w:tcPr>
          <w:p>
            <w:r>
              <w:t>周子涵</w:t>
            </w:r>
          </w:p>
        </w:tc>
        <w:tc>
          <w:tcPr>
            <w:tcW w:type="dxa" w:w="1440"/>
          </w:tcPr>
          <w:p>
            <w:r>
              <w:t>20273349531</w:t>
            </w:r>
          </w:p>
        </w:tc>
        <w:tc>
          <w:tcPr>
            <w:tcW w:type="dxa" w:w="1440"/>
          </w:tcPr>
          <w:p>
            <w:r>
              <w:t>邱子寒</w:t>
            </w:r>
          </w:p>
        </w:tc>
      </w:tr>
      <w:tr>
        <w:tc>
          <w:tcPr>
            <w:tcW w:type="dxa" w:w="1440"/>
          </w:tcPr>
          <w:p>
            <w:r>
              <w:t>20273307338</w:t>
            </w:r>
          </w:p>
        </w:tc>
        <w:tc>
          <w:tcPr>
            <w:tcW w:type="dxa" w:w="1440"/>
          </w:tcPr>
          <w:p>
            <w:r>
              <w:t>潘世友</w:t>
            </w:r>
          </w:p>
        </w:tc>
        <w:tc>
          <w:tcPr>
            <w:tcW w:type="dxa" w:w="1440"/>
          </w:tcPr>
          <w:p>
            <w:r>
              <w:t>20273321721</w:t>
            </w:r>
          </w:p>
        </w:tc>
        <w:tc>
          <w:tcPr>
            <w:tcW w:type="dxa" w:w="1440"/>
          </w:tcPr>
          <w:p>
            <w:r>
              <w:t>罗金科</w:t>
            </w:r>
          </w:p>
        </w:tc>
        <w:tc>
          <w:tcPr>
            <w:tcW w:type="dxa" w:w="1440"/>
          </w:tcPr>
          <w:p>
            <w:r>
              <w:t>20273349561</w:t>
            </w:r>
          </w:p>
        </w:tc>
        <w:tc>
          <w:tcPr>
            <w:tcW w:type="dxa" w:w="1440"/>
          </w:tcPr>
          <w:p>
            <w:r>
              <w:t>石浩然</w:t>
            </w:r>
          </w:p>
        </w:tc>
      </w:tr>
      <w:tr>
        <w:tc>
          <w:tcPr>
            <w:tcW w:type="dxa" w:w="1440"/>
          </w:tcPr>
          <w:p>
            <w:r>
              <w:t>20273307395</w:t>
            </w:r>
          </w:p>
        </w:tc>
        <w:tc>
          <w:tcPr>
            <w:tcW w:type="dxa" w:w="1440"/>
          </w:tcPr>
          <w:p>
            <w:r>
              <w:t>张喆</w:t>
            </w:r>
          </w:p>
        </w:tc>
        <w:tc>
          <w:tcPr>
            <w:tcW w:type="dxa" w:w="1440"/>
          </w:tcPr>
          <w:p>
            <w:r>
              <w:t>20273321746</w:t>
            </w:r>
          </w:p>
        </w:tc>
        <w:tc>
          <w:tcPr>
            <w:tcW w:type="dxa" w:w="1440"/>
          </w:tcPr>
          <w:p>
            <w:r>
              <w:t>翟召威</w:t>
            </w:r>
          </w:p>
        </w:tc>
        <w:tc>
          <w:tcPr>
            <w:tcW w:type="dxa" w:w="1440"/>
          </w:tcPr>
          <w:p>
            <w:r>
              <w:t>20273349563</w:t>
            </w:r>
          </w:p>
        </w:tc>
        <w:tc>
          <w:tcPr>
            <w:tcW w:type="dxa" w:w="1440"/>
          </w:tcPr>
          <w:p>
            <w:r>
              <w:t>贺婧莹</w:t>
            </w:r>
          </w:p>
        </w:tc>
      </w:tr>
      <w:tr>
        <w:tc>
          <w:tcPr>
            <w:tcW w:type="dxa" w:w="1440"/>
          </w:tcPr>
          <w:p>
            <w:r>
              <w:t>20273307571</w:t>
            </w:r>
          </w:p>
        </w:tc>
        <w:tc>
          <w:tcPr>
            <w:tcW w:type="dxa" w:w="1440"/>
          </w:tcPr>
          <w:p>
            <w:r>
              <w:t>马勍一</w:t>
            </w:r>
          </w:p>
        </w:tc>
        <w:tc>
          <w:tcPr>
            <w:tcW w:type="dxa" w:w="1440"/>
          </w:tcPr>
          <w:p>
            <w:r>
              <w:t>20273321750</w:t>
            </w:r>
          </w:p>
        </w:tc>
        <w:tc>
          <w:tcPr>
            <w:tcW w:type="dxa" w:w="1440"/>
          </w:tcPr>
          <w:p>
            <w:r>
              <w:t>刘可欣</w:t>
            </w:r>
          </w:p>
        </w:tc>
        <w:tc>
          <w:tcPr>
            <w:tcW w:type="dxa" w:w="1440"/>
          </w:tcPr>
          <w:p>
            <w:r>
              <w:t>20273349580</w:t>
            </w:r>
          </w:p>
        </w:tc>
        <w:tc>
          <w:tcPr>
            <w:tcW w:type="dxa" w:w="1440"/>
          </w:tcPr>
          <w:p>
            <w:r>
              <w:t>者继平</w:t>
            </w:r>
          </w:p>
        </w:tc>
      </w:tr>
      <w:tr>
        <w:tc>
          <w:tcPr>
            <w:tcW w:type="dxa" w:w="1440"/>
          </w:tcPr>
          <w:p>
            <w:r>
              <w:t>20273307842</w:t>
            </w:r>
          </w:p>
        </w:tc>
        <w:tc>
          <w:tcPr>
            <w:tcW w:type="dxa" w:w="1440"/>
          </w:tcPr>
          <w:p>
            <w:r>
              <w:t>刘思源</w:t>
            </w:r>
          </w:p>
        </w:tc>
        <w:tc>
          <w:tcPr>
            <w:tcW w:type="dxa" w:w="1440"/>
          </w:tcPr>
          <w:p>
            <w:r>
              <w:t>20273321764</w:t>
            </w:r>
          </w:p>
        </w:tc>
        <w:tc>
          <w:tcPr>
            <w:tcW w:type="dxa" w:w="1440"/>
          </w:tcPr>
          <w:p>
            <w:r>
              <w:t>谢昊东</w:t>
            </w:r>
          </w:p>
        </w:tc>
        <w:tc>
          <w:tcPr>
            <w:tcW w:type="dxa" w:w="1440"/>
          </w:tcPr>
          <w:p>
            <w:r>
              <w:t>20273349589</w:t>
            </w:r>
          </w:p>
        </w:tc>
        <w:tc>
          <w:tcPr>
            <w:tcW w:type="dxa" w:w="1440"/>
          </w:tcPr>
          <w:p>
            <w:r>
              <w:t>陈季磊</w:t>
            </w:r>
          </w:p>
        </w:tc>
      </w:tr>
      <w:tr>
        <w:tc>
          <w:tcPr>
            <w:tcW w:type="dxa" w:w="1440"/>
          </w:tcPr>
          <w:p>
            <w:r>
              <w:t>20273308105</w:t>
            </w:r>
          </w:p>
        </w:tc>
        <w:tc>
          <w:tcPr>
            <w:tcW w:type="dxa" w:w="1440"/>
          </w:tcPr>
          <w:p>
            <w:r>
              <w:t>郭佳怡</w:t>
            </w:r>
          </w:p>
        </w:tc>
        <w:tc>
          <w:tcPr>
            <w:tcW w:type="dxa" w:w="1440"/>
          </w:tcPr>
          <w:p>
            <w:r>
              <w:t>20273321803</w:t>
            </w:r>
          </w:p>
        </w:tc>
        <w:tc>
          <w:tcPr>
            <w:tcW w:type="dxa" w:w="1440"/>
          </w:tcPr>
          <w:p>
            <w:r>
              <w:t>付喆</w:t>
            </w:r>
          </w:p>
        </w:tc>
        <w:tc>
          <w:tcPr>
            <w:tcW w:type="dxa" w:w="1440"/>
          </w:tcPr>
          <w:p>
            <w:r>
              <w:t>20273349621</w:t>
            </w:r>
          </w:p>
        </w:tc>
        <w:tc>
          <w:tcPr>
            <w:tcW w:type="dxa" w:w="1440"/>
          </w:tcPr>
          <w:p>
            <w:r>
              <w:t>刘旭</w:t>
            </w:r>
          </w:p>
        </w:tc>
      </w:tr>
      <w:tr>
        <w:tc>
          <w:tcPr>
            <w:tcW w:type="dxa" w:w="1440"/>
          </w:tcPr>
          <w:p>
            <w:r>
              <w:t>20273308267</w:t>
            </w:r>
          </w:p>
        </w:tc>
        <w:tc>
          <w:tcPr>
            <w:tcW w:type="dxa" w:w="1440"/>
          </w:tcPr>
          <w:p>
            <w:r>
              <w:t>李昱彤</w:t>
            </w:r>
          </w:p>
        </w:tc>
        <w:tc>
          <w:tcPr>
            <w:tcW w:type="dxa" w:w="1440"/>
          </w:tcPr>
          <w:p>
            <w:r>
              <w:t>20273321834</w:t>
            </w:r>
          </w:p>
        </w:tc>
        <w:tc>
          <w:tcPr>
            <w:tcW w:type="dxa" w:w="1440"/>
          </w:tcPr>
          <w:p>
            <w:r>
              <w:t>尹权</w:t>
            </w:r>
          </w:p>
        </w:tc>
        <w:tc>
          <w:tcPr>
            <w:tcW w:type="dxa" w:w="1440"/>
          </w:tcPr>
          <w:p>
            <w:r>
              <w:t>20273349662</w:t>
            </w:r>
          </w:p>
        </w:tc>
        <w:tc>
          <w:tcPr>
            <w:tcW w:type="dxa" w:w="1440"/>
          </w:tcPr>
          <w:p>
            <w:r>
              <w:t>丁天艳</w:t>
            </w:r>
          </w:p>
        </w:tc>
      </w:tr>
      <w:tr>
        <w:tc>
          <w:tcPr>
            <w:tcW w:type="dxa" w:w="1440"/>
          </w:tcPr>
          <w:p>
            <w:r>
              <w:t>20273308348</w:t>
            </w:r>
          </w:p>
        </w:tc>
        <w:tc>
          <w:tcPr>
            <w:tcW w:type="dxa" w:w="1440"/>
          </w:tcPr>
          <w:p>
            <w:r>
              <w:t>钟宇城</w:t>
            </w:r>
          </w:p>
        </w:tc>
        <w:tc>
          <w:tcPr>
            <w:tcW w:type="dxa" w:w="1440"/>
          </w:tcPr>
          <w:p>
            <w:r>
              <w:t>20273321899</w:t>
            </w:r>
          </w:p>
        </w:tc>
        <w:tc>
          <w:tcPr>
            <w:tcW w:type="dxa" w:w="1440"/>
          </w:tcPr>
          <w:p>
            <w:r>
              <w:t>刘子轩</w:t>
            </w:r>
          </w:p>
        </w:tc>
        <w:tc>
          <w:tcPr>
            <w:tcW w:type="dxa" w:w="1440"/>
          </w:tcPr>
          <w:p>
            <w:r>
              <w:t>20273349675</w:t>
            </w:r>
          </w:p>
        </w:tc>
        <w:tc>
          <w:tcPr>
            <w:tcW w:type="dxa" w:w="1440"/>
          </w:tcPr>
          <w:p>
            <w:r>
              <w:t>王子琦</w:t>
            </w:r>
          </w:p>
        </w:tc>
      </w:tr>
      <w:tr>
        <w:tc>
          <w:tcPr>
            <w:tcW w:type="dxa" w:w="1440"/>
          </w:tcPr>
          <w:p>
            <w:r>
              <w:t>20273308503</w:t>
            </w:r>
          </w:p>
        </w:tc>
        <w:tc>
          <w:tcPr>
            <w:tcW w:type="dxa" w:w="1440"/>
          </w:tcPr>
          <w:p>
            <w:r>
              <w:t>杨钊廷</w:t>
            </w:r>
          </w:p>
        </w:tc>
        <w:tc>
          <w:tcPr>
            <w:tcW w:type="dxa" w:w="1440"/>
          </w:tcPr>
          <w:p>
            <w:r>
              <w:t>20273321911</w:t>
            </w:r>
          </w:p>
        </w:tc>
        <w:tc>
          <w:tcPr>
            <w:tcW w:type="dxa" w:w="1440"/>
          </w:tcPr>
          <w:p>
            <w:r>
              <w:t>杨昕雨</w:t>
            </w:r>
          </w:p>
        </w:tc>
        <w:tc>
          <w:tcPr>
            <w:tcW w:type="dxa" w:w="1440"/>
          </w:tcPr>
          <w:p>
            <w:r>
              <w:t>20273349679</w:t>
            </w:r>
          </w:p>
        </w:tc>
        <w:tc>
          <w:tcPr>
            <w:tcW w:type="dxa" w:w="1440"/>
          </w:tcPr>
          <w:p>
            <w:r>
              <w:t>刘鸣月</w:t>
            </w:r>
          </w:p>
        </w:tc>
      </w:tr>
      <w:tr>
        <w:tc>
          <w:tcPr>
            <w:tcW w:type="dxa" w:w="1440"/>
          </w:tcPr>
          <w:p>
            <w:r>
              <w:t>20273308657</w:t>
            </w:r>
          </w:p>
        </w:tc>
        <w:tc>
          <w:tcPr>
            <w:tcW w:type="dxa" w:w="1440"/>
          </w:tcPr>
          <w:p>
            <w:r>
              <w:t>袁再洪</w:t>
            </w:r>
          </w:p>
        </w:tc>
        <w:tc>
          <w:tcPr>
            <w:tcW w:type="dxa" w:w="1440"/>
          </w:tcPr>
          <w:p>
            <w:r>
              <w:t>20273322072</w:t>
            </w:r>
          </w:p>
        </w:tc>
        <w:tc>
          <w:tcPr>
            <w:tcW w:type="dxa" w:w="1440"/>
          </w:tcPr>
          <w:p>
            <w:r>
              <w:t>王何</w:t>
            </w:r>
          </w:p>
        </w:tc>
        <w:tc>
          <w:tcPr>
            <w:tcW w:type="dxa" w:w="1440"/>
          </w:tcPr>
          <w:p>
            <w:r>
              <w:t>20273349734</w:t>
            </w:r>
          </w:p>
        </w:tc>
        <w:tc>
          <w:tcPr>
            <w:tcW w:type="dxa" w:w="1440"/>
          </w:tcPr>
          <w:p>
            <w:r>
              <w:t>郭馨阳</w:t>
            </w:r>
          </w:p>
        </w:tc>
      </w:tr>
      <w:tr>
        <w:tc>
          <w:tcPr>
            <w:tcW w:type="dxa" w:w="1440"/>
          </w:tcPr>
          <w:p>
            <w:r>
              <w:t>20273308790</w:t>
            </w:r>
          </w:p>
        </w:tc>
        <w:tc>
          <w:tcPr>
            <w:tcW w:type="dxa" w:w="1440"/>
          </w:tcPr>
          <w:p>
            <w:r>
              <w:t>李佳蔓</w:t>
            </w:r>
          </w:p>
        </w:tc>
        <w:tc>
          <w:tcPr>
            <w:tcW w:type="dxa" w:w="1440"/>
          </w:tcPr>
          <w:p>
            <w:r>
              <w:t>20273322678</w:t>
            </w:r>
          </w:p>
        </w:tc>
        <w:tc>
          <w:tcPr>
            <w:tcW w:type="dxa" w:w="1440"/>
          </w:tcPr>
          <w:p>
            <w:r>
              <w:t>胡燕丽</w:t>
            </w:r>
          </w:p>
        </w:tc>
        <w:tc>
          <w:tcPr>
            <w:tcW w:type="dxa" w:w="1440"/>
          </w:tcPr>
          <w:p>
            <w:r>
              <w:t>20273349766</w:t>
            </w:r>
          </w:p>
        </w:tc>
        <w:tc>
          <w:tcPr>
            <w:tcW w:type="dxa" w:w="1440"/>
          </w:tcPr>
          <w:p>
            <w:r>
              <w:t>刘怡琳</w:t>
            </w:r>
          </w:p>
        </w:tc>
      </w:tr>
      <w:tr>
        <w:tc>
          <w:tcPr>
            <w:tcW w:type="dxa" w:w="1440"/>
          </w:tcPr>
          <w:p>
            <w:r>
              <w:t>20273308886</w:t>
            </w:r>
          </w:p>
        </w:tc>
        <w:tc>
          <w:tcPr>
            <w:tcW w:type="dxa" w:w="1440"/>
          </w:tcPr>
          <w:p>
            <w:r>
              <w:t>黄怡晖</w:t>
            </w:r>
          </w:p>
        </w:tc>
        <w:tc>
          <w:tcPr>
            <w:tcW w:type="dxa" w:w="1440"/>
          </w:tcPr>
          <w:p>
            <w:r>
              <w:t>20273322801</w:t>
            </w:r>
          </w:p>
        </w:tc>
        <w:tc>
          <w:tcPr>
            <w:tcW w:type="dxa" w:w="1440"/>
          </w:tcPr>
          <w:p>
            <w:r>
              <w:t>郭明智</w:t>
            </w:r>
          </w:p>
        </w:tc>
        <w:tc>
          <w:tcPr>
            <w:tcW w:type="dxa" w:w="1440"/>
          </w:tcPr>
          <w:p>
            <w:r>
              <w:t>20273349785</w:t>
            </w:r>
          </w:p>
        </w:tc>
        <w:tc>
          <w:tcPr>
            <w:tcW w:type="dxa" w:w="1440"/>
          </w:tcPr>
          <w:p>
            <w:r>
              <w:t>王天浩</w:t>
            </w:r>
          </w:p>
        </w:tc>
      </w:tr>
      <w:tr>
        <w:tc>
          <w:tcPr>
            <w:tcW w:type="dxa" w:w="1440"/>
          </w:tcPr>
          <w:p>
            <w:r>
              <w:t>20273309166</w:t>
            </w:r>
          </w:p>
        </w:tc>
        <w:tc>
          <w:tcPr>
            <w:tcW w:type="dxa" w:w="1440"/>
          </w:tcPr>
          <w:p>
            <w:r>
              <w:t>马重原</w:t>
            </w:r>
          </w:p>
        </w:tc>
        <w:tc>
          <w:tcPr>
            <w:tcW w:type="dxa" w:w="1440"/>
          </w:tcPr>
          <w:p>
            <w:r>
              <w:t>20273323989</w:t>
            </w:r>
          </w:p>
        </w:tc>
        <w:tc>
          <w:tcPr>
            <w:tcW w:type="dxa" w:w="1440"/>
          </w:tcPr>
          <w:p>
            <w:r>
              <w:t>岑柏荣</w:t>
            </w:r>
          </w:p>
        </w:tc>
        <w:tc>
          <w:tcPr>
            <w:tcW w:type="dxa" w:w="1440"/>
          </w:tcPr>
          <w:p>
            <w:r>
              <w:t>20273349789</w:t>
            </w:r>
          </w:p>
        </w:tc>
        <w:tc>
          <w:tcPr>
            <w:tcW w:type="dxa" w:w="1440"/>
          </w:tcPr>
          <w:p>
            <w:r>
              <w:t>徐洋</w:t>
            </w:r>
          </w:p>
        </w:tc>
      </w:tr>
      <w:tr>
        <w:tc>
          <w:tcPr>
            <w:tcW w:type="dxa" w:w="1440"/>
          </w:tcPr>
          <w:p>
            <w:r>
              <w:t>20273309214</w:t>
            </w:r>
          </w:p>
        </w:tc>
        <w:tc>
          <w:tcPr>
            <w:tcW w:type="dxa" w:w="1440"/>
          </w:tcPr>
          <w:p>
            <w:r>
              <w:t>宋梓恒</w:t>
            </w:r>
          </w:p>
        </w:tc>
        <w:tc>
          <w:tcPr>
            <w:tcW w:type="dxa" w:w="1440"/>
          </w:tcPr>
          <w:p>
            <w:r>
              <w:t>20273324519</w:t>
            </w:r>
          </w:p>
        </w:tc>
        <w:tc>
          <w:tcPr>
            <w:tcW w:type="dxa" w:w="1440"/>
          </w:tcPr>
          <w:p>
            <w:r>
              <w:t>康日荣</w:t>
            </w:r>
          </w:p>
        </w:tc>
        <w:tc>
          <w:tcPr>
            <w:tcW w:type="dxa" w:w="1440"/>
          </w:tcPr>
          <w:p>
            <w:r>
              <w:t>20273349832</w:t>
            </w:r>
          </w:p>
        </w:tc>
        <w:tc>
          <w:tcPr>
            <w:tcW w:type="dxa" w:w="1440"/>
          </w:tcPr>
          <w:p>
            <w:r>
              <w:t>杨若虹</w:t>
            </w:r>
          </w:p>
        </w:tc>
      </w:tr>
      <w:tr>
        <w:tc>
          <w:tcPr>
            <w:tcW w:type="dxa" w:w="1440"/>
          </w:tcPr>
          <w:p>
            <w:r>
              <w:t>20273309992</w:t>
            </w:r>
          </w:p>
        </w:tc>
        <w:tc>
          <w:tcPr>
            <w:tcW w:type="dxa" w:w="1440"/>
          </w:tcPr>
          <w:p>
            <w:r>
              <w:t>杨程迪</w:t>
            </w:r>
          </w:p>
        </w:tc>
        <w:tc>
          <w:tcPr>
            <w:tcW w:type="dxa" w:w="1440"/>
          </w:tcPr>
          <w:p>
            <w:r>
              <w:t>20273324561</w:t>
            </w:r>
          </w:p>
        </w:tc>
        <w:tc>
          <w:tcPr>
            <w:tcW w:type="dxa" w:w="1440"/>
          </w:tcPr>
          <w:p>
            <w:r>
              <w:t>朱雅婷</w:t>
            </w:r>
          </w:p>
        </w:tc>
        <w:tc>
          <w:tcPr>
            <w:tcW w:type="dxa" w:w="1440"/>
          </w:tcPr>
          <w:p>
            <w:r>
              <w:t>20273349860</w:t>
            </w:r>
          </w:p>
        </w:tc>
        <w:tc>
          <w:tcPr>
            <w:tcW w:type="dxa" w:w="1440"/>
          </w:tcPr>
          <w:p>
            <w:r>
              <w:t>陈墨濡</w:t>
            </w:r>
          </w:p>
        </w:tc>
      </w:tr>
      <w:tr>
        <w:tc>
          <w:tcPr>
            <w:tcW w:type="dxa" w:w="1440"/>
          </w:tcPr>
          <w:p>
            <w:r>
              <w:t>20273310045</w:t>
            </w:r>
          </w:p>
        </w:tc>
        <w:tc>
          <w:tcPr>
            <w:tcW w:type="dxa" w:w="1440"/>
          </w:tcPr>
          <w:p>
            <w:r>
              <w:t>肖志杰</w:t>
            </w:r>
          </w:p>
        </w:tc>
        <w:tc>
          <w:tcPr>
            <w:tcW w:type="dxa" w:w="1440"/>
          </w:tcPr>
          <w:p>
            <w:r>
              <w:t>20273326333</w:t>
            </w:r>
          </w:p>
        </w:tc>
        <w:tc>
          <w:tcPr>
            <w:tcW w:type="dxa" w:w="1440"/>
          </w:tcPr>
          <w:p>
            <w:r>
              <w:t>王涵桐</w:t>
            </w:r>
          </w:p>
        </w:tc>
        <w:tc>
          <w:tcPr>
            <w:tcW w:type="dxa" w:w="1440"/>
          </w:tcPr>
          <w:p>
            <w:r>
              <w:t>20273349865</w:t>
            </w:r>
          </w:p>
        </w:tc>
        <w:tc>
          <w:tcPr>
            <w:tcW w:type="dxa" w:w="1440"/>
          </w:tcPr>
          <w:p>
            <w:r>
              <w:t>张译文</w:t>
            </w:r>
          </w:p>
        </w:tc>
      </w:tr>
      <w:tr>
        <w:tc>
          <w:tcPr>
            <w:tcW w:type="dxa" w:w="1440"/>
          </w:tcPr>
          <w:p>
            <w:r>
              <w:t>20273310463</w:t>
            </w:r>
          </w:p>
        </w:tc>
        <w:tc>
          <w:tcPr>
            <w:tcW w:type="dxa" w:w="1440"/>
          </w:tcPr>
          <w:p>
            <w:r>
              <w:t>王金强</w:t>
            </w:r>
          </w:p>
        </w:tc>
        <w:tc>
          <w:tcPr>
            <w:tcW w:type="dxa" w:w="1440"/>
          </w:tcPr>
          <w:p>
            <w:r>
              <w:t>20273326364</w:t>
            </w:r>
          </w:p>
        </w:tc>
        <w:tc>
          <w:tcPr>
            <w:tcW w:type="dxa" w:w="1440"/>
          </w:tcPr>
          <w:p>
            <w:r>
              <w:t>杜倩</w:t>
            </w:r>
          </w:p>
        </w:tc>
        <w:tc>
          <w:tcPr>
            <w:tcW w:type="dxa" w:w="1440"/>
          </w:tcPr>
          <w:p>
            <w:r>
              <w:t>20273349868</w:t>
            </w:r>
          </w:p>
        </w:tc>
        <w:tc>
          <w:tcPr>
            <w:tcW w:type="dxa" w:w="1440"/>
          </w:tcPr>
          <w:p>
            <w:r>
              <w:t>吕卢诗雨</w:t>
            </w:r>
          </w:p>
        </w:tc>
      </w:tr>
      <w:tr>
        <w:tc>
          <w:tcPr>
            <w:tcW w:type="dxa" w:w="1440"/>
          </w:tcPr>
          <w:p>
            <w:r>
              <w:t>20273310602</w:t>
            </w:r>
          </w:p>
        </w:tc>
        <w:tc>
          <w:tcPr>
            <w:tcW w:type="dxa" w:w="1440"/>
          </w:tcPr>
          <w:p>
            <w:r>
              <w:t>武欣宇</w:t>
            </w:r>
          </w:p>
        </w:tc>
        <w:tc>
          <w:tcPr>
            <w:tcW w:type="dxa" w:w="1440"/>
          </w:tcPr>
          <w:p>
            <w:r>
              <w:t>20273328247</w:t>
            </w:r>
          </w:p>
        </w:tc>
        <w:tc>
          <w:tcPr>
            <w:tcW w:type="dxa" w:w="1440"/>
          </w:tcPr>
          <w:p>
            <w:r>
              <w:t>周亦宸</w:t>
            </w:r>
          </w:p>
        </w:tc>
        <w:tc>
          <w:tcPr>
            <w:tcW w:type="dxa" w:w="1440"/>
          </w:tcPr>
          <w:p>
            <w:r>
              <w:t>20273349910</w:t>
            </w:r>
          </w:p>
        </w:tc>
        <w:tc>
          <w:tcPr>
            <w:tcW w:type="dxa" w:w="1440"/>
          </w:tcPr>
          <w:p>
            <w:r>
              <w:t>徐儒雅</w:t>
            </w:r>
          </w:p>
        </w:tc>
      </w:tr>
      <w:tr>
        <w:tc>
          <w:tcPr>
            <w:tcW w:type="dxa" w:w="1440"/>
          </w:tcPr>
          <w:p>
            <w:r>
              <w:t>20273310690</w:t>
            </w:r>
          </w:p>
        </w:tc>
        <w:tc>
          <w:tcPr>
            <w:tcW w:type="dxa" w:w="1440"/>
          </w:tcPr>
          <w:p>
            <w:r>
              <w:t>王晴语</w:t>
            </w:r>
          </w:p>
        </w:tc>
        <w:tc>
          <w:tcPr>
            <w:tcW w:type="dxa" w:w="1440"/>
          </w:tcPr>
          <w:p>
            <w:r>
              <w:t>20273330282</w:t>
            </w:r>
          </w:p>
        </w:tc>
        <w:tc>
          <w:tcPr>
            <w:tcW w:type="dxa" w:w="1440"/>
          </w:tcPr>
          <w:p>
            <w:r>
              <w:t>王铭杰</w:t>
            </w:r>
          </w:p>
        </w:tc>
        <w:tc>
          <w:tcPr>
            <w:tcW w:type="dxa" w:w="1440"/>
          </w:tcPr>
          <w:p>
            <w:r>
              <w:t>20273349920</w:t>
            </w:r>
          </w:p>
        </w:tc>
        <w:tc>
          <w:tcPr>
            <w:tcW w:type="dxa" w:w="1440"/>
          </w:tcPr>
          <w:p>
            <w:r>
              <w:t>陆威宇</w:t>
            </w:r>
          </w:p>
        </w:tc>
      </w:tr>
      <w:tr>
        <w:tc>
          <w:tcPr>
            <w:tcW w:type="dxa" w:w="1440"/>
          </w:tcPr>
          <w:p>
            <w:r>
              <w:t>20273310696</w:t>
            </w:r>
          </w:p>
        </w:tc>
        <w:tc>
          <w:tcPr>
            <w:tcW w:type="dxa" w:w="1440"/>
          </w:tcPr>
          <w:p>
            <w:r>
              <w:t>李湘</w:t>
            </w:r>
          </w:p>
        </w:tc>
        <w:tc>
          <w:tcPr>
            <w:tcW w:type="dxa" w:w="1440"/>
          </w:tcPr>
          <w:p>
            <w:r>
              <w:t>20273330358</w:t>
            </w:r>
          </w:p>
        </w:tc>
        <w:tc>
          <w:tcPr>
            <w:tcW w:type="dxa" w:w="1440"/>
          </w:tcPr>
          <w:p>
            <w:r>
              <w:t>蒋晓东</w:t>
            </w:r>
          </w:p>
        </w:tc>
        <w:tc>
          <w:tcPr>
            <w:tcW w:type="dxa" w:w="1440"/>
          </w:tcPr>
          <w:p>
            <w:r>
              <w:t>20273349943</w:t>
            </w:r>
          </w:p>
        </w:tc>
        <w:tc>
          <w:tcPr>
            <w:tcW w:type="dxa" w:w="1440"/>
          </w:tcPr>
          <w:p>
            <w:r>
              <w:t>张怡昊</w:t>
            </w:r>
          </w:p>
        </w:tc>
      </w:tr>
      <w:tr>
        <w:tc>
          <w:tcPr>
            <w:tcW w:type="dxa" w:w="1440"/>
          </w:tcPr>
          <w:p>
            <w:r>
              <w:t>20273310863</w:t>
            </w:r>
          </w:p>
        </w:tc>
        <w:tc>
          <w:tcPr>
            <w:tcW w:type="dxa" w:w="1440"/>
          </w:tcPr>
          <w:p>
            <w:r>
              <w:t>冯雍恒</w:t>
            </w:r>
          </w:p>
        </w:tc>
        <w:tc>
          <w:tcPr>
            <w:tcW w:type="dxa" w:w="1440"/>
          </w:tcPr>
          <w:p>
            <w:r>
              <w:t>20273330728</w:t>
            </w:r>
          </w:p>
        </w:tc>
        <w:tc>
          <w:tcPr>
            <w:tcW w:type="dxa" w:w="1440"/>
          </w:tcPr>
          <w:p>
            <w:r>
              <w:t>张宁波</w:t>
            </w:r>
          </w:p>
        </w:tc>
        <w:tc>
          <w:tcPr>
            <w:tcW w:type="dxa" w:w="1440"/>
          </w:tcPr>
          <w:p>
            <w:r>
              <w:t>20273349952</w:t>
            </w:r>
          </w:p>
        </w:tc>
        <w:tc>
          <w:tcPr>
            <w:tcW w:type="dxa" w:w="1440"/>
          </w:tcPr>
          <w:p>
            <w:r>
              <w:t>赵云爽</w:t>
            </w:r>
          </w:p>
        </w:tc>
      </w:tr>
      <w:tr>
        <w:tc>
          <w:tcPr>
            <w:tcW w:type="dxa" w:w="1440"/>
          </w:tcPr>
          <w:p>
            <w:r>
              <w:t>20273311149</w:t>
            </w:r>
          </w:p>
        </w:tc>
        <w:tc>
          <w:tcPr>
            <w:tcW w:type="dxa" w:w="1440"/>
          </w:tcPr>
          <w:p>
            <w:r>
              <w:t>张依彤</w:t>
            </w:r>
          </w:p>
        </w:tc>
        <w:tc>
          <w:tcPr>
            <w:tcW w:type="dxa" w:w="1440"/>
          </w:tcPr>
          <w:p>
            <w:r>
              <w:t>20273331165</w:t>
            </w:r>
          </w:p>
        </w:tc>
        <w:tc>
          <w:tcPr>
            <w:tcW w:type="dxa" w:w="1440"/>
          </w:tcPr>
          <w:p>
            <w:r>
              <w:t>陶俊祺</w:t>
            </w:r>
          </w:p>
        </w:tc>
        <w:tc>
          <w:tcPr>
            <w:tcW w:type="dxa" w:w="1440"/>
          </w:tcPr>
          <w:p>
            <w:r>
              <w:t>20273349983</w:t>
            </w:r>
          </w:p>
        </w:tc>
        <w:tc>
          <w:tcPr>
            <w:tcW w:type="dxa" w:w="1440"/>
          </w:tcPr>
          <w:p>
            <w:r>
              <w:t>包涵</w:t>
            </w:r>
          </w:p>
        </w:tc>
      </w:tr>
      <w:tr>
        <w:tc>
          <w:tcPr>
            <w:tcW w:type="dxa" w:w="1440"/>
          </w:tcPr>
          <w:p>
            <w:r>
              <w:t>20273311298</w:t>
            </w:r>
          </w:p>
        </w:tc>
        <w:tc>
          <w:tcPr>
            <w:tcW w:type="dxa" w:w="1440"/>
          </w:tcPr>
          <w:p>
            <w:r>
              <w:t>石仡</w:t>
            </w:r>
          </w:p>
        </w:tc>
        <w:tc>
          <w:tcPr>
            <w:tcW w:type="dxa" w:w="1440"/>
          </w:tcPr>
          <w:p>
            <w:r>
              <w:t>20273331206</w:t>
            </w:r>
          </w:p>
        </w:tc>
        <w:tc>
          <w:tcPr>
            <w:tcW w:type="dxa" w:w="1440"/>
          </w:tcPr>
          <w:p>
            <w:r>
              <w:t>徐铠</w:t>
            </w:r>
          </w:p>
        </w:tc>
        <w:tc>
          <w:tcPr>
            <w:tcW w:type="dxa" w:w="1440"/>
          </w:tcPr>
          <w:p>
            <w:r>
              <w:t>20273350089</w:t>
            </w:r>
          </w:p>
        </w:tc>
        <w:tc>
          <w:tcPr>
            <w:tcW w:type="dxa" w:w="1440"/>
          </w:tcPr>
          <w:p>
            <w:r>
              <w:t>张国民</w:t>
            </w:r>
          </w:p>
        </w:tc>
      </w:tr>
      <w:tr>
        <w:tc>
          <w:tcPr>
            <w:tcW w:type="dxa" w:w="1440"/>
          </w:tcPr>
          <w:p>
            <w:r>
              <w:t>20273311308</w:t>
            </w:r>
          </w:p>
        </w:tc>
        <w:tc>
          <w:tcPr>
            <w:tcW w:type="dxa" w:w="1440"/>
          </w:tcPr>
          <w:p>
            <w:r>
              <w:t>周鑫辉</w:t>
            </w:r>
          </w:p>
        </w:tc>
        <w:tc>
          <w:tcPr>
            <w:tcW w:type="dxa" w:w="1440"/>
          </w:tcPr>
          <w:p>
            <w:r>
              <w:t>20273332158</w:t>
            </w:r>
          </w:p>
        </w:tc>
        <w:tc>
          <w:tcPr>
            <w:tcW w:type="dxa" w:w="1440"/>
          </w:tcPr>
          <w:p>
            <w:r>
              <w:t>李善猛</w:t>
            </w:r>
          </w:p>
        </w:tc>
        <w:tc>
          <w:tcPr>
            <w:tcW w:type="dxa" w:w="1440"/>
          </w:tcPr>
          <w:p>
            <w:r>
              <w:t>20273350122</w:t>
            </w:r>
          </w:p>
        </w:tc>
        <w:tc>
          <w:tcPr>
            <w:tcW w:type="dxa" w:w="1440"/>
          </w:tcPr>
          <w:p>
            <w:r>
              <w:t>后紫榆</w:t>
            </w:r>
          </w:p>
        </w:tc>
      </w:tr>
      <w:tr>
        <w:tc>
          <w:tcPr>
            <w:tcW w:type="dxa" w:w="1440"/>
          </w:tcPr>
          <w:p>
            <w:r>
              <w:t>20273311312</w:t>
            </w:r>
          </w:p>
        </w:tc>
        <w:tc>
          <w:tcPr>
            <w:tcW w:type="dxa" w:w="1440"/>
          </w:tcPr>
          <w:p>
            <w:r>
              <w:t>陈世豪</w:t>
            </w:r>
          </w:p>
        </w:tc>
        <w:tc>
          <w:tcPr>
            <w:tcW w:type="dxa" w:w="1440"/>
          </w:tcPr>
          <w:p>
            <w:r>
              <w:t>20273333312</w:t>
            </w:r>
          </w:p>
        </w:tc>
        <w:tc>
          <w:tcPr>
            <w:tcW w:type="dxa" w:w="1440"/>
          </w:tcPr>
          <w:p>
            <w:r>
              <w:t>任小雨</w:t>
            </w:r>
          </w:p>
        </w:tc>
        <w:tc>
          <w:tcPr>
            <w:tcW w:type="dxa" w:w="1440"/>
          </w:tcPr>
          <w:p>
            <w:r>
              <w:t>20273350127</w:t>
            </w:r>
          </w:p>
        </w:tc>
        <w:tc>
          <w:tcPr>
            <w:tcW w:type="dxa" w:w="1440"/>
          </w:tcPr>
          <w:p>
            <w:r>
              <w:t>马宇轩</w:t>
            </w:r>
          </w:p>
        </w:tc>
      </w:tr>
      <w:tr>
        <w:tc>
          <w:tcPr>
            <w:tcW w:type="dxa" w:w="1440"/>
          </w:tcPr>
          <w:p>
            <w:r>
              <w:t>20273311444</w:t>
            </w:r>
          </w:p>
        </w:tc>
        <w:tc>
          <w:tcPr>
            <w:tcW w:type="dxa" w:w="1440"/>
          </w:tcPr>
          <w:p>
            <w:r>
              <w:t>何德烨</w:t>
            </w:r>
          </w:p>
        </w:tc>
        <w:tc>
          <w:tcPr>
            <w:tcW w:type="dxa" w:w="1440"/>
          </w:tcPr>
          <w:p>
            <w:r>
              <w:t>20273333866</w:t>
            </w:r>
          </w:p>
        </w:tc>
        <w:tc>
          <w:tcPr>
            <w:tcW w:type="dxa" w:w="1440"/>
          </w:tcPr>
          <w:p>
            <w:r>
              <w:t>马子月</w:t>
            </w:r>
          </w:p>
        </w:tc>
        <w:tc>
          <w:tcPr>
            <w:tcW w:type="dxa" w:w="1440"/>
          </w:tcPr>
          <w:p>
            <w:r>
              <w:t>20273350145</w:t>
            </w:r>
          </w:p>
        </w:tc>
        <w:tc>
          <w:tcPr>
            <w:tcW w:type="dxa" w:w="1440"/>
          </w:tcPr>
          <w:p>
            <w:r>
              <w:t>刘旭东</w:t>
            </w:r>
          </w:p>
        </w:tc>
      </w:tr>
      <w:tr>
        <w:tc>
          <w:tcPr>
            <w:tcW w:type="dxa" w:w="1440"/>
          </w:tcPr>
          <w:p>
            <w:r>
              <w:t>20273311504</w:t>
            </w:r>
          </w:p>
        </w:tc>
        <w:tc>
          <w:tcPr>
            <w:tcW w:type="dxa" w:w="1440"/>
          </w:tcPr>
          <w:p>
            <w:r>
              <w:t>乔诗如</w:t>
            </w:r>
          </w:p>
        </w:tc>
        <w:tc>
          <w:tcPr>
            <w:tcW w:type="dxa" w:w="1440"/>
          </w:tcPr>
          <w:p>
            <w:r>
              <w:t>20273334146</w:t>
            </w:r>
          </w:p>
        </w:tc>
        <w:tc>
          <w:tcPr>
            <w:tcW w:type="dxa" w:w="1440"/>
          </w:tcPr>
          <w:p>
            <w:r>
              <w:t>田媛</w:t>
            </w:r>
          </w:p>
        </w:tc>
        <w:tc>
          <w:tcPr>
            <w:tcW w:type="dxa" w:w="1440"/>
          </w:tcPr>
          <w:p>
            <w:r>
              <w:t>20273350146</w:t>
            </w:r>
          </w:p>
        </w:tc>
        <w:tc>
          <w:tcPr>
            <w:tcW w:type="dxa" w:w="1440"/>
          </w:tcPr>
          <w:p>
            <w:r>
              <w:t>杨盼盼</w:t>
            </w:r>
          </w:p>
        </w:tc>
      </w:tr>
      <w:tr>
        <w:tc>
          <w:tcPr>
            <w:tcW w:type="dxa" w:w="1440"/>
          </w:tcPr>
          <w:p>
            <w:r>
              <w:t>20273311716</w:t>
            </w:r>
          </w:p>
        </w:tc>
        <w:tc>
          <w:tcPr>
            <w:tcW w:type="dxa" w:w="1440"/>
          </w:tcPr>
          <w:p>
            <w:r>
              <w:t>蔚露</w:t>
            </w:r>
          </w:p>
        </w:tc>
        <w:tc>
          <w:tcPr>
            <w:tcW w:type="dxa" w:w="1440"/>
          </w:tcPr>
          <w:p>
            <w:r>
              <w:t>20273334346</w:t>
            </w:r>
          </w:p>
        </w:tc>
        <w:tc>
          <w:tcPr>
            <w:tcW w:type="dxa" w:w="1440"/>
          </w:tcPr>
          <w:p>
            <w:r>
              <w:t>冯欣雨</w:t>
            </w:r>
          </w:p>
        </w:tc>
        <w:tc>
          <w:tcPr>
            <w:tcW w:type="dxa" w:w="1440"/>
          </w:tcPr>
          <w:p>
            <w:r>
              <w:t>20273350149</w:t>
            </w:r>
          </w:p>
        </w:tc>
        <w:tc>
          <w:tcPr>
            <w:tcW w:type="dxa" w:w="1440"/>
          </w:tcPr>
          <w:p>
            <w:r>
              <w:t>汪林一</w:t>
            </w:r>
          </w:p>
        </w:tc>
      </w:tr>
      <w:tr>
        <w:tc>
          <w:tcPr>
            <w:tcW w:type="dxa" w:w="1440"/>
          </w:tcPr>
          <w:p>
            <w:r>
              <w:t>20273311955</w:t>
            </w:r>
          </w:p>
        </w:tc>
        <w:tc>
          <w:tcPr>
            <w:tcW w:type="dxa" w:w="1440"/>
          </w:tcPr>
          <w:p>
            <w:r>
              <w:t>吴琼妃</w:t>
            </w:r>
          </w:p>
        </w:tc>
        <w:tc>
          <w:tcPr>
            <w:tcW w:type="dxa" w:w="1440"/>
          </w:tcPr>
          <w:p>
            <w:r>
              <w:t>20273334362</w:t>
            </w:r>
          </w:p>
        </w:tc>
        <w:tc>
          <w:tcPr>
            <w:tcW w:type="dxa" w:w="1440"/>
          </w:tcPr>
          <w:p>
            <w:r>
              <w:t>陈渝凯</w:t>
            </w:r>
          </w:p>
        </w:tc>
        <w:tc>
          <w:tcPr>
            <w:tcW w:type="dxa" w:w="1440"/>
          </w:tcPr>
          <w:p>
            <w:r>
              <w:t>20273350160</w:t>
            </w:r>
          </w:p>
        </w:tc>
        <w:tc>
          <w:tcPr>
            <w:tcW w:type="dxa" w:w="1440"/>
          </w:tcPr>
          <w:p>
            <w:r>
              <w:t>谷璟怡</w:t>
            </w:r>
          </w:p>
        </w:tc>
      </w:tr>
      <w:tr>
        <w:tc>
          <w:tcPr>
            <w:tcW w:type="dxa" w:w="1440"/>
          </w:tcPr>
          <w:p>
            <w:r>
              <w:t>20273312108</w:t>
            </w:r>
          </w:p>
        </w:tc>
        <w:tc>
          <w:tcPr>
            <w:tcW w:type="dxa" w:w="1440"/>
          </w:tcPr>
          <w:p>
            <w:r>
              <w:t>韩雪</w:t>
            </w:r>
          </w:p>
        </w:tc>
        <w:tc>
          <w:tcPr>
            <w:tcW w:type="dxa" w:w="1440"/>
          </w:tcPr>
          <w:p>
            <w:r>
              <w:t>20273334836</w:t>
            </w:r>
          </w:p>
        </w:tc>
        <w:tc>
          <w:tcPr>
            <w:tcW w:type="dxa" w:w="1440"/>
          </w:tcPr>
          <w:p>
            <w:r>
              <w:t>唐韶彪</w:t>
            </w:r>
          </w:p>
        </w:tc>
        <w:tc>
          <w:tcPr>
            <w:tcW w:type="dxa" w:w="1440"/>
          </w:tcPr>
          <w:p>
            <w:r>
              <w:t>20273350170</w:t>
            </w:r>
          </w:p>
        </w:tc>
        <w:tc>
          <w:tcPr>
            <w:tcW w:type="dxa" w:w="1440"/>
          </w:tcPr>
          <w:p>
            <w:r>
              <w:t>方子乐</w:t>
            </w:r>
          </w:p>
        </w:tc>
      </w:tr>
      <w:tr>
        <w:tc>
          <w:tcPr>
            <w:tcW w:type="dxa" w:w="1440"/>
          </w:tcPr>
          <w:p>
            <w:r>
              <w:t>20273312243</w:t>
            </w:r>
          </w:p>
        </w:tc>
        <w:tc>
          <w:tcPr>
            <w:tcW w:type="dxa" w:w="1440"/>
          </w:tcPr>
          <w:p>
            <w:r>
              <w:t>周丽芬</w:t>
            </w:r>
          </w:p>
        </w:tc>
        <w:tc>
          <w:tcPr>
            <w:tcW w:type="dxa" w:w="1440"/>
          </w:tcPr>
          <w:p>
            <w:r>
              <w:t>20273336510</w:t>
            </w:r>
          </w:p>
        </w:tc>
        <w:tc>
          <w:tcPr>
            <w:tcW w:type="dxa" w:w="1440"/>
          </w:tcPr>
          <w:p>
            <w:r>
              <w:t>王轶哲</w:t>
            </w:r>
          </w:p>
        </w:tc>
        <w:tc>
          <w:tcPr>
            <w:tcW w:type="dxa" w:w="1440"/>
          </w:tcPr>
          <w:p>
            <w:r>
              <w:t>20273350177</w:t>
            </w:r>
          </w:p>
        </w:tc>
        <w:tc>
          <w:tcPr>
            <w:tcW w:type="dxa" w:w="1440"/>
          </w:tcPr>
          <w:p>
            <w:r>
              <w:t>白思雨</w:t>
            </w:r>
          </w:p>
        </w:tc>
      </w:tr>
      <w:tr>
        <w:tc>
          <w:tcPr>
            <w:tcW w:type="dxa" w:w="1440"/>
          </w:tcPr>
          <w:p>
            <w:r>
              <w:t>20273312375</w:t>
            </w:r>
          </w:p>
        </w:tc>
        <w:tc>
          <w:tcPr>
            <w:tcW w:type="dxa" w:w="1440"/>
          </w:tcPr>
          <w:p>
            <w:r>
              <w:t>赵贺</w:t>
            </w:r>
          </w:p>
        </w:tc>
        <w:tc>
          <w:tcPr>
            <w:tcW w:type="dxa" w:w="1440"/>
          </w:tcPr>
          <w:p>
            <w:r>
              <w:t>20273336682</w:t>
            </w:r>
          </w:p>
        </w:tc>
        <w:tc>
          <w:tcPr>
            <w:tcW w:type="dxa" w:w="1440"/>
          </w:tcPr>
          <w:p>
            <w:r>
              <w:t>雷佳欣</w:t>
            </w:r>
          </w:p>
        </w:tc>
        <w:tc>
          <w:tcPr>
            <w:tcW w:type="dxa" w:w="1440"/>
          </w:tcPr>
          <w:p>
            <w:r>
              <w:t>20273350196</w:t>
            </w:r>
          </w:p>
        </w:tc>
        <w:tc>
          <w:tcPr>
            <w:tcW w:type="dxa" w:w="1440"/>
          </w:tcPr>
          <w:p>
            <w:r>
              <w:t>谢政宏</w:t>
            </w:r>
          </w:p>
        </w:tc>
      </w:tr>
      <w:tr>
        <w:tc>
          <w:tcPr>
            <w:tcW w:type="dxa" w:w="1440"/>
          </w:tcPr>
          <w:p>
            <w:r>
              <w:t>20273312389</w:t>
            </w:r>
          </w:p>
        </w:tc>
        <w:tc>
          <w:tcPr>
            <w:tcW w:type="dxa" w:w="1440"/>
          </w:tcPr>
          <w:p>
            <w:r>
              <w:t>陈俊辰</w:t>
            </w:r>
          </w:p>
        </w:tc>
        <w:tc>
          <w:tcPr>
            <w:tcW w:type="dxa" w:w="1440"/>
          </w:tcPr>
          <w:p>
            <w:r>
              <w:t>20273337054</w:t>
            </w:r>
          </w:p>
        </w:tc>
        <w:tc>
          <w:tcPr>
            <w:tcW w:type="dxa" w:w="1440"/>
          </w:tcPr>
          <w:p>
            <w:r>
              <w:t>潘琰</w:t>
            </w:r>
          </w:p>
        </w:tc>
        <w:tc>
          <w:tcPr>
            <w:tcW w:type="dxa" w:w="1440"/>
          </w:tcPr>
          <w:p>
            <w:r>
              <w:t>20273350199</w:t>
            </w:r>
          </w:p>
        </w:tc>
        <w:tc>
          <w:tcPr>
            <w:tcW w:type="dxa" w:w="1440"/>
          </w:tcPr>
          <w:p>
            <w:r>
              <w:t>刘曜嘉</w:t>
            </w:r>
          </w:p>
        </w:tc>
      </w:tr>
      <w:tr>
        <w:tc>
          <w:tcPr>
            <w:tcW w:type="dxa" w:w="1440"/>
          </w:tcPr>
          <w:p>
            <w:r>
              <w:t>20273312431</w:t>
            </w:r>
          </w:p>
        </w:tc>
        <w:tc>
          <w:tcPr>
            <w:tcW w:type="dxa" w:w="1440"/>
          </w:tcPr>
          <w:p>
            <w:r>
              <w:t>曾婕瑜</w:t>
            </w:r>
          </w:p>
        </w:tc>
        <w:tc>
          <w:tcPr>
            <w:tcW w:type="dxa" w:w="1440"/>
          </w:tcPr>
          <w:p>
            <w:r>
              <w:t>20273337732</w:t>
            </w:r>
          </w:p>
        </w:tc>
        <w:tc>
          <w:tcPr>
            <w:tcW w:type="dxa" w:w="1440"/>
          </w:tcPr>
          <w:p>
            <w:r>
              <w:t>李培瑜</w:t>
            </w:r>
          </w:p>
        </w:tc>
        <w:tc>
          <w:tcPr>
            <w:tcW w:type="dxa" w:w="1440"/>
          </w:tcPr>
          <w:p>
            <w:r>
              <w:t>20273350202</w:t>
            </w:r>
          </w:p>
        </w:tc>
        <w:tc>
          <w:tcPr>
            <w:tcW w:type="dxa" w:w="1440"/>
          </w:tcPr>
          <w:p>
            <w:r>
              <w:t>杨明慧</w:t>
            </w:r>
          </w:p>
        </w:tc>
      </w:tr>
      <w:tr>
        <w:tc>
          <w:tcPr>
            <w:tcW w:type="dxa" w:w="1440"/>
          </w:tcPr>
          <w:p>
            <w:r>
              <w:t>20273312501</w:t>
            </w:r>
          </w:p>
        </w:tc>
        <w:tc>
          <w:tcPr>
            <w:tcW w:type="dxa" w:w="1440"/>
          </w:tcPr>
          <w:p>
            <w:r>
              <w:t>张语暄</w:t>
            </w:r>
          </w:p>
        </w:tc>
        <w:tc>
          <w:tcPr>
            <w:tcW w:type="dxa" w:w="1440"/>
          </w:tcPr>
          <w:p>
            <w:r>
              <w:t>20273338184</w:t>
            </w:r>
          </w:p>
        </w:tc>
        <w:tc>
          <w:tcPr>
            <w:tcW w:type="dxa" w:w="1440"/>
          </w:tcPr>
          <w:p>
            <w:r>
              <w:t>涂东淇</w:t>
            </w:r>
          </w:p>
        </w:tc>
        <w:tc>
          <w:tcPr>
            <w:tcW w:type="dxa" w:w="1440"/>
          </w:tcPr>
          <w:p>
            <w:r>
              <w:t>20273350218</w:t>
            </w:r>
          </w:p>
        </w:tc>
        <w:tc>
          <w:tcPr>
            <w:tcW w:type="dxa" w:w="1440"/>
          </w:tcPr>
          <w:p>
            <w:r>
              <w:t>俞科维</w:t>
            </w:r>
          </w:p>
        </w:tc>
      </w:tr>
      <w:tr>
        <w:tc>
          <w:tcPr>
            <w:tcW w:type="dxa" w:w="1440"/>
          </w:tcPr>
          <w:p>
            <w:r>
              <w:t>20273312631</w:t>
            </w:r>
          </w:p>
        </w:tc>
        <w:tc>
          <w:tcPr>
            <w:tcW w:type="dxa" w:w="1440"/>
          </w:tcPr>
          <w:p>
            <w:r>
              <w:t>张西平</w:t>
            </w:r>
          </w:p>
        </w:tc>
        <w:tc>
          <w:tcPr>
            <w:tcW w:type="dxa" w:w="1440"/>
          </w:tcPr>
          <w:p>
            <w:r>
              <w:t>20273338303</w:t>
            </w:r>
          </w:p>
        </w:tc>
        <w:tc>
          <w:tcPr>
            <w:tcW w:type="dxa" w:w="1440"/>
          </w:tcPr>
          <w:p>
            <w:r>
              <w:t>赵志东</w:t>
            </w:r>
          </w:p>
        </w:tc>
        <w:tc>
          <w:tcPr>
            <w:tcW w:type="dxa" w:w="1440"/>
          </w:tcPr>
          <w:p>
            <w:r>
              <w:t>20273350220</w:t>
            </w:r>
          </w:p>
        </w:tc>
        <w:tc>
          <w:tcPr>
            <w:tcW w:type="dxa" w:w="1440"/>
          </w:tcPr>
          <w:p>
            <w:r>
              <w:t>马鑫</w:t>
            </w:r>
          </w:p>
        </w:tc>
      </w:tr>
      <w:tr>
        <w:tc>
          <w:tcPr>
            <w:tcW w:type="dxa" w:w="1440"/>
          </w:tcPr>
          <w:p>
            <w:r>
              <w:t>20273313260</w:t>
            </w:r>
          </w:p>
        </w:tc>
        <w:tc>
          <w:tcPr>
            <w:tcW w:type="dxa" w:w="1440"/>
          </w:tcPr>
          <w:p>
            <w:r>
              <w:t>陈佳宁</w:t>
            </w:r>
          </w:p>
        </w:tc>
        <w:tc>
          <w:tcPr>
            <w:tcW w:type="dxa" w:w="1440"/>
          </w:tcPr>
          <w:p>
            <w:r>
              <w:t>20273344232</w:t>
            </w:r>
          </w:p>
        </w:tc>
        <w:tc>
          <w:tcPr>
            <w:tcW w:type="dxa" w:w="1440"/>
          </w:tcPr>
          <w:p>
            <w:r>
              <w:t>赵一帆</w:t>
            </w:r>
          </w:p>
        </w:tc>
        <w:tc>
          <w:tcPr>
            <w:tcW w:type="dxa" w:w="1440"/>
          </w:tcPr>
          <w:p>
            <w:r>
              <w:t>20273350226</w:t>
            </w:r>
          </w:p>
        </w:tc>
        <w:tc>
          <w:tcPr>
            <w:tcW w:type="dxa" w:w="1440"/>
          </w:tcPr>
          <w:p>
            <w:r>
              <w:t>辛秉宸</w:t>
            </w:r>
          </w:p>
        </w:tc>
      </w:tr>
      <w:tr>
        <w:tc>
          <w:tcPr>
            <w:tcW w:type="dxa" w:w="1440"/>
          </w:tcPr>
          <w:p>
            <w:r>
              <w:t>20273313525</w:t>
            </w:r>
          </w:p>
        </w:tc>
        <w:tc>
          <w:tcPr>
            <w:tcW w:type="dxa" w:w="1440"/>
          </w:tcPr>
          <w:p>
            <w:r>
              <w:t>周晓巍</w:t>
            </w:r>
          </w:p>
        </w:tc>
        <w:tc>
          <w:tcPr>
            <w:tcW w:type="dxa" w:w="1440"/>
          </w:tcPr>
          <w:p>
            <w:r>
              <w:t>20273344517</w:t>
            </w:r>
          </w:p>
        </w:tc>
        <w:tc>
          <w:tcPr>
            <w:tcW w:type="dxa" w:w="1440"/>
          </w:tcPr>
          <w:p>
            <w:r>
              <w:t>骆一凡</w:t>
            </w:r>
          </w:p>
        </w:tc>
        <w:tc>
          <w:tcPr>
            <w:tcW w:type="dxa" w:w="1440"/>
          </w:tcPr>
          <w:p>
            <w:r>
              <w:t>20273350238</w:t>
            </w:r>
          </w:p>
        </w:tc>
        <w:tc>
          <w:tcPr>
            <w:tcW w:type="dxa" w:w="1440"/>
          </w:tcPr>
          <w:p>
            <w:r>
              <w:t>范星雨</w:t>
            </w:r>
          </w:p>
        </w:tc>
      </w:tr>
      <w:tr>
        <w:tc>
          <w:tcPr>
            <w:tcW w:type="dxa" w:w="1440"/>
          </w:tcPr>
          <w:p>
            <w:r>
              <w:t>20273314236</w:t>
            </w:r>
          </w:p>
        </w:tc>
        <w:tc>
          <w:tcPr>
            <w:tcW w:type="dxa" w:w="1440"/>
          </w:tcPr>
          <w:p>
            <w:r>
              <w:t>黄锦鑫</w:t>
            </w:r>
          </w:p>
        </w:tc>
        <w:tc>
          <w:tcPr>
            <w:tcW w:type="dxa" w:w="1440"/>
          </w:tcPr>
          <w:p>
            <w:r>
              <w:t>20273344720</w:t>
            </w:r>
          </w:p>
        </w:tc>
        <w:tc>
          <w:tcPr>
            <w:tcW w:type="dxa" w:w="1440"/>
          </w:tcPr>
          <w:p>
            <w:r>
              <w:t>陆依洋</w:t>
            </w:r>
          </w:p>
        </w:tc>
        <w:tc>
          <w:tcPr>
            <w:tcW w:type="dxa" w:w="1440"/>
          </w:tcPr>
          <w:p>
            <w:r>
              <w:t>20273350253</w:t>
            </w:r>
          </w:p>
        </w:tc>
        <w:tc>
          <w:tcPr>
            <w:tcW w:type="dxa" w:w="1440"/>
          </w:tcPr>
          <w:p>
            <w:r>
              <w:t>彭亚楠</w:t>
            </w:r>
          </w:p>
        </w:tc>
      </w:tr>
      <w:tr>
        <w:tc>
          <w:tcPr>
            <w:tcW w:type="dxa" w:w="1440"/>
          </w:tcPr>
          <w:p>
            <w:r>
              <w:t>20273314380</w:t>
            </w:r>
          </w:p>
        </w:tc>
        <w:tc>
          <w:tcPr>
            <w:tcW w:type="dxa" w:w="1440"/>
          </w:tcPr>
          <w:p>
            <w:r>
              <w:t>孙柏一</w:t>
            </w:r>
          </w:p>
        </w:tc>
        <w:tc>
          <w:tcPr>
            <w:tcW w:type="dxa" w:w="1440"/>
          </w:tcPr>
          <w:p>
            <w:r>
              <w:t>20273344808</w:t>
            </w:r>
          </w:p>
        </w:tc>
        <w:tc>
          <w:tcPr>
            <w:tcW w:type="dxa" w:w="1440"/>
          </w:tcPr>
          <w:p>
            <w:r>
              <w:t>郭琪</w:t>
            </w:r>
          </w:p>
        </w:tc>
        <w:tc>
          <w:tcPr>
            <w:tcW w:type="dxa" w:w="1440"/>
          </w:tcPr>
          <w:p>
            <w:r>
              <w:t>20273350264</w:t>
            </w:r>
          </w:p>
        </w:tc>
        <w:tc>
          <w:tcPr>
            <w:tcW w:type="dxa" w:w="1440"/>
          </w:tcPr>
          <w:p>
            <w:r>
              <w:t>王浩然</w:t>
            </w:r>
          </w:p>
        </w:tc>
      </w:tr>
      <w:tr>
        <w:tc>
          <w:tcPr>
            <w:tcW w:type="dxa" w:w="1440"/>
          </w:tcPr>
          <w:p>
            <w:r>
              <w:t>20273314749</w:t>
            </w:r>
          </w:p>
        </w:tc>
        <w:tc>
          <w:tcPr>
            <w:tcW w:type="dxa" w:w="1440"/>
          </w:tcPr>
          <w:p>
            <w:r>
              <w:t>陈阳</w:t>
            </w:r>
          </w:p>
        </w:tc>
        <w:tc>
          <w:tcPr>
            <w:tcW w:type="dxa" w:w="1440"/>
          </w:tcPr>
          <w:p>
            <w:r>
              <w:t>20273345000</w:t>
            </w:r>
          </w:p>
        </w:tc>
        <w:tc>
          <w:tcPr>
            <w:tcW w:type="dxa" w:w="1440"/>
          </w:tcPr>
          <w:p>
            <w:r>
              <w:t>于小婷</w:t>
            </w:r>
          </w:p>
        </w:tc>
        <w:tc>
          <w:tcPr>
            <w:tcW w:type="dxa" w:w="1440"/>
          </w:tcPr>
          <w:p>
            <w:r>
              <w:t>20273350266</w:t>
            </w:r>
          </w:p>
        </w:tc>
        <w:tc>
          <w:tcPr>
            <w:tcW w:type="dxa" w:w="1440"/>
          </w:tcPr>
          <w:p>
            <w:r>
              <w:t>王鹤潼</w:t>
            </w:r>
          </w:p>
        </w:tc>
      </w:tr>
      <w:tr>
        <w:tc>
          <w:tcPr>
            <w:tcW w:type="dxa" w:w="1440"/>
          </w:tcPr>
          <w:p>
            <w:r>
              <w:t>20273314761</w:t>
            </w:r>
          </w:p>
        </w:tc>
        <w:tc>
          <w:tcPr>
            <w:tcW w:type="dxa" w:w="1440"/>
          </w:tcPr>
          <w:p>
            <w:r>
              <w:t>赵仕禄</w:t>
            </w:r>
          </w:p>
        </w:tc>
        <w:tc>
          <w:tcPr>
            <w:tcW w:type="dxa" w:w="1440"/>
          </w:tcPr>
          <w:p>
            <w:r>
              <w:t>20273347166</w:t>
            </w:r>
          </w:p>
        </w:tc>
        <w:tc>
          <w:tcPr>
            <w:tcW w:type="dxa" w:w="1440"/>
          </w:tcPr>
          <w:p>
            <w:r>
              <w:t>高伊知</w:t>
            </w:r>
          </w:p>
        </w:tc>
        <w:tc>
          <w:tcPr>
            <w:tcW w:type="dxa" w:w="1440"/>
          </w:tcPr>
          <w:p>
            <w:r>
              <w:t>20273350278</w:t>
            </w:r>
          </w:p>
        </w:tc>
        <w:tc>
          <w:tcPr>
            <w:tcW w:type="dxa" w:w="1440"/>
          </w:tcPr>
          <w:p>
            <w:r>
              <w:t>邓凌旭</w:t>
            </w:r>
          </w:p>
        </w:tc>
      </w:tr>
      <w:tr>
        <w:tc>
          <w:tcPr>
            <w:tcW w:type="dxa" w:w="1440"/>
          </w:tcPr>
          <w:p>
            <w:r>
              <w:t>20273315140</w:t>
            </w:r>
          </w:p>
        </w:tc>
        <w:tc>
          <w:tcPr>
            <w:tcW w:type="dxa" w:w="1440"/>
          </w:tcPr>
          <w:p>
            <w:r>
              <w:t>邵婕妤</w:t>
            </w:r>
          </w:p>
        </w:tc>
        <w:tc>
          <w:tcPr>
            <w:tcW w:type="dxa" w:w="1440"/>
          </w:tcPr>
          <w:p>
            <w:r>
              <w:t>20273347710</w:t>
            </w:r>
          </w:p>
        </w:tc>
        <w:tc>
          <w:tcPr>
            <w:tcW w:type="dxa" w:w="1440"/>
          </w:tcPr>
          <w:p>
            <w:r>
              <w:t>李金岭</w:t>
            </w:r>
          </w:p>
        </w:tc>
        <w:tc>
          <w:tcPr>
            <w:tcW w:type="dxa" w:w="1440"/>
          </w:tcPr>
          <w:p>
            <w:r>
              <w:t>20273350297</w:t>
            </w:r>
          </w:p>
        </w:tc>
        <w:tc>
          <w:tcPr>
            <w:tcW w:type="dxa" w:w="1440"/>
          </w:tcPr>
          <w:p>
            <w:r>
              <w:t>曹馨伊</w:t>
            </w:r>
          </w:p>
        </w:tc>
      </w:tr>
      <w:tr>
        <w:tc>
          <w:tcPr>
            <w:tcW w:type="dxa" w:w="1440"/>
          </w:tcPr>
          <w:p>
            <w:r>
              <w:t>20273315158</w:t>
            </w:r>
          </w:p>
        </w:tc>
        <w:tc>
          <w:tcPr>
            <w:tcW w:type="dxa" w:w="1440"/>
          </w:tcPr>
          <w:p>
            <w:r>
              <w:t>刘昕怡</w:t>
            </w:r>
          </w:p>
        </w:tc>
        <w:tc>
          <w:tcPr>
            <w:tcW w:type="dxa" w:w="1440"/>
          </w:tcPr>
          <w:p>
            <w:r>
              <w:t>20273348035</w:t>
            </w:r>
          </w:p>
        </w:tc>
        <w:tc>
          <w:tcPr>
            <w:tcW w:type="dxa" w:w="1440"/>
          </w:tcPr>
          <w:p>
            <w:r>
              <w:t>张凯瑞</w:t>
            </w:r>
          </w:p>
        </w:tc>
        <w:tc>
          <w:tcPr>
            <w:tcW w:type="dxa" w:w="1440"/>
          </w:tcPr>
          <w:p>
            <w:r>
              <w:t>20273350352</w:t>
            </w:r>
          </w:p>
        </w:tc>
        <w:tc>
          <w:tcPr>
            <w:tcW w:type="dxa" w:w="1440"/>
          </w:tcPr>
          <w:p>
            <w:r>
              <w:t>张博阳</w:t>
            </w:r>
          </w:p>
        </w:tc>
      </w:tr>
      <w:tr>
        <w:tc>
          <w:tcPr>
            <w:tcW w:type="dxa" w:w="1440"/>
          </w:tcPr>
          <w:p>
            <w:r>
              <w:t>20273315453</w:t>
            </w:r>
          </w:p>
        </w:tc>
        <w:tc>
          <w:tcPr>
            <w:tcW w:type="dxa" w:w="1440"/>
          </w:tcPr>
          <w:p>
            <w:r>
              <w:t>林玉</w:t>
            </w:r>
          </w:p>
        </w:tc>
        <w:tc>
          <w:tcPr>
            <w:tcW w:type="dxa" w:w="1440"/>
          </w:tcPr>
          <w:p>
            <w:r>
              <w:t>20273348568</w:t>
            </w:r>
          </w:p>
        </w:tc>
        <w:tc>
          <w:tcPr>
            <w:tcW w:type="dxa" w:w="1440"/>
          </w:tcPr>
          <w:p>
            <w:r>
              <w:t>郁如欢</w:t>
            </w:r>
          </w:p>
        </w:tc>
        <w:tc>
          <w:tcPr>
            <w:tcW w:type="dxa" w:w="1440"/>
          </w:tcPr>
          <w:p>
            <w:r>
              <w:t>20273350368</w:t>
            </w:r>
          </w:p>
        </w:tc>
        <w:tc>
          <w:tcPr>
            <w:tcW w:type="dxa" w:w="1440"/>
          </w:tcPr>
          <w:p>
            <w:r>
              <w:t>刘洪金易</w:t>
            </w:r>
          </w:p>
        </w:tc>
      </w:tr>
      <w:tr>
        <w:tc>
          <w:tcPr>
            <w:tcW w:type="dxa" w:w="1440"/>
          </w:tcPr>
          <w:p>
            <w:r>
              <w:t>20273315509</w:t>
            </w:r>
          </w:p>
        </w:tc>
        <w:tc>
          <w:tcPr>
            <w:tcW w:type="dxa" w:w="1440"/>
          </w:tcPr>
          <w:p>
            <w:r>
              <w:t>刘新慈</w:t>
            </w:r>
          </w:p>
        </w:tc>
        <w:tc>
          <w:tcPr>
            <w:tcW w:type="dxa" w:w="1440"/>
          </w:tcPr>
          <w:p>
            <w:r>
              <w:t>20273348842</w:t>
            </w:r>
          </w:p>
        </w:tc>
        <w:tc>
          <w:tcPr>
            <w:tcW w:type="dxa" w:w="1440"/>
          </w:tcPr>
          <w:p>
            <w:r>
              <w:t>刘春汝</w:t>
            </w:r>
          </w:p>
        </w:tc>
        <w:tc>
          <w:tcPr>
            <w:tcW w:type="dxa" w:w="1440"/>
          </w:tcPr>
          <w:p>
            <w:r>
              <w:t>20273350392</w:t>
            </w:r>
          </w:p>
        </w:tc>
        <w:tc>
          <w:tcPr>
            <w:tcW w:type="dxa" w:w="1440"/>
          </w:tcPr>
          <w:p>
            <w:r>
              <w:t>杜一鸣</w:t>
            </w:r>
          </w:p>
        </w:tc>
      </w:tr>
      <w:tr>
        <w:tc>
          <w:tcPr>
            <w:tcW w:type="dxa" w:w="1440"/>
          </w:tcPr>
          <w:p>
            <w:r>
              <w:t>20273315538</w:t>
            </w:r>
          </w:p>
        </w:tc>
        <w:tc>
          <w:tcPr>
            <w:tcW w:type="dxa" w:w="1440"/>
          </w:tcPr>
          <w:p>
            <w:r>
              <w:t>董佳音</w:t>
            </w:r>
          </w:p>
        </w:tc>
        <w:tc>
          <w:tcPr>
            <w:tcW w:type="dxa" w:w="1440"/>
          </w:tcPr>
          <w:p>
            <w:r>
              <w:t>20273348953</w:t>
            </w:r>
          </w:p>
        </w:tc>
        <w:tc>
          <w:tcPr>
            <w:tcW w:type="dxa" w:w="1440"/>
          </w:tcPr>
          <w:p>
            <w:r>
              <w:t>梁立天</w:t>
            </w:r>
          </w:p>
        </w:tc>
        <w:tc>
          <w:tcPr>
            <w:tcW w:type="dxa" w:w="1440"/>
          </w:tcPr>
          <w:p>
            <w:r>
              <w:t>20273350414</w:t>
            </w:r>
          </w:p>
        </w:tc>
        <w:tc>
          <w:tcPr>
            <w:tcW w:type="dxa" w:w="1440"/>
          </w:tcPr>
          <w:p>
            <w:r>
              <w:t>王瑞嘉</w:t>
            </w:r>
          </w:p>
        </w:tc>
      </w:tr>
      <w:tr>
        <w:tc>
          <w:tcPr>
            <w:tcW w:type="dxa" w:w="1440"/>
          </w:tcPr>
          <w:p>
            <w:r>
              <w:t>20273315550</w:t>
            </w:r>
          </w:p>
        </w:tc>
        <w:tc>
          <w:tcPr>
            <w:tcW w:type="dxa" w:w="1440"/>
          </w:tcPr>
          <w:p>
            <w:r>
              <w:t>倪鉴澍</w:t>
            </w:r>
          </w:p>
        </w:tc>
        <w:tc>
          <w:tcPr>
            <w:tcW w:type="dxa" w:w="1440"/>
          </w:tcPr>
          <w:p>
            <w:r>
              <w:t>20273348980</w:t>
            </w:r>
          </w:p>
        </w:tc>
        <w:tc>
          <w:tcPr>
            <w:tcW w:type="dxa" w:w="1440"/>
          </w:tcPr>
          <w:p>
            <w:r>
              <w:t>龚嘉麟</w:t>
            </w:r>
          </w:p>
        </w:tc>
        <w:tc>
          <w:tcPr>
            <w:tcW w:type="dxa" w:w="1440"/>
          </w:tcPr>
          <w:p>
            <w:r>
              <w:t>20273350458</w:t>
            </w:r>
          </w:p>
        </w:tc>
        <w:tc>
          <w:tcPr>
            <w:tcW w:type="dxa" w:w="1440"/>
          </w:tcPr>
          <w:p>
            <w:r>
              <w:t>谢松佳</w:t>
            </w:r>
          </w:p>
        </w:tc>
      </w:tr>
      <w:tr>
        <w:tc>
          <w:tcPr>
            <w:tcW w:type="dxa" w:w="1440"/>
          </w:tcPr>
          <w:p>
            <w:r>
              <w:t>20273315767</w:t>
            </w:r>
          </w:p>
        </w:tc>
        <w:tc>
          <w:tcPr>
            <w:tcW w:type="dxa" w:w="1440"/>
          </w:tcPr>
          <w:p>
            <w:r>
              <w:t>崔琦</w:t>
            </w:r>
          </w:p>
        </w:tc>
        <w:tc>
          <w:tcPr>
            <w:tcW w:type="dxa" w:w="1440"/>
          </w:tcPr>
          <w:p>
            <w:r>
              <w:t>20273349000</w:t>
            </w:r>
          </w:p>
        </w:tc>
        <w:tc>
          <w:tcPr>
            <w:tcW w:type="dxa" w:w="1440"/>
          </w:tcPr>
          <w:p>
            <w:r>
              <w:t>范雪</w:t>
            </w:r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/>
          </w:p>
        </w:tc>
      </w:tr>
      <w:tr>
        <w:tc>
          <w:tcPr>
            <w:tcW w:type="dxa" w:w="1440"/>
          </w:tcPr>
          <w:p>
            <w:r>
              <w:t>20273315829</w:t>
            </w:r>
          </w:p>
        </w:tc>
        <w:tc>
          <w:tcPr>
            <w:tcW w:type="dxa" w:w="1440"/>
          </w:tcPr>
          <w:p>
            <w:r>
              <w:t>庄佳霖</w:t>
            </w:r>
          </w:p>
        </w:tc>
        <w:tc>
          <w:tcPr>
            <w:tcW w:type="dxa" w:w="1440"/>
          </w:tcPr>
          <w:p>
            <w:r>
              <w:t>20273349027</w:t>
            </w:r>
          </w:p>
        </w:tc>
        <w:tc>
          <w:tcPr>
            <w:tcW w:type="dxa" w:w="1440"/>
          </w:tcPr>
          <w:p>
            <w:r>
              <w:t>周欣宇</w:t>
            </w:r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/>
          </w:p>
        </w:tc>
      </w:tr>
    </w:tbl>
    <w:p>
      <w:r>
        <w:t>二、入选者确认</w:t>
      </w:r>
    </w:p>
    <w:p>
      <w:r>
        <w:t>请入选者及时登录报名系统（http://gsas.seu.edu.cn），在系统中回复“确认参加”或“确认不参加”（确认截止时间：2026年9月9日中午12:00），并提交附手写签名的专项志愿表（见附件）。未及时在系统中确认参加以及未加入QQ群的申请者视为放弃参加本次复试。请进入复试的同学加QQ群：107524226，（验证信息：报名号+姓名+申请专业，群昵称：申请专业+姓名+报名号后四位）。</w:t>
      </w:r>
    </w:p>
    <w:p>
      <w:r>
        <w:t>三、咨询方式</w:t>
      </w:r>
    </w:p>
    <w:p>
      <w:r>
        <w:t>联系人：胡老师</w:t>
      </w:r>
    </w:p>
    <w:p>
      <w:r>
        <w:t>咨询电话：（025）52091230</w:t>
      </w:r>
    </w:p>
    <w:p>
      <w:r>
        <w:t>咨询邮箱：103007508@seu.edu.cn</w:t>
      </w:r>
    </w:p>
    <w:p>
      <w:r>
        <w:t>附件：2027年硕士研究生专项志愿表（推免卓工专用）.docx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宋体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