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医学院2023年免试攻读研究生学生名单公示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医学院2023年免试攻读研究生学生名单公示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学号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专业</w:t>
            </w:r>
          </w:p>
        </w:tc>
        <w:tc>
          <w:tcPr>
            <w:tcW w:type="dxa" w:w="1234"/>
          </w:tcPr>
          <w:p>
            <w:r>
              <w:t>首修总平均分</w:t>
            </w:r>
          </w:p>
        </w:tc>
        <w:tc>
          <w:tcPr>
            <w:tcW w:type="dxa" w:w="1234"/>
          </w:tcPr>
          <w:p>
            <w:r>
              <w:t>综合能力加分</w:t>
            </w:r>
          </w:p>
        </w:tc>
        <w:tc>
          <w:tcPr>
            <w:tcW w:type="dxa" w:w="1234"/>
          </w:tcPr>
          <w:p>
            <w:r>
              <w:t>综合成绩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43118305</w:t>
            </w:r>
          </w:p>
        </w:tc>
        <w:tc>
          <w:tcPr>
            <w:tcW w:type="dxa" w:w="1234"/>
          </w:tcPr>
          <w:p>
            <w:r>
              <w:t>张奕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92.374</w:t>
            </w:r>
          </w:p>
        </w:tc>
        <w:tc>
          <w:tcPr>
            <w:tcW w:type="dxa" w:w="1234"/>
          </w:tcPr>
          <w:p>
            <w:r>
              <w:t>22</w:t>
            </w:r>
          </w:p>
        </w:tc>
        <w:tc>
          <w:tcPr>
            <w:tcW w:type="dxa" w:w="1234"/>
          </w:tcPr>
          <w:p>
            <w:r>
              <w:t>85.3366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43118212</w:t>
            </w:r>
          </w:p>
        </w:tc>
        <w:tc>
          <w:tcPr>
            <w:tcW w:type="dxa" w:w="1234"/>
          </w:tcPr>
          <w:p>
            <w:r>
              <w:t>王子慧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92.09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82.881</w:t>
            </w:r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43118116</w:t>
            </w:r>
          </w:p>
        </w:tc>
        <w:tc>
          <w:tcPr>
            <w:tcW w:type="dxa" w:w="1234"/>
          </w:tcPr>
          <w:p>
            <w:r>
              <w:t>马煜博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91.327</w:t>
            </w:r>
          </w:p>
        </w:tc>
        <w:tc>
          <w:tcPr>
            <w:tcW w:type="dxa" w:w="1234"/>
          </w:tcPr>
          <w:p>
            <w:r>
              <w:t>5.6</w:t>
            </w:r>
          </w:p>
        </w:tc>
        <w:tc>
          <w:tcPr>
            <w:tcW w:type="dxa" w:w="1234"/>
          </w:tcPr>
          <w:p>
            <w:r>
              <w:t>82.7543</w:t>
            </w:r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43118110</w:t>
            </w:r>
          </w:p>
        </w:tc>
        <w:tc>
          <w:tcPr>
            <w:tcW w:type="dxa" w:w="1234"/>
          </w:tcPr>
          <w:p>
            <w:r>
              <w:t>蔡润露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91.052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81.9468</w:t>
            </w:r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43118317</w:t>
            </w:r>
          </w:p>
        </w:tc>
        <w:tc>
          <w:tcPr>
            <w:tcW w:type="dxa" w:w="1234"/>
          </w:tcPr>
          <w:p>
            <w:r>
              <w:t>朱洪浩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89.667</w:t>
            </w:r>
          </w:p>
        </w:tc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81.7003</w:t>
            </w:r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43118308</w:t>
            </w:r>
          </w:p>
        </w:tc>
        <w:tc>
          <w:tcPr>
            <w:tcW w:type="dxa" w:w="1234"/>
          </w:tcPr>
          <w:p>
            <w:r>
              <w:t>王伊凡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90.133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81.1197</w:t>
            </w:r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43118201</w:t>
            </w:r>
          </w:p>
        </w:tc>
        <w:tc>
          <w:tcPr>
            <w:tcW w:type="dxa" w:w="1234"/>
          </w:tcPr>
          <w:p>
            <w:r>
              <w:t>刘佳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90.025</w:t>
            </w:r>
          </w:p>
        </w:tc>
        <w:tc>
          <w:tcPr>
            <w:tcW w:type="dxa" w:w="1234"/>
          </w:tcPr>
          <w:p>
            <w:r>
              <w:t>0.8</w:t>
            </w:r>
          </w:p>
        </w:tc>
        <w:tc>
          <w:tcPr>
            <w:tcW w:type="dxa" w:w="1234"/>
          </w:tcPr>
          <w:p>
            <w:r>
              <w:t>81.1025</w:t>
            </w:r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43118108</w:t>
            </w:r>
          </w:p>
        </w:tc>
        <w:tc>
          <w:tcPr>
            <w:tcW w:type="dxa" w:w="1234"/>
          </w:tcPr>
          <w:p>
            <w:r>
              <w:t>张紫薇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89.661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80.6949</w:t>
            </w:r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43118306</w:t>
            </w:r>
          </w:p>
        </w:tc>
        <w:tc>
          <w:tcPr>
            <w:tcW w:type="dxa" w:w="1234"/>
          </w:tcPr>
          <w:p>
            <w:r>
              <w:t>杜金穗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89.078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80.3702</w:t>
            </w:r>
          </w:p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43118310</w:t>
            </w:r>
          </w:p>
        </w:tc>
        <w:tc>
          <w:tcPr>
            <w:tcW w:type="dxa" w:w="1234"/>
          </w:tcPr>
          <w:p>
            <w:r>
              <w:t>焦晋兰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88.881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79.9929</w:t>
            </w:r>
          </w:p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43118106</w:t>
            </w:r>
          </w:p>
        </w:tc>
        <w:tc>
          <w:tcPr>
            <w:tcW w:type="dxa" w:w="1234"/>
          </w:tcPr>
          <w:p>
            <w:r>
              <w:t>张书娴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88.714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79.8426</w:t>
            </w:r>
          </w:p>
        </w:tc>
      </w:tr>
      <w:tr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43118206</w:t>
            </w:r>
          </w:p>
        </w:tc>
        <w:tc>
          <w:tcPr>
            <w:tcW w:type="dxa" w:w="1234"/>
          </w:tcPr>
          <w:p>
            <w:r>
              <w:t>张宸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86.884</w:t>
            </w:r>
          </w:p>
        </w:tc>
        <w:tc>
          <w:tcPr>
            <w:tcW w:type="dxa" w:w="1234"/>
          </w:tcPr>
          <w:p>
            <w:r>
              <w:t>15</w:t>
            </w:r>
          </w:p>
        </w:tc>
        <w:tc>
          <w:tcPr>
            <w:tcW w:type="dxa" w:w="1234"/>
          </w:tcPr>
          <w:p>
            <w:r>
              <w:t>79.6956</w:t>
            </w:r>
          </w:p>
        </w:tc>
      </w:tr>
      <w:tr>
        <w:tc>
          <w:tcPr>
            <w:tcW w:type="dxa" w:w="1234"/>
          </w:tcPr>
          <w:p>
            <w:r>
              <w:t>13</w:t>
            </w:r>
          </w:p>
        </w:tc>
        <w:tc>
          <w:tcPr>
            <w:tcW w:type="dxa" w:w="1234"/>
          </w:tcPr>
          <w:p>
            <w:r>
              <w:t>43118102</w:t>
            </w:r>
          </w:p>
        </w:tc>
        <w:tc>
          <w:tcPr>
            <w:tcW w:type="dxa" w:w="1234"/>
          </w:tcPr>
          <w:p>
            <w:r>
              <w:t>柳雨婷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88.371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79.5339</w:t>
            </w:r>
          </w:p>
        </w:tc>
      </w:tr>
      <w:tr>
        <w:tc>
          <w:tcPr>
            <w:tcW w:type="dxa" w:w="1234"/>
          </w:tcPr>
          <w:p>
            <w:r>
              <w:t>14</w:t>
            </w:r>
          </w:p>
        </w:tc>
        <w:tc>
          <w:tcPr>
            <w:tcW w:type="dxa" w:w="1234"/>
          </w:tcPr>
          <w:p>
            <w:r>
              <w:t>43118114</w:t>
            </w:r>
          </w:p>
        </w:tc>
        <w:tc>
          <w:tcPr>
            <w:tcW w:type="dxa" w:w="1234"/>
          </w:tcPr>
          <w:p>
            <w:r>
              <w:t>葛士静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88.332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79.4988</w:t>
            </w:r>
          </w:p>
        </w:tc>
      </w:tr>
      <w:tr>
        <w:tc>
          <w:tcPr>
            <w:tcW w:type="dxa" w:w="1234"/>
          </w:tcPr>
          <w:p>
            <w:r>
              <w:t>15</w:t>
            </w:r>
          </w:p>
        </w:tc>
        <w:tc>
          <w:tcPr>
            <w:tcW w:type="dxa" w:w="1234"/>
          </w:tcPr>
          <w:p>
            <w:r>
              <w:t>43118302</w:t>
            </w:r>
          </w:p>
        </w:tc>
        <w:tc>
          <w:tcPr>
            <w:tcW w:type="dxa" w:w="1234"/>
          </w:tcPr>
          <w:p>
            <w:r>
              <w:t>陆嘉琦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88.261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79.4349</w:t>
            </w:r>
          </w:p>
        </w:tc>
      </w:tr>
      <w:tr>
        <w:tc>
          <w:tcPr>
            <w:tcW w:type="dxa" w:w="1234"/>
          </w:tcPr>
          <w:p>
            <w:r>
              <w:t>16</w:t>
            </w:r>
          </w:p>
        </w:tc>
        <w:tc>
          <w:tcPr>
            <w:tcW w:type="dxa" w:w="1234"/>
          </w:tcPr>
          <w:p>
            <w:r>
              <w:t>43118104</w:t>
            </w:r>
          </w:p>
        </w:tc>
        <w:tc>
          <w:tcPr>
            <w:tcW w:type="dxa" w:w="1234"/>
          </w:tcPr>
          <w:p>
            <w:r>
              <w:t>张雨婧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87.297</w:t>
            </w:r>
          </w:p>
        </w:tc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79.0673</w:t>
            </w:r>
          </w:p>
        </w:tc>
      </w:tr>
      <w:tr>
        <w:tc>
          <w:tcPr>
            <w:tcW w:type="dxa" w:w="1234"/>
          </w:tcPr>
          <w:p>
            <w:r>
              <w:t>17</w:t>
            </w:r>
          </w:p>
        </w:tc>
        <w:tc>
          <w:tcPr>
            <w:tcW w:type="dxa" w:w="1234"/>
          </w:tcPr>
          <w:p>
            <w:r>
              <w:t>43118216</w:t>
            </w:r>
          </w:p>
        </w:tc>
        <w:tc>
          <w:tcPr>
            <w:tcW w:type="dxa" w:w="1234"/>
          </w:tcPr>
          <w:p>
            <w:r>
              <w:t>马磊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87.613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78.8517</w:t>
            </w:r>
          </w:p>
        </w:tc>
      </w:tr>
      <w:tr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43118213</w:t>
            </w:r>
          </w:p>
        </w:tc>
        <w:tc>
          <w:tcPr>
            <w:tcW w:type="dxa" w:w="1234"/>
          </w:tcPr>
          <w:p>
            <w:r>
              <w:t>夏维昱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87.341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78.6069</w:t>
            </w:r>
          </w:p>
        </w:tc>
      </w:tr>
      <w:tr>
        <w:tc>
          <w:tcPr>
            <w:tcW w:type="dxa" w:w="1234"/>
          </w:tcPr>
          <w:p>
            <w:r>
              <w:t>19</w:t>
            </w:r>
          </w:p>
        </w:tc>
        <w:tc>
          <w:tcPr>
            <w:tcW w:type="dxa" w:w="1234"/>
          </w:tcPr>
          <w:p>
            <w:r>
              <w:t>43118204</w:t>
            </w:r>
          </w:p>
        </w:tc>
        <w:tc>
          <w:tcPr>
            <w:tcW w:type="dxa" w:w="1234"/>
          </w:tcPr>
          <w:p>
            <w:r>
              <w:t>王文静</w:t>
            </w:r>
          </w:p>
        </w:tc>
        <w:tc>
          <w:tcPr>
            <w:tcW w:type="dxa" w:w="1234"/>
          </w:tcPr>
          <w:p>
            <w:r>
              <w:t>临床医学</w:t>
            </w:r>
          </w:p>
        </w:tc>
        <w:tc>
          <w:tcPr>
            <w:tcW w:type="dxa" w:w="1234"/>
          </w:tcPr>
          <w:p>
            <w:r>
              <w:t>87.027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78.3243</w:t>
            </w:r>
          </w:p>
        </w:tc>
      </w:tr>
      <w:tr>
        <w:tc>
          <w:tcPr>
            <w:tcW w:type="dxa" w:w="1234"/>
          </w:tcPr>
          <w:p>
            <w:r>
              <w:t>20</w:t>
            </w:r>
          </w:p>
        </w:tc>
        <w:tc>
          <w:tcPr>
            <w:tcW w:type="dxa" w:w="1234"/>
          </w:tcPr>
          <w:p>
            <w:r>
              <w:t>43318104</w:t>
            </w:r>
          </w:p>
        </w:tc>
        <w:tc>
          <w:tcPr>
            <w:tcW w:type="dxa" w:w="1234"/>
          </w:tcPr>
          <w:p>
            <w:r>
              <w:t>雷颖</w:t>
            </w:r>
          </w:p>
        </w:tc>
        <w:tc>
          <w:tcPr>
            <w:tcW w:type="dxa" w:w="1234"/>
          </w:tcPr>
          <w:p>
            <w:r>
              <w:t>医学影像学</w:t>
            </w:r>
          </w:p>
        </w:tc>
        <w:tc>
          <w:tcPr>
            <w:tcW w:type="dxa" w:w="1234"/>
          </w:tcPr>
          <w:p>
            <w:r>
              <w:t>86.505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77.8545</w:t>
            </w:r>
          </w:p>
        </w:tc>
      </w:tr>
      <w:tr>
        <w:tc>
          <w:tcPr>
            <w:tcW w:type="dxa" w:w="1234"/>
          </w:tcPr>
          <w:p>
            <w:r>
              <w:t>21</w:t>
            </w:r>
          </w:p>
        </w:tc>
        <w:tc>
          <w:tcPr>
            <w:tcW w:type="dxa" w:w="1234"/>
          </w:tcPr>
          <w:p>
            <w:r>
              <w:t>43318107</w:t>
            </w:r>
          </w:p>
        </w:tc>
        <w:tc>
          <w:tcPr>
            <w:tcW w:type="dxa" w:w="1234"/>
          </w:tcPr>
          <w:p>
            <w:r>
              <w:t>徐诺</w:t>
            </w:r>
          </w:p>
        </w:tc>
        <w:tc>
          <w:tcPr>
            <w:tcW w:type="dxa" w:w="1234"/>
          </w:tcPr>
          <w:p>
            <w:r>
              <w:t>医学影像学</w:t>
            </w:r>
          </w:p>
        </w:tc>
        <w:tc>
          <w:tcPr>
            <w:tcW w:type="dxa" w:w="1234"/>
          </w:tcPr>
          <w:p>
            <w:r>
              <w:t>85.372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76.8348</w:t>
            </w:r>
          </w:p>
        </w:tc>
      </w:tr>
      <w:tr>
        <w:tc>
          <w:tcPr>
            <w:tcW w:type="dxa" w:w="1234"/>
          </w:tcPr>
          <w:p>
            <w:r>
              <w:t>22</w:t>
            </w:r>
          </w:p>
        </w:tc>
        <w:tc>
          <w:tcPr>
            <w:tcW w:type="dxa" w:w="1234"/>
          </w:tcPr>
          <w:p>
            <w:r>
              <w:t>43318105</w:t>
            </w:r>
          </w:p>
        </w:tc>
        <w:tc>
          <w:tcPr>
            <w:tcW w:type="dxa" w:w="1234"/>
          </w:tcPr>
          <w:p>
            <w:r>
              <w:t>李彬荣</w:t>
            </w:r>
          </w:p>
        </w:tc>
        <w:tc>
          <w:tcPr>
            <w:tcW w:type="dxa" w:w="1234"/>
          </w:tcPr>
          <w:p>
            <w:r>
              <w:t>医学影像学</w:t>
            </w:r>
          </w:p>
        </w:tc>
        <w:tc>
          <w:tcPr>
            <w:tcW w:type="dxa" w:w="1234"/>
          </w:tcPr>
          <w:p>
            <w:r>
              <w:t>85.076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76.5684</w:t>
            </w:r>
          </w:p>
        </w:tc>
      </w:tr>
      <w:tr>
        <w:tc>
          <w:tcPr>
            <w:tcW w:type="dxa" w:w="1234"/>
          </w:tcPr>
          <w:p>
            <w:r>
              <w:t>23</w:t>
            </w:r>
          </w:p>
        </w:tc>
        <w:tc>
          <w:tcPr>
            <w:tcW w:type="dxa" w:w="1234"/>
          </w:tcPr>
          <w:p>
            <w:r>
              <w:t>43318132</w:t>
            </w:r>
          </w:p>
        </w:tc>
        <w:tc>
          <w:tcPr>
            <w:tcW w:type="dxa" w:w="1234"/>
          </w:tcPr>
          <w:p>
            <w:r>
              <w:t>周羽</w:t>
            </w:r>
          </w:p>
        </w:tc>
        <w:tc>
          <w:tcPr>
            <w:tcW w:type="dxa" w:w="1234"/>
          </w:tcPr>
          <w:p>
            <w:r>
              <w:t>医学影像学</w:t>
            </w:r>
          </w:p>
        </w:tc>
        <w:tc>
          <w:tcPr>
            <w:tcW w:type="dxa" w:w="1234"/>
          </w:tcPr>
          <w:p>
            <w:r>
              <w:t>84.683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76.2147</w:t>
            </w:r>
          </w:p>
        </w:tc>
      </w:tr>
      <w:tr>
        <w:tc>
          <w:tcPr>
            <w:tcW w:type="dxa" w:w="1234"/>
          </w:tcPr>
          <w:p>
            <w:r>
              <w:t>24</w:t>
            </w:r>
          </w:p>
        </w:tc>
        <w:tc>
          <w:tcPr>
            <w:tcW w:type="dxa" w:w="1234"/>
          </w:tcPr>
          <w:p>
            <w:r>
              <w:t>43318109</w:t>
            </w:r>
          </w:p>
        </w:tc>
        <w:tc>
          <w:tcPr>
            <w:tcW w:type="dxa" w:w="1234"/>
          </w:tcPr>
          <w:p>
            <w:r>
              <w:t>陈翘楚</w:t>
            </w:r>
          </w:p>
        </w:tc>
        <w:tc>
          <w:tcPr>
            <w:tcW w:type="dxa" w:w="1234"/>
          </w:tcPr>
          <w:p>
            <w:r>
              <w:t>医学影像学</w:t>
            </w:r>
          </w:p>
        </w:tc>
        <w:tc>
          <w:tcPr>
            <w:tcW w:type="dxa" w:w="1234"/>
          </w:tcPr>
          <w:p>
            <w:r>
              <w:t>83.524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75.1716</w:t>
            </w:r>
          </w:p>
        </w:tc>
      </w:tr>
      <w:tr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43318116</w:t>
            </w:r>
          </w:p>
        </w:tc>
        <w:tc>
          <w:tcPr>
            <w:tcW w:type="dxa" w:w="1234"/>
          </w:tcPr>
          <w:p>
            <w:r>
              <w:t>赵子慧</w:t>
            </w:r>
          </w:p>
        </w:tc>
        <w:tc>
          <w:tcPr>
            <w:tcW w:type="dxa" w:w="1234"/>
          </w:tcPr>
          <w:p>
            <w:r>
              <w:t>医学影像学</w:t>
            </w:r>
          </w:p>
        </w:tc>
        <w:tc>
          <w:tcPr>
            <w:tcW w:type="dxa" w:w="1234"/>
          </w:tcPr>
          <w:p>
            <w:r>
              <w:t>82.96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74.664</w:t>
            </w:r>
          </w:p>
        </w:tc>
      </w:tr>
      <w:tr>
        <w:tc>
          <w:tcPr>
            <w:tcW w:type="dxa" w:w="1234"/>
          </w:tcPr>
          <w:p>
            <w:r>
              <w:t>26</w:t>
            </w:r>
          </w:p>
        </w:tc>
        <w:tc>
          <w:tcPr>
            <w:tcW w:type="dxa" w:w="1234"/>
          </w:tcPr>
          <w:p>
            <w:r>
              <w:t>43318108</w:t>
            </w:r>
          </w:p>
        </w:tc>
        <w:tc>
          <w:tcPr>
            <w:tcW w:type="dxa" w:w="1234"/>
          </w:tcPr>
          <w:p>
            <w:r>
              <w:t>莫龙婷</w:t>
            </w:r>
          </w:p>
        </w:tc>
        <w:tc>
          <w:tcPr>
            <w:tcW w:type="dxa" w:w="1234"/>
          </w:tcPr>
          <w:p>
            <w:r>
              <w:t>医学影像学</w:t>
            </w:r>
          </w:p>
        </w:tc>
        <w:tc>
          <w:tcPr>
            <w:tcW w:type="dxa" w:w="1234"/>
          </w:tcPr>
          <w:p>
            <w:r>
              <w:t>82.644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74.3796</w:t>
            </w:r>
          </w:p>
        </w:tc>
      </w:tr>
      <w:tr>
        <w:tc>
          <w:tcPr>
            <w:tcW w:type="dxa" w:w="1234"/>
          </w:tcPr>
          <w:p>
            <w:r>
              <w:t>27</w:t>
            </w:r>
          </w:p>
        </w:tc>
        <w:tc>
          <w:tcPr>
            <w:tcW w:type="dxa" w:w="1234"/>
          </w:tcPr>
          <w:p>
            <w:r>
              <w:t>43318115</w:t>
            </w:r>
          </w:p>
        </w:tc>
        <w:tc>
          <w:tcPr>
            <w:tcW w:type="dxa" w:w="1234"/>
          </w:tcPr>
          <w:p>
            <w:r>
              <w:t>刘徐焰</w:t>
            </w:r>
          </w:p>
        </w:tc>
        <w:tc>
          <w:tcPr>
            <w:tcW w:type="dxa" w:w="1234"/>
          </w:tcPr>
          <w:p>
            <w:r>
              <w:t>医学影像学</w:t>
            </w:r>
          </w:p>
        </w:tc>
        <w:tc>
          <w:tcPr>
            <w:tcW w:type="dxa" w:w="1234"/>
          </w:tcPr>
          <w:p>
            <w:r>
              <w:t>79.895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71.9055</w:t>
            </w:r>
          </w:p>
        </w:tc>
      </w:tr>
      <w:tr>
        <w:tc>
          <w:tcPr>
            <w:tcW w:type="dxa" w:w="1234"/>
          </w:tcPr>
          <w:p>
            <w:r>
              <w:t>28</w:t>
            </w:r>
          </w:p>
        </w:tc>
        <w:tc>
          <w:tcPr>
            <w:tcW w:type="dxa" w:w="1234"/>
          </w:tcPr>
          <w:p>
            <w:r>
              <w:t>43318114</w:t>
            </w:r>
          </w:p>
        </w:tc>
        <w:tc>
          <w:tcPr>
            <w:tcW w:type="dxa" w:w="1234"/>
          </w:tcPr>
          <w:p>
            <w:r>
              <w:t>黄心怡</w:t>
            </w:r>
          </w:p>
        </w:tc>
        <w:tc>
          <w:tcPr>
            <w:tcW w:type="dxa" w:w="1234"/>
          </w:tcPr>
          <w:p>
            <w:r>
              <w:t>医学影像学</w:t>
            </w:r>
          </w:p>
        </w:tc>
        <w:tc>
          <w:tcPr>
            <w:tcW w:type="dxa" w:w="1234"/>
          </w:tcPr>
          <w:p>
            <w:r>
              <w:t>79.829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71.8461</w:t>
            </w:r>
          </w:p>
        </w:tc>
      </w:tr>
      <w:tr>
        <w:tc>
          <w:tcPr>
            <w:tcW w:type="dxa" w:w="1234"/>
          </w:tcPr>
          <w:p>
            <w:r>
              <w:t>29</w:t>
            </w:r>
          </w:p>
        </w:tc>
        <w:tc>
          <w:tcPr>
            <w:tcW w:type="dxa" w:w="1234"/>
          </w:tcPr>
          <w:p>
            <w:r>
              <w:t>43419121</w:t>
            </w:r>
          </w:p>
        </w:tc>
        <w:tc>
          <w:tcPr>
            <w:tcW w:type="dxa" w:w="1234"/>
          </w:tcPr>
          <w:p>
            <w:r>
              <w:t>陈埃</w:t>
            </w:r>
          </w:p>
        </w:tc>
        <w:tc>
          <w:tcPr>
            <w:tcW w:type="dxa" w:w="1234"/>
          </w:tcPr>
          <w:p>
            <w:r>
              <w:t>医学检验技术</w:t>
            </w:r>
          </w:p>
        </w:tc>
        <w:tc>
          <w:tcPr>
            <w:tcW w:type="dxa" w:w="1234"/>
          </w:tcPr>
          <w:p>
            <w:r>
              <w:t>86.401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77.7609</w:t>
            </w:r>
          </w:p>
        </w:tc>
      </w:tr>
      <w:tr>
        <w:tc>
          <w:tcPr>
            <w:tcW w:type="dxa" w:w="1234"/>
          </w:tcPr>
          <w:p>
            <w:r>
              <w:t>30</w:t>
            </w:r>
          </w:p>
        </w:tc>
        <w:tc>
          <w:tcPr>
            <w:tcW w:type="dxa" w:w="1234"/>
          </w:tcPr>
          <w:p>
            <w:r>
              <w:t>43419104</w:t>
            </w:r>
          </w:p>
        </w:tc>
        <w:tc>
          <w:tcPr>
            <w:tcW w:type="dxa" w:w="1234"/>
          </w:tcPr>
          <w:p>
            <w:r>
              <w:t>许秀文</w:t>
            </w:r>
          </w:p>
        </w:tc>
        <w:tc>
          <w:tcPr>
            <w:tcW w:type="dxa" w:w="1234"/>
          </w:tcPr>
          <w:p>
            <w:r>
              <w:t>医学检验技术</w:t>
            </w:r>
          </w:p>
        </w:tc>
        <w:tc>
          <w:tcPr>
            <w:tcW w:type="dxa" w:w="1234"/>
          </w:tcPr>
          <w:p>
            <w:r>
              <w:t>83.819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75.4371</w:t>
            </w:r>
          </w:p>
        </w:tc>
      </w:tr>
      <w:tr>
        <w:tc>
          <w:tcPr>
            <w:tcW w:type="dxa" w:w="1234"/>
          </w:tcPr>
          <w:p>
            <w:r>
              <w:t>31</w:t>
            </w:r>
          </w:p>
        </w:tc>
        <w:tc>
          <w:tcPr>
            <w:tcW w:type="dxa" w:w="1234"/>
          </w:tcPr>
          <w:p>
            <w:r>
              <w:t>43419118</w:t>
            </w:r>
          </w:p>
        </w:tc>
        <w:tc>
          <w:tcPr>
            <w:tcW w:type="dxa" w:w="1234"/>
          </w:tcPr>
          <w:p>
            <w:r>
              <w:t>陈明杰</w:t>
            </w:r>
          </w:p>
        </w:tc>
        <w:tc>
          <w:tcPr>
            <w:tcW w:type="dxa" w:w="1234"/>
          </w:tcPr>
          <w:p>
            <w:r>
              <w:t>医学检验技术</w:t>
            </w:r>
          </w:p>
        </w:tc>
        <w:tc>
          <w:tcPr>
            <w:tcW w:type="dxa" w:w="1234"/>
          </w:tcPr>
          <w:p>
            <w:r>
              <w:t>83.134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74.8206</w:t>
            </w:r>
          </w:p>
        </w:tc>
      </w:tr>
      <w:tr>
        <w:tc>
          <w:tcPr>
            <w:tcW w:type="dxa" w:w="1234"/>
          </w:tcPr>
          <w:p>
            <w:r>
              <w:t>32</w:t>
            </w:r>
          </w:p>
        </w:tc>
        <w:tc>
          <w:tcPr>
            <w:tcW w:type="dxa" w:w="1234"/>
          </w:tcPr>
          <w:p>
            <w:r>
              <w:t>43419108</w:t>
            </w:r>
          </w:p>
        </w:tc>
        <w:tc>
          <w:tcPr>
            <w:tcW w:type="dxa" w:w="1234"/>
          </w:tcPr>
          <w:p>
            <w:r>
              <w:t>张瑞菁</w:t>
            </w:r>
          </w:p>
        </w:tc>
        <w:tc>
          <w:tcPr>
            <w:tcW w:type="dxa" w:w="1234"/>
          </w:tcPr>
          <w:p>
            <w:r>
              <w:t>医学检验技术</w:t>
            </w:r>
          </w:p>
        </w:tc>
        <w:tc>
          <w:tcPr>
            <w:tcW w:type="dxa" w:w="1234"/>
          </w:tcPr>
          <w:p>
            <w:r>
              <w:t>82.867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74.5803</w:t>
            </w:r>
          </w:p>
        </w:tc>
      </w:tr>
      <w:tr>
        <w:tc>
          <w:tcPr>
            <w:tcW w:type="dxa" w:w="1234"/>
          </w:tcPr>
          <w:p>
            <w:r>
              <w:t>33</w:t>
            </w:r>
          </w:p>
        </w:tc>
        <w:tc>
          <w:tcPr>
            <w:tcW w:type="dxa" w:w="1234"/>
          </w:tcPr>
          <w:p>
            <w:r>
              <w:t>43419107</w:t>
            </w:r>
          </w:p>
        </w:tc>
        <w:tc>
          <w:tcPr>
            <w:tcW w:type="dxa" w:w="1234"/>
          </w:tcPr>
          <w:p>
            <w:r>
              <w:t>樊虹</w:t>
            </w:r>
          </w:p>
        </w:tc>
        <w:tc>
          <w:tcPr>
            <w:tcW w:type="dxa" w:w="1234"/>
          </w:tcPr>
          <w:p>
            <w:r>
              <w:t>医学检验技术</w:t>
            </w:r>
          </w:p>
        </w:tc>
        <w:tc>
          <w:tcPr>
            <w:tcW w:type="dxa" w:w="1234"/>
          </w:tcPr>
          <w:p>
            <w:r>
              <w:t>82.572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74.3148</w:t>
            </w:r>
          </w:p>
        </w:tc>
      </w:tr>
      <w:tr>
        <w:tc>
          <w:tcPr>
            <w:tcW w:type="dxa" w:w="1234"/>
          </w:tcPr>
          <w:p>
            <w:r>
              <w:t>34</w:t>
            </w:r>
          </w:p>
        </w:tc>
        <w:tc>
          <w:tcPr>
            <w:tcW w:type="dxa" w:w="1234"/>
          </w:tcPr>
          <w:p>
            <w:r>
              <w:t>41119114</w:t>
            </w:r>
          </w:p>
        </w:tc>
        <w:tc>
          <w:tcPr>
            <w:tcW w:type="dxa" w:w="1234"/>
          </w:tcPr>
          <w:p>
            <w:r>
              <w:t>钱国伟</w:t>
            </w:r>
          </w:p>
        </w:tc>
        <w:tc>
          <w:tcPr>
            <w:tcW w:type="dxa" w:w="1234"/>
          </w:tcPr>
          <w:p>
            <w:r>
              <w:t>生物工程</w:t>
            </w:r>
          </w:p>
        </w:tc>
        <w:tc>
          <w:tcPr>
            <w:tcW w:type="dxa" w:w="1234"/>
          </w:tcPr>
          <w:p>
            <w:r>
              <w:t>86.777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78.0993</w:t>
            </w:r>
          </w:p>
        </w:tc>
      </w:tr>
      <w:tr>
        <w:tc>
          <w:tcPr>
            <w:tcW w:type="dxa" w:w="1234"/>
          </w:tcPr>
          <w:p>
            <w:r>
              <w:t>35</w:t>
            </w:r>
          </w:p>
        </w:tc>
        <w:tc>
          <w:tcPr>
            <w:tcW w:type="dxa" w:w="1234"/>
          </w:tcPr>
          <w:p>
            <w:r>
              <w:t>41119105</w:t>
            </w:r>
          </w:p>
        </w:tc>
        <w:tc>
          <w:tcPr>
            <w:tcW w:type="dxa" w:w="1234"/>
          </w:tcPr>
          <w:p>
            <w:r>
              <w:t>冯潇</w:t>
            </w:r>
          </w:p>
        </w:tc>
        <w:tc>
          <w:tcPr>
            <w:tcW w:type="dxa" w:w="1234"/>
          </w:tcPr>
          <w:p>
            <w:r>
              <w:t>生物工程</w:t>
            </w:r>
          </w:p>
        </w:tc>
        <w:tc>
          <w:tcPr>
            <w:tcW w:type="dxa" w:w="1234"/>
          </w:tcPr>
          <w:p>
            <w:r>
              <w:t>84.564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76.1076</w:t>
            </w:r>
          </w:p>
        </w:tc>
      </w:tr>
      <w:tr>
        <w:tc>
          <w:tcPr>
            <w:tcW w:type="dxa" w:w="1234"/>
          </w:tcPr>
          <w:p>
            <w:r>
              <w:t>36</w:t>
            </w:r>
          </w:p>
        </w:tc>
        <w:tc>
          <w:tcPr>
            <w:tcW w:type="dxa" w:w="1234"/>
          </w:tcPr>
          <w:p>
            <w:r>
              <w:t>41119115</w:t>
            </w:r>
          </w:p>
        </w:tc>
        <w:tc>
          <w:tcPr>
            <w:tcW w:type="dxa" w:w="1234"/>
          </w:tcPr>
          <w:p>
            <w:r>
              <w:t>李子恒</w:t>
            </w:r>
          </w:p>
        </w:tc>
        <w:tc>
          <w:tcPr>
            <w:tcW w:type="dxa" w:w="1234"/>
          </w:tcPr>
          <w:p>
            <w:r>
              <w:t>生物工程</w:t>
            </w:r>
          </w:p>
        </w:tc>
        <w:tc>
          <w:tcPr>
            <w:tcW w:type="dxa" w:w="1234"/>
          </w:tcPr>
          <w:p>
            <w:r>
              <w:t>81.728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73.5552</w:t>
            </w:r>
          </w:p>
        </w:tc>
      </w:tr>
      <w:tr>
        <w:tc>
          <w:tcPr>
            <w:tcW w:type="dxa" w:w="1234"/>
          </w:tcPr>
          <w:p>
            <w:r>
              <w:t>公示期间学生如对结果有异议可向学院申诉委员会申诉。公示申诉期限为3天。联系人：李老师电话：025-83272526邮箱：101007811@seu.edu.cn东南大学医学院2022年9月15日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